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FEADA" w14:textId="77777777" w:rsidR="00E67E38" w:rsidRPr="00503D41" w:rsidRDefault="00E67E38" w:rsidP="00503D41">
      <w:pPr>
        <w:spacing w:after="0"/>
        <w:jc w:val="both"/>
        <w:rPr>
          <w:rFonts w:asciiTheme="majorHAnsi" w:eastAsiaTheme="majorEastAsia" w:hAnsiTheme="majorHAnsi" w:cstheme="majorBidi"/>
          <w:caps/>
          <w:color w:val="1DA8A5" w:themeColor="accent1"/>
          <w:spacing w:val="10"/>
          <w:sz w:val="52"/>
          <w:szCs w:val="52"/>
          <w:lang w:val="es-ES"/>
        </w:rPr>
      </w:pPr>
      <w:r w:rsidRPr="00503D41">
        <w:rPr>
          <w:rFonts w:asciiTheme="majorHAnsi" w:eastAsiaTheme="majorEastAsia" w:hAnsiTheme="majorHAnsi" w:cstheme="majorBidi"/>
          <w:caps/>
          <w:color w:val="1DA8A5" w:themeColor="accent1"/>
          <w:spacing w:val="10"/>
          <w:sz w:val="52"/>
          <w:szCs w:val="52"/>
          <w:lang w:val="es-ES"/>
        </w:rPr>
        <w:t>ANEXO 2</w:t>
      </w:r>
    </w:p>
    <w:p w14:paraId="036196B3" w14:textId="56BDBBA7" w:rsidR="00E67E38" w:rsidRPr="00503D41" w:rsidRDefault="00E67E38" w:rsidP="00503D41">
      <w:pPr>
        <w:pStyle w:val="Ttulo1"/>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503D41">
        <w:rPr>
          <w:rFonts w:asciiTheme="majorHAnsi" w:hAnsiTheme="majorHAnsi"/>
          <w:b/>
          <w:color w:val="1DA8A5" w:themeColor="accent1"/>
          <w:sz w:val="32"/>
          <w:lang w:val="es-ES"/>
        </w:rPr>
        <w:t>Currículum abreviado y acreditació</w:t>
      </w:r>
      <w:r w:rsidR="00595385" w:rsidRPr="00503D41">
        <w:rPr>
          <w:rFonts w:asciiTheme="majorHAnsi" w:hAnsiTheme="majorHAnsi"/>
          <w:b/>
          <w:color w:val="1DA8A5" w:themeColor="accent1"/>
          <w:sz w:val="32"/>
          <w:lang w:val="es-ES"/>
        </w:rPr>
        <w:t xml:space="preserve">N de </w:t>
      </w:r>
      <w:r w:rsidRPr="00503D41">
        <w:rPr>
          <w:rFonts w:asciiTheme="majorHAnsi" w:hAnsiTheme="majorHAnsi"/>
          <w:b/>
          <w:color w:val="1DA8A5" w:themeColor="accent1"/>
          <w:sz w:val="32"/>
          <w:lang w:val="es-ES"/>
        </w:rPr>
        <w:t>requisitos de la persona IP</w:t>
      </w:r>
    </w:p>
    <w:p w14:paraId="2D49C097" w14:textId="77777777" w:rsidR="00664BF1" w:rsidRPr="00503D41" w:rsidRDefault="00664BF1" w:rsidP="00503D41">
      <w:pPr>
        <w:spacing w:before="0" w:after="0"/>
        <w:jc w:val="both"/>
        <w:rPr>
          <w:rFonts w:asciiTheme="majorHAnsi" w:hAnsiTheme="majorHAnsi"/>
          <w:lang w:val="es-ES"/>
        </w:rPr>
      </w:pPr>
    </w:p>
    <w:p w14:paraId="672A6659" w14:textId="51DEFAE9" w:rsidR="00DB5CFA" w:rsidRPr="00503D41" w:rsidRDefault="00E67E38" w:rsidP="00503D41">
      <w:pPr>
        <w:pStyle w:val="Ttulo2"/>
        <w:pBdr>
          <w:top w:val="none" w:sz="0" w:space="0" w:color="auto"/>
          <w:left w:val="none" w:sz="0" w:space="0" w:color="auto"/>
          <w:bottom w:val="none" w:sz="0" w:space="0" w:color="auto"/>
          <w:right w:val="none" w:sz="0" w:space="0" w:color="auto"/>
        </w:pBdr>
        <w:shd w:val="clear" w:color="auto" w:fill="FCE1E7" w:themeFill="accent3" w:themeFillTint="33"/>
        <w:spacing w:before="0"/>
        <w:ind w:left="720" w:hanging="720"/>
        <w:jc w:val="both"/>
        <w:rPr>
          <w:rFonts w:asciiTheme="majorHAnsi" w:hAnsiTheme="majorHAnsi"/>
          <w:b/>
          <w:color w:val="F16A8B" w:themeColor="accent3"/>
          <w:sz w:val="24"/>
          <w:lang w:val="es-ES"/>
        </w:rPr>
      </w:pPr>
      <w:r w:rsidRPr="00503D41">
        <w:rPr>
          <w:rFonts w:asciiTheme="majorHAnsi" w:hAnsiTheme="majorHAnsi"/>
          <w:b/>
          <w:color w:val="F16A8B" w:themeColor="accent3"/>
          <w:sz w:val="24"/>
          <w:lang w:val="es-ES"/>
        </w:rPr>
        <w:t>FASE 1 · Documentación de la persona investigadora principal</w:t>
      </w:r>
    </w:p>
    <w:p w14:paraId="23EB555C" w14:textId="4B84CB7A" w:rsidR="00C81205" w:rsidRPr="00503D41" w:rsidRDefault="0063214A" w:rsidP="00503D41">
      <w:pPr>
        <w:spacing w:before="60" w:after="60"/>
        <w:jc w:val="both"/>
        <w:rPr>
          <w:rFonts w:asciiTheme="majorHAnsi" w:hAnsiTheme="majorHAnsi"/>
          <w:b/>
          <w:bCs/>
          <w:color w:val="1DA8A5" w:themeColor="accent5"/>
          <w:lang w:val="es-ES"/>
        </w:rPr>
      </w:pPr>
      <w:r w:rsidRPr="00503D41">
        <w:rPr>
          <w:rFonts w:asciiTheme="majorHAnsi" w:hAnsiTheme="majorHAnsi"/>
          <w:b/>
          <w:bCs/>
          <w:color w:val="1DA8A5" w:themeColor="accent5"/>
          <w:lang w:val="es-ES"/>
        </w:rPr>
        <w:t>OBJETIVO DEL ANEXO</w:t>
      </w:r>
    </w:p>
    <w:p w14:paraId="163667CB" w14:textId="77777777" w:rsidR="00C81205" w:rsidRPr="00503D41" w:rsidRDefault="00C81205" w:rsidP="00503D41">
      <w:pPr>
        <w:jc w:val="both"/>
        <w:rPr>
          <w:rFonts w:asciiTheme="majorHAnsi" w:hAnsiTheme="majorHAnsi"/>
          <w:lang w:val="es-ES"/>
        </w:rPr>
      </w:pPr>
      <w:r w:rsidRPr="00503D41">
        <w:rPr>
          <w:rFonts w:asciiTheme="majorHAnsi" w:hAnsiTheme="majorHAnsi"/>
          <w:lang w:val="es-ES"/>
        </w:rPr>
        <w:t>Permitir la comprobación administrativa de los requisitos de elegibilidad y recoger de forma estructurada la experiencia relevante de la persona investigadora principal.</w:t>
      </w:r>
    </w:p>
    <w:p w14:paraId="40389829" w14:textId="09EF9A57" w:rsidR="00C81205" w:rsidRPr="00503D41" w:rsidRDefault="0063214A" w:rsidP="00503D41">
      <w:pPr>
        <w:spacing w:before="60" w:after="60"/>
        <w:jc w:val="both"/>
        <w:rPr>
          <w:rFonts w:asciiTheme="majorHAnsi" w:hAnsiTheme="majorHAnsi"/>
          <w:b/>
          <w:bCs/>
          <w:color w:val="1DA8A5" w:themeColor="accent5"/>
          <w:lang w:val="es-ES"/>
        </w:rPr>
      </w:pPr>
      <w:r w:rsidRPr="00503D41">
        <w:rPr>
          <w:rFonts w:asciiTheme="majorHAnsi" w:hAnsiTheme="majorHAnsi"/>
          <w:b/>
          <w:bCs/>
          <w:color w:val="1DA8A5" w:themeColor="accent5"/>
          <w:lang w:val="es-ES"/>
        </w:rPr>
        <w:t>FORMATO</w:t>
      </w:r>
    </w:p>
    <w:p w14:paraId="7D82DF8B" w14:textId="56322653" w:rsidR="00C81205" w:rsidRPr="00503D41" w:rsidRDefault="00C81205" w:rsidP="00503D41">
      <w:pPr>
        <w:jc w:val="both"/>
        <w:rPr>
          <w:rFonts w:asciiTheme="majorHAnsi" w:hAnsiTheme="majorHAnsi"/>
          <w:lang w:val="es-ES"/>
        </w:rPr>
      </w:pPr>
      <w:r w:rsidRPr="00503D41">
        <w:rPr>
          <w:rFonts w:asciiTheme="majorHAnsi" w:hAnsiTheme="majorHAnsi"/>
          <w:lang w:val="es-ES"/>
        </w:rPr>
        <w:t>Documento obligatorio. Máximo 3 páginas. La acreditación se realizará mediante la información y referencias consignadas en este Anexo. La AECMM podrá solicitar posteriormente documentación acreditativa adicional cuando resulte necesario para verificar el cumplimiento de los requisitos. El límite global de páginas prevalece sobre los límites máximos indicados para cada apartado. Los límites de palabras son máximos y no implican que deban agotarse.</w:t>
      </w:r>
    </w:p>
    <w:p w14:paraId="26E70ABB" w14:textId="6C8C620F" w:rsidR="00DB5CFA" w:rsidRPr="00503D41" w:rsidRDefault="00EC6835" w:rsidP="00503D41">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503D41">
        <w:rPr>
          <w:rFonts w:asciiTheme="majorHAnsi" w:hAnsiTheme="majorHAnsi"/>
          <w:b/>
          <w:color w:val="1DA8A5" w:themeColor="accent1"/>
          <w:sz w:val="32"/>
          <w:lang w:val="es-ES"/>
        </w:rPr>
        <w:t>Datos personales y profesionales</w:t>
      </w:r>
    </w:p>
    <w:p w14:paraId="3A7D1B48" w14:textId="77777777" w:rsidR="00810771" w:rsidRPr="00503D41" w:rsidRDefault="00810771" w:rsidP="00503D41">
      <w:pPr>
        <w:spacing w:before="0" w:after="0"/>
        <w:jc w:val="both"/>
        <w:rPr>
          <w:rFonts w:asciiTheme="majorHAnsi" w:hAnsiTheme="majorHAnsi"/>
          <w:lang w:val="es-ES"/>
        </w:rPr>
      </w:pPr>
    </w:p>
    <w:tbl>
      <w:tblPr>
        <w:tblStyle w:val="Cuadrculaclara-nfasis5"/>
        <w:tblW w:w="0" w:type="auto"/>
        <w:tblInd w:w="108" w:type="dxa"/>
        <w:tblLook w:val="0680" w:firstRow="0" w:lastRow="0" w:firstColumn="1" w:lastColumn="0" w:noHBand="1" w:noVBand="1"/>
      </w:tblPr>
      <w:tblGrid>
        <w:gridCol w:w="3010"/>
        <w:gridCol w:w="7196"/>
      </w:tblGrid>
      <w:tr w:rsidR="00DB5CFA" w:rsidRPr="00503D41" w14:paraId="5BB258A5"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3F794A44" w14:textId="77777777" w:rsidR="00DB5CFA" w:rsidRPr="00503D41" w:rsidRDefault="00EC6835" w:rsidP="00503D41">
            <w:pPr>
              <w:jc w:val="both"/>
            </w:pPr>
            <w:r w:rsidRPr="00503D41">
              <w:rPr>
                <w:sz w:val="18"/>
              </w:rPr>
              <w:t xml:space="preserve">Nombre y </w:t>
            </w:r>
            <w:proofErr w:type="spellStart"/>
            <w:r w:rsidRPr="00503D41">
              <w:rPr>
                <w:sz w:val="18"/>
              </w:rPr>
              <w:t>apellidos</w:t>
            </w:r>
            <w:proofErr w:type="spellEnd"/>
          </w:p>
        </w:tc>
        <w:tc>
          <w:tcPr>
            <w:tcW w:w="7196" w:type="dxa"/>
          </w:tcPr>
          <w:p w14:paraId="0A37501D"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DB5CFA" w:rsidRPr="00503D41" w14:paraId="6E13E9CA"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57C82F12" w14:textId="77777777" w:rsidR="00DB5CFA" w:rsidRPr="00503D41" w:rsidRDefault="00EC6835" w:rsidP="00503D41">
            <w:pPr>
              <w:jc w:val="both"/>
            </w:pPr>
            <w:r w:rsidRPr="00503D41">
              <w:rPr>
                <w:sz w:val="18"/>
              </w:rPr>
              <w:t>Correo electrónico</w:t>
            </w:r>
          </w:p>
        </w:tc>
        <w:tc>
          <w:tcPr>
            <w:tcW w:w="7196" w:type="dxa"/>
          </w:tcPr>
          <w:p w14:paraId="02EB378F"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DB5CFA" w:rsidRPr="00503D41" w14:paraId="55DF525E"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4A97D4E7" w14:textId="77777777" w:rsidR="00DB5CFA" w:rsidRPr="00503D41" w:rsidRDefault="00EC6835" w:rsidP="00503D41">
            <w:pPr>
              <w:jc w:val="both"/>
            </w:pPr>
            <w:r w:rsidRPr="00503D41">
              <w:rPr>
                <w:sz w:val="18"/>
              </w:rPr>
              <w:t>Teléfono</w:t>
            </w:r>
          </w:p>
        </w:tc>
        <w:tc>
          <w:tcPr>
            <w:tcW w:w="7196" w:type="dxa"/>
          </w:tcPr>
          <w:p w14:paraId="6A05A809"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DB5CFA" w:rsidRPr="00503D41" w14:paraId="431FA429"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23F3E243" w14:textId="77777777" w:rsidR="00DB5CFA" w:rsidRPr="00503D41" w:rsidRDefault="00EC6835" w:rsidP="00503D41">
            <w:pPr>
              <w:jc w:val="both"/>
              <w:rPr>
                <w:lang w:val="es-ES"/>
              </w:rPr>
            </w:pPr>
            <w:r w:rsidRPr="00503D41">
              <w:rPr>
                <w:sz w:val="18"/>
                <w:lang w:val="es-ES"/>
              </w:rPr>
              <w:t>Titulación y año de doctorado</w:t>
            </w:r>
          </w:p>
        </w:tc>
        <w:tc>
          <w:tcPr>
            <w:tcW w:w="7196" w:type="dxa"/>
          </w:tcPr>
          <w:p w14:paraId="5A39BBE3"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s-ES"/>
              </w:rPr>
            </w:pPr>
          </w:p>
        </w:tc>
      </w:tr>
      <w:tr w:rsidR="00DB5CFA" w:rsidRPr="00503D41" w14:paraId="625E130F"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7114F1E5" w14:textId="77777777" w:rsidR="00DB5CFA" w:rsidRPr="00503D41" w:rsidRDefault="00EC6835" w:rsidP="00503D41">
            <w:pPr>
              <w:jc w:val="both"/>
            </w:pPr>
            <w:r w:rsidRPr="00503D41">
              <w:rPr>
                <w:sz w:val="18"/>
              </w:rPr>
              <w:t>Universidad</w:t>
            </w:r>
          </w:p>
        </w:tc>
        <w:tc>
          <w:tcPr>
            <w:tcW w:w="7196" w:type="dxa"/>
          </w:tcPr>
          <w:p w14:paraId="41C8F396"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DB5CFA" w:rsidRPr="00503D41" w14:paraId="7AECB7A3"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3FE914B6" w14:textId="77777777" w:rsidR="00DB5CFA" w:rsidRPr="00503D41" w:rsidRDefault="00EC6835" w:rsidP="00503D41">
            <w:pPr>
              <w:jc w:val="both"/>
            </w:pPr>
            <w:r w:rsidRPr="00503D41">
              <w:rPr>
                <w:sz w:val="18"/>
              </w:rPr>
              <w:t>Cargo actual</w:t>
            </w:r>
          </w:p>
        </w:tc>
        <w:tc>
          <w:tcPr>
            <w:tcW w:w="7196" w:type="dxa"/>
          </w:tcPr>
          <w:p w14:paraId="72A3D3EC"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DB5CFA" w:rsidRPr="00503D41" w14:paraId="562FDFF9"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7E4DB9F8" w14:textId="77777777" w:rsidR="00DB5CFA" w:rsidRPr="00503D41" w:rsidRDefault="00EC6835" w:rsidP="00503D41">
            <w:pPr>
              <w:jc w:val="both"/>
            </w:pPr>
            <w:r w:rsidRPr="00503D41">
              <w:rPr>
                <w:sz w:val="18"/>
              </w:rPr>
              <w:t>Centro y departamento</w:t>
            </w:r>
          </w:p>
        </w:tc>
        <w:tc>
          <w:tcPr>
            <w:tcW w:w="7196" w:type="dxa"/>
          </w:tcPr>
          <w:p w14:paraId="0D0B940D"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DB5CFA" w:rsidRPr="00503D41" w14:paraId="2978F4AD"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378DA039" w14:textId="77777777" w:rsidR="00DB5CFA" w:rsidRPr="00503D41" w:rsidRDefault="00EC6835" w:rsidP="00503D41">
            <w:pPr>
              <w:jc w:val="both"/>
            </w:pPr>
            <w:r w:rsidRPr="00503D41">
              <w:rPr>
                <w:sz w:val="18"/>
              </w:rPr>
              <w:t>Vinculación contractual</w:t>
            </w:r>
          </w:p>
        </w:tc>
        <w:tc>
          <w:tcPr>
            <w:tcW w:w="7196" w:type="dxa"/>
          </w:tcPr>
          <w:p w14:paraId="0E27B00A"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DB5CFA" w:rsidRPr="00503D41" w14:paraId="01FFC2DC"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15EF0844" w14:textId="77777777" w:rsidR="00DB5CFA" w:rsidRPr="00503D41" w:rsidRDefault="00EC6835" w:rsidP="00503D41">
            <w:pPr>
              <w:jc w:val="both"/>
            </w:pPr>
            <w:r w:rsidRPr="00503D41">
              <w:rPr>
                <w:sz w:val="18"/>
              </w:rPr>
              <w:t>ORCID</w:t>
            </w:r>
          </w:p>
        </w:tc>
        <w:tc>
          <w:tcPr>
            <w:tcW w:w="7196" w:type="dxa"/>
          </w:tcPr>
          <w:p w14:paraId="60061E4C"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bl>
    <w:p w14:paraId="32176EE3" w14:textId="6A178CF2" w:rsidR="00DB5CFA" w:rsidRPr="00503D41" w:rsidRDefault="64CBB51F" w:rsidP="00503D41">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503D41">
        <w:rPr>
          <w:rFonts w:asciiTheme="majorHAnsi" w:hAnsiTheme="majorHAnsi"/>
          <w:b/>
          <w:color w:val="1DA8A5" w:themeColor="accent1"/>
          <w:sz w:val="32"/>
          <w:lang w:val="es-ES"/>
        </w:rPr>
        <w:t>Declaración de cumplimiento de requisitos</w:t>
      </w:r>
    </w:p>
    <w:p w14:paraId="18A511AC" w14:textId="77777777" w:rsidR="00D768EE" w:rsidRPr="00503D41" w:rsidRDefault="00D768EE" w:rsidP="00503D41">
      <w:pPr>
        <w:spacing w:before="0" w:after="0"/>
        <w:jc w:val="both"/>
        <w:rPr>
          <w:rFonts w:asciiTheme="majorHAnsi" w:hAnsiTheme="majorHAnsi"/>
          <w:lang w:val="es-ES"/>
        </w:rPr>
      </w:pPr>
    </w:p>
    <w:tbl>
      <w:tblPr>
        <w:tblStyle w:val="Cuadrculaclara-nfasis5"/>
        <w:tblW w:w="0" w:type="auto"/>
        <w:tblInd w:w="108" w:type="dxa"/>
        <w:tblLook w:val="06A0" w:firstRow="1" w:lastRow="0" w:firstColumn="1" w:lastColumn="0" w:noHBand="1" w:noVBand="1"/>
      </w:tblPr>
      <w:tblGrid>
        <w:gridCol w:w="4253"/>
        <w:gridCol w:w="709"/>
        <w:gridCol w:w="567"/>
        <w:gridCol w:w="4710"/>
      </w:tblGrid>
      <w:tr w:rsidR="00DB5CFA" w:rsidRPr="00503D41" w14:paraId="39EF33CB" w14:textId="77777777" w:rsidTr="00ED7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76C943B1" w14:textId="77777777" w:rsidR="00DB5CFA" w:rsidRPr="00503D41" w:rsidRDefault="00EC6835" w:rsidP="00503D41">
            <w:pPr>
              <w:jc w:val="both"/>
              <w:rPr>
                <w:sz w:val="18"/>
                <w:szCs w:val="18"/>
              </w:rPr>
            </w:pPr>
            <w:proofErr w:type="spellStart"/>
            <w:r w:rsidRPr="00503D41">
              <w:rPr>
                <w:sz w:val="18"/>
                <w:szCs w:val="18"/>
              </w:rPr>
              <w:t>Requisito</w:t>
            </w:r>
            <w:proofErr w:type="spellEnd"/>
          </w:p>
        </w:tc>
        <w:tc>
          <w:tcPr>
            <w:tcW w:w="709" w:type="dxa"/>
          </w:tcPr>
          <w:p w14:paraId="0C4E885E" w14:textId="77777777" w:rsidR="00DB5CFA" w:rsidRPr="00503D41" w:rsidRDefault="00EC6835" w:rsidP="00503D41">
            <w:pPr>
              <w:jc w:val="both"/>
              <w:cnfStyle w:val="100000000000" w:firstRow="1" w:lastRow="0" w:firstColumn="0" w:lastColumn="0" w:oddVBand="0" w:evenVBand="0" w:oddHBand="0" w:evenHBand="0" w:firstRowFirstColumn="0" w:firstRowLastColumn="0" w:lastRowFirstColumn="0" w:lastRowLastColumn="0"/>
              <w:rPr>
                <w:sz w:val="18"/>
                <w:szCs w:val="18"/>
              </w:rPr>
            </w:pPr>
            <w:r w:rsidRPr="00503D41">
              <w:rPr>
                <w:sz w:val="18"/>
                <w:szCs w:val="18"/>
              </w:rPr>
              <w:t>Sí</w:t>
            </w:r>
          </w:p>
        </w:tc>
        <w:tc>
          <w:tcPr>
            <w:tcW w:w="567" w:type="dxa"/>
          </w:tcPr>
          <w:p w14:paraId="65804BD3" w14:textId="77777777" w:rsidR="00DB5CFA" w:rsidRPr="00503D41" w:rsidRDefault="00EC6835" w:rsidP="00503D41">
            <w:pPr>
              <w:jc w:val="both"/>
              <w:cnfStyle w:val="100000000000" w:firstRow="1" w:lastRow="0" w:firstColumn="0" w:lastColumn="0" w:oddVBand="0" w:evenVBand="0" w:oddHBand="0" w:evenHBand="0" w:firstRowFirstColumn="0" w:firstRowLastColumn="0" w:lastRowFirstColumn="0" w:lastRowLastColumn="0"/>
              <w:rPr>
                <w:sz w:val="18"/>
                <w:szCs w:val="18"/>
              </w:rPr>
            </w:pPr>
            <w:r w:rsidRPr="00503D41">
              <w:rPr>
                <w:sz w:val="18"/>
                <w:szCs w:val="18"/>
              </w:rPr>
              <w:t>No</w:t>
            </w:r>
          </w:p>
        </w:tc>
        <w:tc>
          <w:tcPr>
            <w:tcW w:w="4710" w:type="dxa"/>
          </w:tcPr>
          <w:p w14:paraId="24DE5489" w14:textId="77777777" w:rsidR="00DB5CFA" w:rsidRPr="00503D41" w:rsidRDefault="00EC6835" w:rsidP="00503D41">
            <w:pPr>
              <w:jc w:val="both"/>
              <w:cnfStyle w:val="100000000000" w:firstRow="1" w:lastRow="0" w:firstColumn="0" w:lastColumn="0" w:oddVBand="0" w:evenVBand="0" w:oddHBand="0" w:evenHBand="0" w:firstRowFirstColumn="0" w:firstRowLastColumn="0" w:lastRowFirstColumn="0" w:lastRowLastColumn="0"/>
              <w:rPr>
                <w:sz w:val="18"/>
                <w:szCs w:val="18"/>
              </w:rPr>
            </w:pPr>
            <w:r w:rsidRPr="00503D41">
              <w:rPr>
                <w:sz w:val="18"/>
                <w:szCs w:val="18"/>
              </w:rPr>
              <w:t>Evidencia / referencia</w:t>
            </w:r>
          </w:p>
        </w:tc>
      </w:tr>
      <w:tr w:rsidR="00DB5CFA" w:rsidRPr="00503D41" w14:paraId="36B34EAF" w14:textId="77777777" w:rsidTr="00ED74D9">
        <w:tc>
          <w:tcPr>
            <w:cnfStyle w:val="001000000000" w:firstRow="0" w:lastRow="0" w:firstColumn="1" w:lastColumn="0" w:oddVBand="0" w:evenVBand="0" w:oddHBand="0" w:evenHBand="0" w:firstRowFirstColumn="0" w:firstRowLastColumn="0" w:lastRowFirstColumn="0" w:lastRowLastColumn="0"/>
            <w:tcW w:w="4253" w:type="dxa"/>
          </w:tcPr>
          <w:p w14:paraId="3CB46A25" w14:textId="77777777" w:rsidR="00DB5CFA" w:rsidRPr="00503D41" w:rsidRDefault="00EC6835" w:rsidP="00503D41">
            <w:pPr>
              <w:jc w:val="both"/>
              <w:rPr>
                <w:sz w:val="18"/>
                <w:szCs w:val="18"/>
              </w:rPr>
            </w:pPr>
            <w:r w:rsidRPr="00503D41">
              <w:rPr>
                <w:b w:val="0"/>
                <w:sz w:val="18"/>
                <w:szCs w:val="18"/>
              </w:rPr>
              <w:t>Título de doctor/a.</w:t>
            </w:r>
          </w:p>
        </w:tc>
        <w:tc>
          <w:tcPr>
            <w:tcW w:w="709" w:type="dxa"/>
          </w:tcPr>
          <w:p w14:paraId="0D1C84E6" w14:textId="77777777" w:rsidR="00DB5CFA" w:rsidRPr="00503D41" w:rsidRDefault="00EC6835"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r w:rsidRPr="00503D41">
              <w:rPr>
                <w:rFonts w:ascii="Segoe UI Symbol" w:hAnsi="Segoe UI Symbol" w:cs="Segoe UI Symbol"/>
                <w:sz w:val="18"/>
                <w:szCs w:val="18"/>
              </w:rPr>
              <w:t>☐</w:t>
            </w:r>
          </w:p>
        </w:tc>
        <w:tc>
          <w:tcPr>
            <w:tcW w:w="567" w:type="dxa"/>
          </w:tcPr>
          <w:p w14:paraId="412DD878" w14:textId="77777777" w:rsidR="00DB5CFA" w:rsidRPr="00503D41" w:rsidRDefault="00EC6835"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r w:rsidRPr="00503D41">
              <w:rPr>
                <w:rFonts w:ascii="Segoe UI Symbol" w:hAnsi="Segoe UI Symbol" w:cs="Segoe UI Symbol"/>
                <w:sz w:val="18"/>
                <w:szCs w:val="18"/>
              </w:rPr>
              <w:t>☐</w:t>
            </w:r>
          </w:p>
        </w:tc>
        <w:tc>
          <w:tcPr>
            <w:tcW w:w="4710" w:type="dxa"/>
          </w:tcPr>
          <w:p w14:paraId="44EAFD9C"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r>
      <w:tr w:rsidR="00DB5CFA" w:rsidRPr="00503D41" w14:paraId="58527051" w14:textId="77777777" w:rsidTr="00ED74D9">
        <w:tc>
          <w:tcPr>
            <w:cnfStyle w:val="001000000000" w:firstRow="0" w:lastRow="0" w:firstColumn="1" w:lastColumn="0" w:oddVBand="0" w:evenVBand="0" w:oddHBand="0" w:evenHBand="0" w:firstRowFirstColumn="0" w:firstRowLastColumn="0" w:lastRowFirstColumn="0" w:lastRowLastColumn="0"/>
            <w:tcW w:w="4253" w:type="dxa"/>
          </w:tcPr>
          <w:p w14:paraId="1CC310A6" w14:textId="1F3BEE19" w:rsidR="00DB5CFA" w:rsidRPr="00503D41" w:rsidRDefault="64CBB51F" w:rsidP="00503D41">
            <w:pPr>
              <w:jc w:val="both"/>
              <w:rPr>
                <w:b w:val="0"/>
                <w:sz w:val="18"/>
                <w:szCs w:val="18"/>
              </w:rPr>
            </w:pPr>
            <w:r w:rsidRPr="00503D41">
              <w:rPr>
                <w:b w:val="0"/>
                <w:sz w:val="18"/>
                <w:szCs w:val="18"/>
              </w:rPr>
              <w:t>Vinculación con</w:t>
            </w:r>
            <w:r w:rsidR="6D64CE6B" w:rsidRPr="00503D41">
              <w:rPr>
                <w:b w:val="0"/>
                <w:sz w:val="18"/>
                <w:szCs w:val="18"/>
              </w:rPr>
              <w:t xml:space="preserve"> </w:t>
            </w:r>
            <w:r w:rsidR="0F52F8CA" w:rsidRPr="00503D41">
              <w:rPr>
                <w:b w:val="0"/>
                <w:sz w:val="18"/>
                <w:szCs w:val="18"/>
              </w:rPr>
              <w:t xml:space="preserve">un </w:t>
            </w:r>
            <w:r w:rsidR="6D64CE6B" w:rsidRPr="00503D41">
              <w:rPr>
                <w:b w:val="0"/>
                <w:sz w:val="18"/>
                <w:szCs w:val="18"/>
              </w:rPr>
              <w:t>centro, hospital, instituto o fundación de investigación en España</w:t>
            </w:r>
          </w:p>
        </w:tc>
        <w:tc>
          <w:tcPr>
            <w:tcW w:w="709" w:type="dxa"/>
          </w:tcPr>
          <w:p w14:paraId="4053F9D1" w14:textId="77777777" w:rsidR="00DB5CFA" w:rsidRPr="00503D41" w:rsidRDefault="00EC6835"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r w:rsidRPr="00503D41">
              <w:rPr>
                <w:rFonts w:ascii="Segoe UI Symbol" w:hAnsi="Segoe UI Symbol" w:cs="Segoe UI Symbol"/>
                <w:sz w:val="18"/>
                <w:szCs w:val="18"/>
              </w:rPr>
              <w:t>☐</w:t>
            </w:r>
          </w:p>
        </w:tc>
        <w:tc>
          <w:tcPr>
            <w:tcW w:w="567" w:type="dxa"/>
          </w:tcPr>
          <w:p w14:paraId="14E8EB90" w14:textId="77777777" w:rsidR="00DB5CFA" w:rsidRPr="00503D41" w:rsidRDefault="00EC6835"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r w:rsidRPr="00503D41">
              <w:rPr>
                <w:rFonts w:ascii="Segoe UI Symbol" w:hAnsi="Segoe UI Symbol" w:cs="Segoe UI Symbol"/>
                <w:sz w:val="18"/>
                <w:szCs w:val="18"/>
              </w:rPr>
              <w:t>☐</w:t>
            </w:r>
          </w:p>
        </w:tc>
        <w:tc>
          <w:tcPr>
            <w:tcW w:w="4710" w:type="dxa"/>
          </w:tcPr>
          <w:p w14:paraId="4B94D5A5"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r>
      <w:tr w:rsidR="00DB5CFA" w:rsidRPr="00503D41" w14:paraId="6563A78F" w14:textId="77777777" w:rsidTr="00ED74D9">
        <w:tc>
          <w:tcPr>
            <w:cnfStyle w:val="001000000000" w:firstRow="0" w:lastRow="0" w:firstColumn="1" w:lastColumn="0" w:oddVBand="0" w:evenVBand="0" w:oddHBand="0" w:evenHBand="0" w:firstRowFirstColumn="0" w:firstRowLastColumn="0" w:lastRowFirstColumn="0" w:lastRowLastColumn="0"/>
            <w:tcW w:w="4253" w:type="dxa"/>
          </w:tcPr>
          <w:p w14:paraId="4B5ABCE2" w14:textId="77777777" w:rsidR="00DB5CFA" w:rsidRPr="00503D41" w:rsidRDefault="64CBB51F" w:rsidP="00503D41">
            <w:pPr>
              <w:jc w:val="both"/>
              <w:rPr>
                <w:b w:val="0"/>
                <w:sz w:val="18"/>
                <w:szCs w:val="18"/>
              </w:rPr>
            </w:pPr>
            <w:r w:rsidRPr="00503D41">
              <w:rPr>
                <w:b w:val="0"/>
                <w:sz w:val="18"/>
                <w:szCs w:val="18"/>
              </w:rPr>
              <w:t>Participación en al menos tres proyectos de investigación.</w:t>
            </w:r>
          </w:p>
        </w:tc>
        <w:tc>
          <w:tcPr>
            <w:tcW w:w="709" w:type="dxa"/>
          </w:tcPr>
          <w:p w14:paraId="351D0424" w14:textId="77777777" w:rsidR="00DB5CFA" w:rsidRPr="00503D41" w:rsidRDefault="00EC6835"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r w:rsidRPr="00503D41">
              <w:rPr>
                <w:rFonts w:ascii="Segoe UI Symbol" w:hAnsi="Segoe UI Symbol" w:cs="Segoe UI Symbol"/>
                <w:sz w:val="18"/>
                <w:szCs w:val="18"/>
              </w:rPr>
              <w:t>☐</w:t>
            </w:r>
          </w:p>
        </w:tc>
        <w:tc>
          <w:tcPr>
            <w:tcW w:w="567" w:type="dxa"/>
          </w:tcPr>
          <w:p w14:paraId="418A20AE" w14:textId="77777777" w:rsidR="00DB5CFA" w:rsidRPr="00503D41" w:rsidRDefault="00EC6835"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r w:rsidRPr="00503D41">
              <w:rPr>
                <w:rFonts w:ascii="Segoe UI Symbol" w:hAnsi="Segoe UI Symbol" w:cs="Segoe UI Symbol"/>
                <w:sz w:val="18"/>
                <w:szCs w:val="18"/>
              </w:rPr>
              <w:t>☐</w:t>
            </w:r>
          </w:p>
        </w:tc>
        <w:tc>
          <w:tcPr>
            <w:tcW w:w="4710" w:type="dxa"/>
          </w:tcPr>
          <w:p w14:paraId="3DEEC669"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r>
      <w:tr w:rsidR="00DB5CFA" w:rsidRPr="00503D41" w14:paraId="79519129" w14:textId="77777777" w:rsidTr="00ED74D9">
        <w:tc>
          <w:tcPr>
            <w:cnfStyle w:val="001000000000" w:firstRow="0" w:lastRow="0" w:firstColumn="1" w:lastColumn="0" w:oddVBand="0" w:evenVBand="0" w:oddHBand="0" w:evenHBand="0" w:firstRowFirstColumn="0" w:firstRowLastColumn="0" w:lastRowFirstColumn="0" w:lastRowLastColumn="0"/>
            <w:tcW w:w="4253" w:type="dxa"/>
          </w:tcPr>
          <w:p w14:paraId="49D34862" w14:textId="2B635E28" w:rsidR="00DB5CFA" w:rsidRPr="00503D41" w:rsidRDefault="732594BB" w:rsidP="00503D41">
            <w:pPr>
              <w:jc w:val="both"/>
              <w:rPr>
                <w:b w:val="0"/>
                <w:sz w:val="18"/>
                <w:szCs w:val="18"/>
              </w:rPr>
            </w:pPr>
            <w:r w:rsidRPr="00503D41">
              <w:rPr>
                <w:b w:val="0"/>
                <w:sz w:val="18"/>
                <w:szCs w:val="18"/>
              </w:rPr>
              <w:t>Tener un mínimo de cinco publicaciones científicas relacionadas con el cáncer, o bien tres publicaciones como primer/a autor/a, publicadas en medios científicos indexados.</w:t>
            </w:r>
          </w:p>
        </w:tc>
        <w:tc>
          <w:tcPr>
            <w:tcW w:w="709" w:type="dxa"/>
          </w:tcPr>
          <w:p w14:paraId="2027F543" w14:textId="77777777" w:rsidR="00DB5CFA" w:rsidRPr="00503D41" w:rsidRDefault="00EC6835"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r w:rsidRPr="00503D41">
              <w:rPr>
                <w:rFonts w:ascii="Segoe UI Symbol" w:hAnsi="Segoe UI Symbol" w:cs="Segoe UI Symbol"/>
                <w:sz w:val="18"/>
                <w:szCs w:val="18"/>
              </w:rPr>
              <w:t>☐</w:t>
            </w:r>
          </w:p>
        </w:tc>
        <w:tc>
          <w:tcPr>
            <w:tcW w:w="567" w:type="dxa"/>
          </w:tcPr>
          <w:p w14:paraId="0D52D106" w14:textId="77777777" w:rsidR="00DB5CFA" w:rsidRPr="00503D41" w:rsidRDefault="00EC6835"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Segoe UI Symbol"/>
                <w:sz w:val="18"/>
                <w:szCs w:val="18"/>
              </w:rPr>
            </w:pPr>
            <w:r w:rsidRPr="00503D41">
              <w:rPr>
                <w:rFonts w:ascii="Segoe UI Symbol" w:hAnsi="Segoe UI Symbol" w:cs="Segoe UI Symbol"/>
                <w:sz w:val="18"/>
                <w:szCs w:val="18"/>
              </w:rPr>
              <w:t>☐</w:t>
            </w:r>
          </w:p>
          <w:p w14:paraId="7BF29469" w14:textId="77777777" w:rsidR="000F7617" w:rsidRPr="00503D41" w:rsidRDefault="000F7617"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c>
          <w:tcPr>
            <w:tcW w:w="4710" w:type="dxa"/>
          </w:tcPr>
          <w:p w14:paraId="3656B9AB"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r>
    </w:tbl>
    <w:p w14:paraId="57948AD9" w14:textId="12A87A83" w:rsidR="64CBB51F" w:rsidRPr="00503D41" w:rsidRDefault="64CBB51F" w:rsidP="00503D41">
      <w:pPr>
        <w:jc w:val="both"/>
        <w:rPr>
          <w:rFonts w:asciiTheme="majorHAnsi" w:hAnsiTheme="majorHAnsi"/>
        </w:rPr>
      </w:pPr>
    </w:p>
    <w:p w14:paraId="6C675C5C" w14:textId="2DFCAA8E" w:rsidR="64CBB51F" w:rsidRPr="00503D41" w:rsidRDefault="64CBB51F" w:rsidP="00503D41">
      <w:pPr>
        <w:jc w:val="both"/>
        <w:rPr>
          <w:rFonts w:asciiTheme="majorHAnsi" w:hAnsiTheme="majorHAnsi"/>
        </w:rPr>
      </w:pPr>
    </w:p>
    <w:p w14:paraId="5994E5C1" w14:textId="4BED38D1" w:rsidR="64CBB51F" w:rsidRPr="00503D41" w:rsidRDefault="64CBB51F" w:rsidP="00503D41">
      <w:pPr>
        <w:jc w:val="both"/>
        <w:rPr>
          <w:rFonts w:asciiTheme="majorHAnsi" w:hAnsiTheme="majorHAnsi"/>
        </w:rPr>
      </w:pPr>
    </w:p>
    <w:p w14:paraId="37147230" w14:textId="6F1D410A" w:rsidR="00DB5CFA" w:rsidRPr="00503D41" w:rsidRDefault="00EC6835" w:rsidP="00503D41">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503D41">
        <w:rPr>
          <w:rFonts w:asciiTheme="majorHAnsi" w:hAnsiTheme="majorHAnsi"/>
          <w:b/>
          <w:color w:val="1DA8A5" w:themeColor="accent1"/>
          <w:sz w:val="32"/>
          <w:lang w:val="es-ES"/>
        </w:rPr>
        <w:t>Experiencia profesional y científica relevante</w:t>
      </w:r>
    </w:p>
    <w:p w14:paraId="78E9A881" w14:textId="77777777" w:rsidR="00DB5CFA" w:rsidRPr="00503D41" w:rsidRDefault="00EC6835" w:rsidP="00503D41">
      <w:pPr>
        <w:jc w:val="both"/>
        <w:rPr>
          <w:rFonts w:asciiTheme="majorHAnsi" w:hAnsiTheme="majorHAnsi"/>
        </w:rPr>
      </w:pPr>
      <w:r w:rsidRPr="00503D41">
        <w:rPr>
          <w:rFonts w:asciiTheme="majorHAnsi" w:hAnsiTheme="majorHAnsi"/>
          <w:b/>
        </w:rPr>
        <w:t>Extensión máxima: 350 palabras</w:t>
      </w:r>
    </w:p>
    <w:tbl>
      <w:tblPr>
        <w:tblStyle w:val="Tablaconcuadrcula"/>
        <w:tblW w:w="0" w:type="auto"/>
        <w:tblInd w:w="120" w:type="dxa"/>
        <w:tblLook w:val="04A0" w:firstRow="1" w:lastRow="0" w:firstColumn="1" w:lastColumn="0" w:noHBand="0" w:noVBand="1"/>
      </w:tblPr>
      <w:tblGrid>
        <w:gridCol w:w="10206"/>
      </w:tblGrid>
      <w:tr w:rsidR="00DB5CFA" w:rsidRPr="00503D41" w14:paraId="08285F3D" w14:textId="77777777" w:rsidTr="008D71C6">
        <w:tc>
          <w:tcPr>
            <w:tcW w:w="10206" w:type="dxa"/>
            <w:tcMar>
              <w:top w:w="120" w:type="dxa"/>
              <w:left w:w="120" w:type="dxa"/>
              <w:bottom w:w="400" w:type="dxa"/>
              <w:right w:w="120" w:type="dxa"/>
            </w:tcMar>
            <w:vAlign w:val="center"/>
          </w:tcPr>
          <w:p w14:paraId="18781EED" w14:textId="77777777" w:rsidR="00DB5CFA" w:rsidRPr="00503D41" w:rsidRDefault="00EC6835" w:rsidP="00503D41">
            <w:pPr>
              <w:jc w:val="both"/>
              <w:rPr>
                <w:rFonts w:asciiTheme="majorHAnsi" w:hAnsiTheme="majorHAnsi"/>
                <w:lang w:val="es-ES"/>
              </w:rPr>
            </w:pPr>
            <w:r w:rsidRPr="00503D41">
              <w:rPr>
                <w:rFonts w:asciiTheme="majorHAnsi" w:hAnsiTheme="majorHAnsi"/>
                <w:color w:val="ADADAD" w:themeColor="background2" w:themeShade="BF"/>
                <w:sz w:val="18"/>
                <w:lang w:val="es-ES"/>
              </w:rPr>
              <w:t>Resuma la experiencia relacionada con cáncer de mama metastásico, investigación traslacional, ensayos clínicos, biomarcadores, resistencias, calidad de vida u otras áreas directamente vinculadas al proyecto.</w:t>
            </w:r>
          </w:p>
        </w:tc>
      </w:tr>
    </w:tbl>
    <w:p w14:paraId="204B663F" w14:textId="48628C9B" w:rsidR="00DB5CFA" w:rsidRPr="00503D41" w:rsidRDefault="00EC6835" w:rsidP="00503D41">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503D41">
        <w:rPr>
          <w:rFonts w:asciiTheme="majorHAnsi" w:hAnsiTheme="majorHAnsi"/>
          <w:b/>
          <w:color w:val="1DA8A5" w:themeColor="accent1"/>
          <w:sz w:val="32"/>
          <w:lang w:val="es-ES"/>
        </w:rPr>
        <w:t>Proyectos de investigación seleccionados</w:t>
      </w:r>
    </w:p>
    <w:p w14:paraId="684A0F61" w14:textId="77777777" w:rsidR="00ED74D9" w:rsidRPr="00503D41" w:rsidRDefault="00ED74D9" w:rsidP="00503D41">
      <w:pPr>
        <w:spacing w:before="0" w:after="0"/>
        <w:jc w:val="both"/>
        <w:rPr>
          <w:rFonts w:asciiTheme="majorHAnsi" w:hAnsiTheme="majorHAnsi"/>
          <w:lang w:val="es-ES"/>
        </w:rPr>
      </w:pPr>
    </w:p>
    <w:tbl>
      <w:tblPr>
        <w:tblStyle w:val="Cuadrculaclara-nfasis5"/>
        <w:tblW w:w="0" w:type="auto"/>
        <w:tblInd w:w="108" w:type="dxa"/>
        <w:tblLook w:val="0620" w:firstRow="1" w:lastRow="0" w:firstColumn="0" w:lastColumn="0" w:noHBand="1" w:noVBand="1"/>
      </w:tblPr>
      <w:tblGrid>
        <w:gridCol w:w="1592"/>
        <w:gridCol w:w="1700"/>
        <w:gridCol w:w="1700"/>
        <w:gridCol w:w="1700"/>
        <w:gridCol w:w="1700"/>
        <w:gridCol w:w="1814"/>
      </w:tblGrid>
      <w:tr w:rsidR="00DB5CFA" w:rsidRPr="00503D41" w14:paraId="182F8D1C" w14:textId="77777777" w:rsidTr="008D71C6">
        <w:trPr>
          <w:cnfStyle w:val="100000000000" w:firstRow="1" w:lastRow="0" w:firstColumn="0" w:lastColumn="0" w:oddVBand="0" w:evenVBand="0" w:oddHBand="0" w:evenHBand="0" w:firstRowFirstColumn="0" w:firstRowLastColumn="0" w:lastRowFirstColumn="0" w:lastRowLastColumn="0"/>
        </w:trPr>
        <w:tc>
          <w:tcPr>
            <w:tcW w:w="1592" w:type="dxa"/>
          </w:tcPr>
          <w:p w14:paraId="596AA3AE" w14:textId="77777777" w:rsidR="00DB5CFA" w:rsidRPr="00503D41" w:rsidRDefault="00EC6835" w:rsidP="00503D41">
            <w:pPr>
              <w:jc w:val="both"/>
            </w:pPr>
            <w:r w:rsidRPr="00503D41">
              <w:rPr>
                <w:sz w:val="16"/>
              </w:rPr>
              <w:t>Proyecto</w:t>
            </w:r>
          </w:p>
        </w:tc>
        <w:tc>
          <w:tcPr>
            <w:tcW w:w="1700" w:type="dxa"/>
          </w:tcPr>
          <w:p w14:paraId="249A0A58" w14:textId="77777777" w:rsidR="00DB5CFA" w:rsidRPr="00503D41" w:rsidRDefault="00EC6835" w:rsidP="00503D41">
            <w:pPr>
              <w:jc w:val="both"/>
            </w:pPr>
            <w:r w:rsidRPr="00503D41">
              <w:rPr>
                <w:sz w:val="16"/>
              </w:rPr>
              <w:t>Entidad financiadora</w:t>
            </w:r>
          </w:p>
        </w:tc>
        <w:tc>
          <w:tcPr>
            <w:tcW w:w="1700" w:type="dxa"/>
          </w:tcPr>
          <w:p w14:paraId="181FF30D" w14:textId="77777777" w:rsidR="00DB5CFA" w:rsidRPr="00503D41" w:rsidRDefault="00EC6835" w:rsidP="00503D41">
            <w:pPr>
              <w:jc w:val="both"/>
            </w:pPr>
            <w:r w:rsidRPr="00503D41">
              <w:rPr>
                <w:sz w:val="16"/>
              </w:rPr>
              <w:t>Periodo</w:t>
            </w:r>
          </w:p>
        </w:tc>
        <w:tc>
          <w:tcPr>
            <w:tcW w:w="1700" w:type="dxa"/>
          </w:tcPr>
          <w:p w14:paraId="460AC78E" w14:textId="77777777" w:rsidR="00DB5CFA" w:rsidRPr="00503D41" w:rsidRDefault="00EC6835" w:rsidP="00503D41">
            <w:pPr>
              <w:jc w:val="both"/>
            </w:pPr>
            <w:r w:rsidRPr="00503D41">
              <w:rPr>
                <w:sz w:val="16"/>
              </w:rPr>
              <w:t>Rol</w:t>
            </w:r>
          </w:p>
        </w:tc>
        <w:tc>
          <w:tcPr>
            <w:tcW w:w="1700" w:type="dxa"/>
          </w:tcPr>
          <w:p w14:paraId="0923B677" w14:textId="77777777" w:rsidR="00DB5CFA" w:rsidRPr="00503D41" w:rsidRDefault="00EC6835" w:rsidP="00503D41">
            <w:pPr>
              <w:jc w:val="both"/>
            </w:pPr>
            <w:r w:rsidRPr="00503D41">
              <w:rPr>
                <w:sz w:val="16"/>
              </w:rPr>
              <w:t>Importe</w:t>
            </w:r>
          </w:p>
        </w:tc>
        <w:tc>
          <w:tcPr>
            <w:tcW w:w="1814" w:type="dxa"/>
          </w:tcPr>
          <w:p w14:paraId="6B671A23" w14:textId="77777777" w:rsidR="00DB5CFA" w:rsidRPr="00503D41" w:rsidRDefault="00EC6835" w:rsidP="00503D41">
            <w:pPr>
              <w:jc w:val="both"/>
            </w:pPr>
            <w:r w:rsidRPr="00503D41">
              <w:rPr>
                <w:sz w:val="16"/>
              </w:rPr>
              <w:t>Relación con la propuesta</w:t>
            </w:r>
          </w:p>
        </w:tc>
      </w:tr>
      <w:tr w:rsidR="00DB5CFA" w:rsidRPr="00503D41" w14:paraId="53128261" w14:textId="77777777" w:rsidTr="008D71C6">
        <w:tc>
          <w:tcPr>
            <w:tcW w:w="1592" w:type="dxa"/>
          </w:tcPr>
          <w:p w14:paraId="62486C05" w14:textId="77777777" w:rsidR="00DB5CFA" w:rsidRPr="00503D41" w:rsidRDefault="00DB5CFA" w:rsidP="00503D41">
            <w:pPr>
              <w:jc w:val="both"/>
              <w:rPr>
                <w:rFonts w:asciiTheme="majorHAnsi" w:hAnsiTheme="majorHAnsi"/>
              </w:rPr>
            </w:pPr>
          </w:p>
        </w:tc>
        <w:tc>
          <w:tcPr>
            <w:tcW w:w="1700" w:type="dxa"/>
          </w:tcPr>
          <w:p w14:paraId="4101652C" w14:textId="77777777" w:rsidR="00DB5CFA" w:rsidRPr="00503D41" w:rsidRDefault="00DB5CFA" w:rsidP="00503D41">
            <w:pPr>
              <w:jc w:val="both"/>
              <w:rPr>
                <w:rFonts w:asciiTheme="majorHAnsi" w:hAnsiTheme="majorHAnsi"/>
              </w:rPr>
            </w:pPr>
          </w:p>
        </w:tc>
        <w:tc>
          <w:tcPr>
            <w:tcW w:w="1700" w:type="dxa"/>
          </w:tcPr>
          <w:p w14:paraId="4B99056E" w14:textId="77777777" w:rsidR="00DB5CFA" w:rsidRPr="00503D41" w:rsidRDefault="00DB5CFA" w:rsidP="00503D41">
            <w:pPr>
              <w:jc w:val="both"/>
              <w:rPr>
                <w:rFonts w:asciiTheme="majorHAnsi" w:hAnsiTheme="majorHAnsi"/>
              </w:rPr>
            </w:pPr>
          </w:p>
        </w:tc>
        <w:tc>
          <w:tcPr>
            <w:tcW w:w="1700" w:type="dxa"/>
          </w:tcPr>
          <w:p w14:paraId="1299C43A" w14:textId="77777777" w:rsidR="00DB5CFA" w:rsidRPr="00503D41" w:rsidRDefault="00DB5CFA" w:rsidP="00503D41">
            <w:pPr>
              <w:jc w:val="both"/>
              <w:rPr>
                <w:rFonts w:asciiTheme="majorHAnsi" w:hAnsiTheme="majorHAnsi"/>
              </w:rPr>
            </w:pPr>
          </w:p>
        </w:tc>
        <w:tc>
          <w:tcPr>
            <w:tcW w:w="1700" w:type="dxa"/>
          </w:tcPr>
          <w:p w14:paraId="4DDBEF00" w14:textId="77777777" w:rsidR="00DB5CFA" w:rsidRPr="00503D41" w:rsidRDefault="00DB5CFA" w:rsidP="00503D41">
            <w:pPr>
              <w:jc w:val="both"/>
              <w:rPr>
                <w:rFonts w:asciiTheme="majorHAnsi" w:hAnsiTheme="majorHAnsi"/>
              </w:rPr>
            </w:pPr>
          </w:p>
        </w:tc>
        <w:tc>
          <w:tcPr>
            <w:tcW w:w="1814" w:type="dxa"/>
          </w:tcPr>
          <w:p w14:paraId="3461D779" w14:textId="77777777" w:rsidR="00DB5CFA" w:rsidRPr="00503D41" w:rsidRDefault="00DB5CFA" w:rsidP="00503D41">
            <w:pPr>
              <w:jc w:val="both"/>
              <w:rPr>
                <w:rFonts w:asciiTheme="majorHAnsi" w:hAnsiTheme="majorHAnsi"/>
              </w:rPr>
            </w:pPr>
          </w:p>
        </w:tc>
      </w:tr>
      <w:tr w:rsidR="00DB5CFA" w:rsidRPr="00503D41" w14:paraId="3CF2D8B6" w14:textId="77777777" w:rsidTr="008D71C6">
        <w:tc>
          <w:tcPr>
            <w:tcW w:w="1592" w:type="dxa"/>
          </w:tcPr>
          <w:p w14:paraId="0FB78278" w14:textId="77777777" w:rsidR="00DB5CFA" w:rsidRPr="00503D41" w:rsidRDefault="00DB5CFA" w:rsidP="00503D41">
            <w:pPr>
              <w:jc w:val="both"/>
              <w:rPr>
                <w:rFonts w:asciiTheme="majorHAnsi" w:hAnsiTheme="majorHAnsi"/>
              </w:rPr>
            </w:pPr>
          </w:p>
        </w:tc>
        <w:tc>
          <w:tcPr>
            <w:tcW w:w="1700" w:type="dxa"/>
          </w:tcPr>
          <w:p w14:paraId="1FC39945" w14:textId="77777777" w:rsidR="00DB5CFA" w:rsidRPr="00503D41" w:rsidRDefault="00DB5CFA" w:rsidP="00503D41">
            <w:pPr>
              <w:jc w:val="both"/>
              <w:rPr>
                <w:rFonts w:asciiTheme="majorHAnsi" w:hAnsiTheme="majorHAnsi"/>
              </w:rPr>
            </w:pPr>
          </w:p>
        </w:tc>
        <w:tc>
          <w:tcPr>
            <w:tcW w:w="1700" w:type="dxa"/>
          </w:tcPr>
          <w:p w14:paraId="0562CB0E" w14:textId="77777777" w:rsidR="00DB5CFA" w:rsidRPr="00503D41" w:rsidRDefault="00DB5CFA" w:rsidP="00503D41">
            <w:pPr>
              <w:jc w:val="both"/>
              <w:rPr>
                <w:rFonts w:asciiTheme="majorHAnsi" w:hAnsiTheme="majorHAnsi"/>
              </w:rPr>
            </w:pPr>
          </w:p>
        </w:tc>
        <w:tc>
          <w:tcPr>
            <w:tcW w:w="1700" w:type="dxa"/>
          </w:tcPr>
          <w:p w14:paraId="34CE0A41" w14:textId="77777777" w:rsidR="00DB5CFA" w:rsidRPr="00503D41" w:rsidRDefault="00DB5CFA" w:rsidP="00503D41">
            <w:pPr>
              <w:jc w:val="both"/>
              <w:rPr>
                <w:rFonts w:asciiTheme="majorHAnsi" w:hAnsiTheme="majorHAnsi"/>
              </w:rPr>
            </w:pPr>
          </w:p>
        </w:tc>
        <w:tc>
          <w:tcPr>
            <w:tcW w:w="1700" w:type="dxa"/>
          </w:tcPr>
          <w:p w14:paraId="62EBF3C5" w14:textId="77777777" w:rsidR="00DB5CFA" w:rsidRPr="00503D41" w:rsidRDefault="00DB5CFA" w:rsidP="00503D41">
            <w:pPr>
              <w:jc w:val="both"/>
              <w:rPr>
                <w:rFonts w:asciiTheme="majorHAnsi" w:hAnsiTheme="majorHAnsi"/>
              </w:rPr>
            </w:pPr>
          </w:p>
        </w:tc>
        <w:tc>
          <w:tcPr>
            <w:tcW w:w="1814" w:type="dxa"/>
          </w:tcPr>
          <w:p w14:paraId="6D98A12B" w14:textId="77777777" w:rsidR="00DB5CFA" w:rsidRPr="00503D41" w:rsidRDefault="00DB5CFA" w:rsidP="00503D41">
            <w:pPr>
              <w:jc w:val="both"/>
              <w:rPr>
                <w:rFonts w:asciiTheme="majorHAnsi" w:hAnsiTheme="majorHAnsi"/>
              </w:rPr>
            </w:pPr>
          </w:p>
        </w:tc>
      </w:tr>
      <w:tr w:rsidR="00DB5CFA" w:rsidRPr="00503D41" w14:paraId="2946DB82" w14:textId="77777777" w:rsidTr="008D71C6">
        <w:tc>
          <w:tcPr>
            <w:tcW w:w="1592" w:type="dxa"/>
          </w:tcPr>
          <w:p w14:paraId="5997CC1D" w14:textId="77777777" w:rsidR="00DB5CFA" w:rsidRPr="00503D41" w:rsidRDefault="00DB5CFA" w:rsidP="00503D41">
            <w:pPr>
              <w:jc w:val="both"/>
              <w:rPr>
                <w:rFonts w:asciiTheme="majorHAnsi" w:hAnsiTheme="majorHAnsi"/>
              </w:rPr>
            </w:pPr>
          </w:p>
        </w:tc>
        <w:tc>
          <w:tcPr>
            <w:tcW w:w="1700" w:type="dxa"/>
          </w:tcPr>
          <w:p w14:paraId="110FFD37" w14:textId="77777777" w:rsidR="00DB5CFA" w:rsidRPr="00503D41" w:rsidRDefault="00DB5CFA" w:rsidP="00503D41">
            <w:pPr>
              <w:jc w:val="both"/>
              <w:rPr>
                <w:rFonts w:asciiTheme="majorHAnsi" w:hAnsiTheme="majorHAnsi"/>
              </w:rPr>
            </w:pPr>
          </w:p>
        </w:tc>
        <w:tc>
          <w:tcPr>
            <w:tcW w:w="1700" w:type="dxa"/>
          </w:tcPr>
          <w:p w14:paraId="6B699379" w14:textId="77777777" w:rsidR="00DB5CFA" w:rsidRPr="00503D41" w:rsidRDefault="00DB5CFA" w:rsidP="00503D41">
            <w:pPr>
              <w:jc w:val="both"/>
              <w:rPr>
                <w:rFonts w:asciiTheme="majorHAnsi" w:hAnsiTheme="majorHAnsi"/>
              </w:rPr>
            </w:pPr>
          </w:p>
        </w:tc>
        <w:tc>
          <w:tcPr>
            <w:tcW w:w="1700" w:type="dxa"/>
          </w:tcPr>
          <w:p w14:paraId="3FE9F23F" w14:textId="77777777" w:rsidR="00DB5CFA" w:rsidRPr="00503D41" w:rsidRDefault="00DB5CFA" w:rsidP="00503D41">
            <w:pPr>
              <w:jc w:val="both"/>
              <w:rPr>
                <w:rFonts w:asciiTheme="majorHAnsi" w:hAnsiTheme="majorHAnsi"/>
              </w:rPr>
            </w:pPr>
          </w:p>
        </w:tc>
        <w:tc>
          <w:tcPr>
            <w:tcW w:w="1700" w:type="dxa"/>
          </w:tcPr>
          <w:p w14:paraId="1F72F646" w14:textId="77777777" w:rsidR="00DB5CFA" w:rsidRPr="00503D41" w:rsidRDefault="00DB5CFA" w:rsidP="00503D41">
            <w:pPr>
              <w:jc w:val="both"/>
              <w:rPr>
                <w:rFonts w:asciiTheme="majorHAnsi" w:hAnsiTheme="majorHAnsi"/>
              </w:rPr>
            </w:pPr>
          </w:p>
        </w:tc>
        <w:tc>
          <w:tcPr>
            <w:tcW w:w="1814" w:type="dxa"/>
          </w:tcPr>
          <w:p w14:paraId="08CE6F91" w14:textId="77777777" w:rsidR="00DB5CFA" w:rsidRPr="00503D41" w:rsidRDefault="00DB5CFA" w:rsidP="00503D41">
            <w:pPr>
              <w:jc w:val="both"/>
              <w:rPr>
                <w:rFonts w:asciiTheme="majorHAnsi" w:hAnsiTheme="majorHAnsi"/>
              </w:rPr>
            </w:pPr>
          </w:p>
        </w:tc>
      </w:tr>
      <w:tr w:rsidR="00DB5CFA" w:rsidRPr="00503D41" w14:paraId="61CDCEAD" w14:textId="77777777" w:rsidTr="008D71C6">
        <w:tc>
          <w:tcPr>
            <w:tcW w:w="1592" w:type="dxa"/>
          </w:tcPr>
          <w:p w14:paraId="6BB9E253" w14:textId="77777777" w:rsidR="00DB5CFA" w:rsidRPr="00503D41" w:rsidRDefault="00DB5CFA" w:rsidP="00503D41">
            <w:pPr>
              <w:jc w:val="both"/>
              <w:rPr>
                <w:rFonts w:asciiTheme="majorHAnsi" w:hAnsiTheme="majorHAnsi"/>
              </w:rPr>
            </w:pPr>
          </w:p>
        </w:tc>
        <w:tc>
          <w:tcPr>
            <w:tcW w:w="1700" w:type="dxa"/>
          </w:tcPr>
          <w:p w14:paraId="23DE523C" w14:textId="77777777" w:rsidR="00DB5CFA" w:rsidRPr="00503D41" w:rsidRDefault="00DB5CFA" w:rsidP="00503D41">
            <w:pPr>
              <w:jc w:val="both"/>
              <w:rPr>
                <w:rFonts w:asciiTheme="majorHAnsi" w:hAnsiTheme="majorHAnsi"/>
              </w:rPr>
            </w:pPr>
          </w:p>
        </w:tc>
        <w:tc>
          <w:tcPr>
            <w:tcW w:w="1700" w:type="dxa"/>
          </w:tcPr>
          <w:p w14:paraId="52E56223" w14:textId="77777777" w:rsidR="00DB5CFA" w:rsidRPr="00503D41" w:rsidRDefault="00DB5CFA" w:rsidP="00503D41">
            <w:pPr>
              <w:jc w:val="both"/>
              <w:rPr>
                <w:rFonts w:asciiTheme="majorHAnsi" w:hAnsiTheme="majorHAnsi"/>
              </w:rPr>
            </w:pPr>
          </w:p>
        </w:tc>
        <w:tc>
          <w:tcPr>
            <w:tcW w:w="1700" w:type="dxa"/>
          </w:tcPr>
          <w:p w14:paraId="07547A01" w14:textId="77777777" w:rsidR="00DB5CFA" w:rsidRPr="00503D41" w:rsidRDefault="00DB5CFA" w:rsidP="00503D41">
            <w:pPr>
              <w:jc w:val="both"/>
              <w:rPr>
                <w:rFonts w:asciiTheme="majorHAnsi" w:hAnsiTheme="majorHAnsi"/>
              </w:rPr>
            </w:pPr>
          </w:p>
        </w:tc>
        <w:tc>
          <w:tcPr>
            <w:tcW w:w="1700" w:type="dxa"/>
          </w:tcPr>
          <w:p w14:paraId="5043CB0F" w14:textId="77777777" w:rsidR="00DB5CFA" w:rsidRPr="00503D41" w:rsidRDefault="00DB5CFA" w:rsidP="00503D41">
            <w:pPr>
              <w:jc w:val="both"/>
              <w:rPr>
                <w:rFonts w:asciiTheme="majorHAnsi" w:hAnsiTheme="majorHAnsi"/>
              </w:rPr>
            </w:pPr>
          </w:p>
        </w:tc>
        <w:tc>
          <w:tcPr>
            <w:tcW w:w="1814" w:type="dxa"/>
          </w:tcPr>
          <w:p w14:paraId="07459315" w14:textId="77777777" w:rsidR="00DB5CFA" w:rsidRPr="00503D41" w:rsidRDefault="00DB5CFA" w:rsidP="00503D41">
            <w:pPr>
              <w:jc w:val="both"/>
              <w:rPr>
                <w:rFonts w:asciiTheme="majorHAnsi" w:hAnsiTheme="majorHAnsi"/>
              </w:rPr>
            </w:pPr>
          </w:p>
        </w:tc>
      </w:tr>
      <w:tr w:rsidR="00DB5CFA" w:rsidRPr="00503D41" w14:paraId="6537F28F" w14:textId="77777777" w:rsidTr="008D71C6">
        <w:tc>
          <w:tcPr>
            <w:tcW w:w="1592" w:type="dxa"/>
          </w:tcPr>
          <w:p w14:paraId="6DFB9E20" w14:textId="77777777" w:rsidR="00DB5CFA" w:rsidRPr="00503D41" w:rsidRDefault="00DB5CFA" w:rsidP="00503D41">
            <w:pPr>
              <w:jc w:val="both"/>
              <w:rPr>
                <w:rFonts w:asciiTheme="majorHAnsi" w:hAnsiTheme="majorHAnsi"/>
              </w:rPr>
            </w:pPr>
          </w:p>
        </w:tc>
        <w:tc>
          <w:tcPr>
            <w:tcW w:w="1700" w:type="dxa"/>
          </w:tcPr>
          <w:p w14:paraId="70DF9E56" w14:textId="77777777" w:rsidR="00DB5CFA" w:rsidRPr="00503D41" w:rsidRDefault="00DB5CFA" w:rsidP="00503D41">
            <w:pPr>
              <w:jc w:val="both"/>
              <w:rPr>
                <w:rFonts w:asciiTheme="majorHAnsi" w:hAnsiTheme="majorHAnsi"/>
              </w:rPr>
            </w:pPr>
          </w:p>
        </w:tc>
        <w:tc>
          <w:tcPr>
            <w:tcW w:w="1700" w:type="dxa"/>
          </w:tcPr>
          <w:p w14:paraId="44E871BC" w14:textId="77777777" w:rsidR="00DB5CFA" w:rsidRPr="00503D41" w:rsidRDefault="00DB5CFA" w:rsidP="00503D41">
            <w:pPr>
              <w:jc w:val="both"/>
              <w:rPr>
                <w:rFonts w:asciiTheme="majorHAnsi" w:hAnsiTheme="majorHAnsi"/>
              </w:rPr>
            </w:pPr>
          </w:p>
        </w:tc>
        <w:tc>
          <w:tcPr>
            <w:tcW w:w="1700" w:type="dxa"/>
          </w:tcPr>
          <w:p w14:paraId="144A5D23" w14:textId="77777777" w:rsidR="00DB5CFA" w:rsidRPr="00503D41" w:rsidRDefault="00DB5CFA" w:rsidP="00503D41">
            <w:pPr>
              <w:jc w:val="both"/>
              <w:rPr>
                <w:rFonts w:asciiTheme="majorHAnsi" w:hAnsiTheme="majorHAnsi"/>
              </w:rPr>
            </w:pPr>
          </w:p>
        </w:tc>
        <w:tc>
          <w:tcPr>
            <w:tcW w:w="1700" w:type="dxa"/>
          </w:tcPr>
          <w:p w14:paraId="738610EB" w14:textId="77777777" w:rsidR="00DB5CFA" w:rsidRPr="00503D41" w:rsidRDefault="00DB5CFA" w:rsidP="00503D41">
            <w:pPr>
              <w:jc w:val="both"/>
              <w:rPr>
                <w:rFonts w:asciiTheme="majorHAnsi" w:hAnsiTheme="majorHAnsi"/>
              </w:rPr>
            </w:pPr>
          </w:p>
        </w:tc>
        <w:tc>
          <w:tcPr>
            <w:tcW w:w="1814" w:type="dxa"/>
          </w:tcPr>
          <w:p w14:paraId="637805D2" w14:textId="77777777" w:rsidR="00DB5CFA" w:rsidRPr="00503D41" w:rsidRDefault="00DB5CFA" w:rsidP="00503D41">
            <w:pPr>
              <w:jc w:val="both"/>
              <w:rPr>
                <w:rFonts w:asciiTheme="majorHAnsi" w:hAnsiTheme="majorHAnsi"/>
              </w:rPr>
            </w:pPr>
          </w:p>
        </w:tc>
      </w:tr>
    </w:tbl>
    <w:p w14:paraId="227E47E4" w14:textId="2A578074" w:rsidR="00DB5CFA" w:rsidRPr="00503D41" w:rsidRDefault="00EC6835" w:rsidP="00503D41">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503D41">
        <w:rPr>
          <w:rFonts w:asciiTheme="majorHAnsi" w:hAnsiTheme="majorHAnsi"/>
          <w:b/>
          <w:color w:val="1DA8A5" w:themeColor="accent1"/>
          <w:sz w:val="32"/>
          <w:lang w:val="es-ES"/>
        </w:rPr>
        <w:t>Publicaciones científicas seleccionadas</w:t>
      </w:r>
    </w:p>
    <w:p w14:paraId="71410956" w14:textId="01C7094A" w:rsidR="00ED74D9" w:rsidRPr="00503D41" w:rsidRDefault="00DE2A2B" w:rsidP="00503D41">
      <w:pPr>
        <w:jc w:val="both"/>
        <w:rPr>
          <w:rFonts w:asciiTheme="majorHAnsi" w:hAnsiTheme="majorHAnsi"/>
          <w:lang w:val="es-ES"/>
        </w:rPr>
      </w:pPr>
      <w:r w:rsidRPr="00503D41">
        <w:rPr>
          <w:rFonts w:asciiTheme="majorHAnsi" w:hAnsiTheme="majorHAnsi"/>
          <w:b/>
          <w:bCs/>
          <w:color w:val="1DA8A5" w:themeColor="accent5"/>
          <w:lang w:val="es-ES"/>
        </w:rPr>
        <w:t>INSTRUCCIÓN</w:t>
      </w:r>
      <w:r w:rsidRPr="00503D41">
        <w:rPr>
          <w:rFonts w:asciiTheme="majorHAnsi" w:hAnsiTheme="majorHAnsi"/>
          <w:b/>
          <w:bCs/>
          <w:color w:val="1DA8A5" w:themeColor="accent5"/>
          <w:lang w:val="es-ES"/>
        </w:rPr>
        <w:br/>
      </w:r>
      <w:r w:rsidR="00ED74D9" w:rsidRPr="00503D41">
        <w:rPr>
          <w:rFonts w:asciiTheme="majorHAnsi" w:eastAsia="Aptos" w:hAnsiTheme="majorHAnsi" w:cs="Aptos"/>
          <w:sz w:val="19"/>
          <w:szCs w:val="19"/>
          <w:lang w:val="es-ES"/>
        </w:rPr>
        <w:t>Incluya un máximo de 10 publicaciones relevantes. Identifique aquellas que acreditan los requisitos mínimos y destaque las publicaciones de los últimos cinco años, indicando claramente la posición de autoría.</w:t>
      </w:r>
    </w:p>
    <w:tbl>
      <w:tblPr>
        <w:tblStyle w:val="Cuadrculaclara-nfasis5"/>
        <w:tblW w:w="0" w:type="auto"/>
        <w:tblLook w:val="0620" w:firstRow="1" w:lastRow="0" w:firstColumn="0" w:lastColumn="0" w:noHBand="1" w:noVBand="1"/>
      </w:tblPr>
      <w:tblGrid>
        <w:gridCol w:w="2442"/>
        <w:gridCol w:w="2550"/>
        <w:gridCol w:w="2550"/>
        <w:gridCol w:w="2772"/>
      </w:tblGrid>
      <w:tr w:rsidR="00DB5CFA" w:rsidRPr="00503D41" w14:paraId="3B175191" w14:textId="77777777" w:rsidTr="008D71C6">
        <w:trPr>
          <w:cnfStyle w:val="100000000000" w:firstRow="1" w:lastRow="0" w:firstColumn="0" w:lastColumn="0" w:oddVBand="0" w:evenVBand="0" w:oddHBand="0" w:evenHBand="0" w:firstRowFirstColumn="0" w:firstRowLastColumn="0" w:lastRowFirstColumn="0" w:lastRowLastColumn="0"/>
          <w:trHeight w:val="212"/>
        </w:trPr>
        <w:tc>
          <w:tcPr>
            <w:tcW w:w="2442" w:type="dxa"/>
          </w:tcPr>
          <w:p w14:paraId="3042FDEB" w14:textId="77777777" w:rsidR="00DB5CFA" w:rsidRPr="00503D41" w:rsidRDefault="64CBB51F" w:rsidP="00503D41">
            <w:pPr>
              <w:jc w:val="both"/>
            </w:pPr>
            <w:proofErr w:type="spellStart"/>
            <w:r w:rsidRPr="00503D41">
              <w:rPr>
                <w:sz w:val="17"/>
                <w:szCs w:val="17"/>
              </w:rPr>
              <w:t>Referencia</w:t>
            </w:r>
            <w:proofErr w:type="spellEnd"/>
            <w:r w:rsidRPr="00503D41">
              <w:rPr>
                <w:sz w:val="17"/>
                <w:szCs w:val="17"/>
              </w:rPr>
              <w:t xml:space="preserve"> completa</w:t>
            </w:r>
          </w:p>
        </w:tc>
        <w:tc>
          <w:tcPr>
            <w:tcW w:w="2550" w:type="dxa"/>
          </w:tcPr>
          <w:p w14:paraId="6D7CADB1" w14:textId="77777777" w:rsidR="00DB5CFA" w:rsidRPr="00503D41" w:rsidRDefault="64CBB51F" w:rsidP="00503D41">
            <w:pPr>
              <w:jc w:val="both"/>
            </w:pPr>
            <w:r w:rsidRPr="00503D41">
              <w:rPr>
                <w:sz w:val="17"/>
                <w:szCs w:val="17"/>
              </w:rPr>
              <w:t>Año</w:t>
            </w:r>
          </w:p>
        </w:tc>
        <w:tc>
          <w:tcPr>
            <w:tcW w:w="2550" w:type="dxa"/>
          </w:tcPr>
          <w:p w14:paraId="30E7AFAA" w14:textId="77777777" w:rsidR="00DB5CFA" w:rsidRPr="00503D41" w:rsidRDefault="64CBB51F" w:rsidP="00503D41">
            <w:pPr>
              <w:jc w:val="both"/>
            </w:pPr>
            <w:r w:rsidRPr="00503D41">
              <w:rPr>
                <w:sz w:val="17"/>
                <w:szCs w:val="17"/>
              </w:rPr>
              <w:t>Autoría</w:t>
            </w:r>
          </w:p>
        </w:tc>
        <w:tc>
          <w:tcPr>
            <w:tcW w:w="2772" w:type="dxa"/>
          </w:tcPr>
          <w:p w14:paraId="504D7F18" w14:textId="77777777" w:rsidR="00DB5CFA" w:rsidRPr="00503D41" w:rsidRDefault="64CBB51F" w:rsidP="00503D41">
            <w:pPr>
              <w:jc w:val="both"/>
            </w:pPr>
            <w:r w:rsidRPr="00503D41">
              <w:rPr>
                <w:sz w:val="17"/>
                <w:szCs w:val="17"/>
              </w:rPr>
              <w:t>Acredita requisito</w:t>
            </w:r>
          </w:p>
        </w:tc>
      </w:tr>
      <w:tr w:rsidR="00DB5CFA" w:rsidRPr="00503D41" w14:paraId="2ADA9296" w14:textId="77777777" w:rsidTr="008D71C6">
        <w:tc>
          <w:tcPr>
            <w:tcW w:w="2442" w:type="dxa"/>
          </w:tcPr>
          <w:p w14:paraId="463F29E8" w14:textId="77777777" w:rsidR="00DB5CFA" w:rsidRPr="00503D41" w:rsidRDefault="00DB5CFA" w:rsidP="00503D41">
            <w:pPr>
              <w:jc w:val="both"/>
              <w:rPr>
                <w:rFonts w:asciiTheme="majorHAnsi" w:hAnsiTheme="majorHAnsi"/>
              </w:rPr>
            </w:pPr>
          </w:p>
        </w:tc>
        <w:tc>
          <w:tcPr>
            <w:tcW w:w="2550" w:type="dxa"/>
          </w:tcPr>
          <w:p w14:paraId="3B7B4B86" w14:textId="77777777" w:rsidR="00DB5CFA" w:rsidRPr="00503D41" w:rsidRDefault="00DB5CFA" w:rsidP="00503D41">
            <w:pPr>
              <w:jc w:val="both"/>
              <w:rPr>
                <w:rFonts w:asciiTheme="majorHAnsi" w:hAnsiTheme="majorHAnsi"/>
              </w:rPr>
            </w:pPr>
          </w:p>
        </w:tc>
        <w:tc>
          <w:tcPr>
            <w:tcW w:w="2550" w:type="dxa"/>
          </w:tcPr>
          <w:p w14:paraId="3A0FF5F2" w14:textId="77777777" w:rsidR="00DB5CFA" w:rsidRPr="00503D41" w:rsidRDefault="00DB5CFA" w:rsidP="00503D41">
            <w:pPr>
              <w:jc w:val="both"/>
              <w:rPr>
                <w:rFonts w:asciiTheme="majorHAnsi" w:hAnsiTheme="majorHAnsi"/>
              </w:rPr>
            </w:pPr>
          </w:p>
        </w:tc>
        <w:tc>
          <w:tcPr>
            <w:tcW w:w="2772" w:type="dxa"/>
          </w:tcPr>
          <w:p w14:paraId="0D01D3DE" w14:textId="77777777" w:rsidR="00DB5CFA" w:rsidRPr="00503D41" w:rsidRDefault="00EC6835" w:rsidP="00503D41">
            <w:pPr>
              <w:jc w:val="both"/>
              <w:rPr>
                <w:rFonts w:asciiTheme="majorHAnsi" w:hAnsiTheme="majorHAnsi"/>
              </w:rPr>
            </w:pPr>
            <w:r w:rsidRPr="00503D41">
              <w:rPr>
                <w:rFonts w:ascii="Segoe UI Symbol" w:hAnsi="Segoe UI Symbol" w:cs="Segoe UI Symbol"/>
              </w:rPr>
              <w:t>☐</w:t>
            </w:r>
          </w:p>
        </w:tc>
      </w:tr>
      <w:tr w:rsidR="00DB5CFA" w:rsidRPr="00503D41" w14:paraId="6A3B6897" w14:textId="77777777" w:rsidTr="008D71C6">
        <w:tc>
          <w:tcPr>
            <w:tcW w:w="2442" w:type="dxa"/>
          </w:tcPr>
          <w:p w14:paraId="5630AD66" w14:textId="77777777" w:rsidR="00DB5CFA" w:rsidRPr="00503D41" w:rsidRDefault="00DB5CFA" w:rsidP="00503D41">
            <w:pPr>
              <w:jc w:val="both"/>
              <w:rPr>
                <w:rFonts w:asciiTheme="majorHAnsi" w:hAnsiTheme="majorHAnsi"/>
              </w:rPr>
            </w:pPr>
          </w:p>
        </w:tc>
        <w:tc>
          <w:tcPr>
            <w:tcW w:w="2550" w:type="dxa"/>
          </w:tcPr>
          <w:p w14:paraId="61829076" w14:textId="77777777" w:rsidR="00DB5CFA" w:rsidRPr="00503D41" w:rsidRDefault="00DB5CFA" w:rsidP="00503D41">
            <w:pPr>
              <w:jc w:val="both"/>
              <w:rPr>
                <w:rFonts w:asciiTheme="majorHAnsi" w:hAnsiTheme="majorHAnsi"/>
              </w:rPr>
            </w:pPr>
          </w:p>
        </w:tc>
        <w:tc>
          <w:tcPr>
            <w:tcW w:w="2550" w:type="dxa"/>
          </w:tcPr>
          <w:p w14:paraId="2BA226A1" w14:textId="77777777" w:rsidR="00DB5CFA" w:rsidRPr="00503D41" w:rsidRDefault="00DB5CFA" w:rsidP="00503D41">
            <w:pPr>
              <w:jc w:val="both"/>
              <w:rPr>
                <w:rFonts w:asciiTheme="majorHAnsi" w:hAnsiTheme="majorHAnsi"/>
              </w:rPr>
            </w:pPr>
          </w:p>
        </w:tc>
        <w:tc>
          <w:tcPr>
            <w:tcW w:w="2772" w:type="dxa"/>
          </w:tcPr>
          <w:p w14:paraId="245270B7" w14:textId="77777777" w:rsidR="00DB5CFA" w:rsidRPr="00503D41" w:rsidRDefault="00EC6835" w:rsidP="00503D41">
            <w:pPr>
              <w:jc w:val="both"/>
              <w:rPr>
                <w:rFonts w:asciiTheme="majorHAnsi" w:hAnsiTheme="majorHAnsi"/>
              </w:rPr>
            </w:pPr>
            <w:r w:rsidRPr="00503D41">
              <w:rPr>
                <w:rFonts w:ascii="Segoe UI Symbol" w:hAnsi="Segoe UI Symbol" w:cs="Segoe UI Symbol"/>
              </w:rPr>
              <w:t>☐</w:t>
            </w:r>
          </w:p>
        </w:tc>
      </w:tr>
      <w:tr w:rsidR="00DB5CFA" w:rsidRPr="00503D41" w14:paraId="36205D4F" w14:textId="77777777" w:rsidTr="008D71C6">
        <w:tc>
          <w:tcPr>
            <w:tcW w:w="2442" w:type="dxa"/>
          </w:tcPr>
          <w:p w14:paraId="17AD93B2" w14:textId="77777777" w:rsidR="00DB5CFA" w:rsidRPr="00503D41" w:rsidRDefault="00DB5CFA" w:rsidP="00503D41">
            <w:pPr>
              <w:jc w:val="both"/>
              <w:rPr>
                <w:rFonts w:asciiTheme="majorHAnsi" w:hAnsiTheme="majorHAnsi"/>
              </w:rPr>
            </w:pPr>
          </w:p>
        </w:tc>
        <w:tc>
          <w:tcPr>
            <w:tcW w:w="2550" w:type="dxa"/>
          </w:tcPr>
          <w:p w14:paraId="0DE4B5B7" w14:textId="77777777" w:rsidR="00DB5CFA" w:rsidRPr="00503D41" w:rsidRDefault="00DB5CFA" w:rsidP="00503D41">
            <w:pPr>
              <w:jc w:val="both"/>
              <w:rPr>
                <w:rFonts w:asciiTheme="majorHAnsi" w:hAnsiTheme="majorHAnsi"/>
              </w:rPr>
            </w:pPr>
          </w:p>
        </w:tc>
        <w:tc>
          <w:tcPr>
            <w:tcW w:w="2550" w:type="dxa"/>
          </w:tcPr>
          <w:p w14:paraId="66204FF1" w14:textId="77777777" w:rsidR="00DB5CFA" w:rsidRPr="00503D41" w:rsidRDefault="00DB5CFA" w:rsidP="00503D41">
            <w:pPr>
              <w:jc w:val="both"/>
              <w:rPr>
                <w:rFonts w:asciiTheme="majorHAnsi" w:hAnsiTheme="majorHAnsi"/>
              </w:rPr>
            </w:pPr>
          </w:p>
        </w:tc>
        <w:tc>
          <w:tcPr>
            <w:tcW w:w="2772" w:type="dxa"/>
          </w:tcPr>
          <w:p w14:paraId="48E0D061" w14:textId="77777777" w:rsidR="00DB5CFA" w:rsidRPr="00503D41" w:rsidRDefault="00EC6835" w:rsidP="00503D41">
            <w:pPr>
              <w:jc w:val="both"/>
              <w:rPr>
                <w:rFonts w:asciiTheme="majorHAnsi" w:hAnsiTheme="majorHAnsi"/>
              </w:rPr>
            </w:pPr>
            <w:r w:rsidRPr="00503D41">
              <w:rPr>
                <w:rFonts w:ascii="Segoe UI Symbol" w:hAnsi="Segoe UI Symbol" w:cs="Segoe UI Symbol"/>
              </w:rPr>
              <w:t>☐</w:t>
            </w:r>
          </w:p>
        </w:tc>
      </w:tr>
      <w:tr w:rsidR="00DB5CFA" w:rsidRPr="00503D41" w14:paraId="02B5592F" w14:textId="77777777" w:rsidTr="008D71C6">
        <w:tc>
          <w:tcPr>
            <w:tcW w:w="2442" w:type="dxa"/>
          </w:tcPr>
          <w:p w14:paraId="2DBF0D7D" w14:textId="77777777" w:rsidR="00DB5CFA" w:rsidRPr="00503D41" w:rsidRDefault="00DB5CFA" w:rsidP="00503D41">
            <w:pPr>
              <w:jc w:val="both"/>
              <w:rPr>
                <w:rFonts w:asciiTheme="majorHAnsi" w:hAnsiTheme="majorHAnsi"/>
              </w:rPr>
            </w:pPr>
          </w:p>
        </w:tc>
        <w:tc>
          <w:tcPr>
            <w:tcW w:w="2550" w:type="dxa"/>
          </w:tcPr>
          <w:p w14:paraId="6B62F1B3" w14:textId="77777777" w:rsidR="00DB5CFA" w:rsidRPr="00503D41" w:rsidRDefault="00DB5CFA" w:rsidP="00503D41">
            <w:pPr>
              <w:jc w:val="both"/>
              <w:rPr>
                <w:rFonts w:asciiTheme="majorHAnsi" w:hAnsiTheme="majorHAnsi"/>
              </w:rPr>
            </w:pPr>
          </w:p>
        </w:tc>
        <w:tc>
          <w:tcPr>
            <w:tcW w:w="2550" w:type="dxa"/>
          </w:tcPr>
          <w:p w14:paraId="02F2C34E" w14:textId="77777777" w:rsidR="00DB5CFA" w:rsidRPr="00503D41" w:rsidRDefault="00DB5CFA" w:rsidP="00503D41">
            <w:pPr>
              <w:jc w:val="both"/>
              <w:rPr>
                <w:rFonts w:asciiTheme="majorHAnsi" w:hAnsiTheme="majorHAnsi"/>
              </w:rPr>
            </w:pPr>
          </w:p>
        </w:tc>
        <w:tc>
          <w:tcPr>
            <w:tcW w:w="2772" w:type="dxa"/>
          </w:tcPr>
          <w:p w14:paraId="27B61044" w14:textId="77777777" w:rsidR="00DB5CFA" w:rsidRPr="00503D41" w:rsidRDefault="00EC6835" w:rsidP="00503D41">
            <w:pPr>
              <w:jc w:val="both"/>
              <w:rPr>
                <w:rFonts w:asciiTheme="majorHAnsi" w:hAnsiTheme="majorHAnsi"/>
              </w:rPr>
            </w:pPr>
            <w:r w:rsidRPr="00503D41">
              <w:rPr>
                <w:rFonts w:ascii="Segoe UI Symbol" w:hAnsi="Segoe UI Symbol" w:cs="Segoe UI Symbol"/>
              </w:rPr>
              <w:t>☐</w:t>
            </w:r>
          </w:p>
        </w:tc>
      </w:tr>
      <w:tr w:rsidR="00DB5CFA" w:rsidRPr="00503D41" w14:paraId="501105B3" w14:textId="77777777" w:rsidTr="008D71C6">
        <w:tc>
          <w:tcPr>
            <w:tcW w:w="2442" w:type="dxa"/>
          </w:tcPr>
          <w:p w14:paraId="680A4E5D" w14:textId="77777777" w:rsidR="00DB5CFA" w:rsidRPr="00503D41" w:rsidRDefault="00DB5CFA" w:rsidP="00503D41">
            <w:pPr>
              <w:jc w:val="both"/>
              <w:rPr>
                <w:rFonts w:asciiTheme="majorHAnsi" w:hAnsiTheme="majorHAnsi"/>
              </w:rPr>
            </w:pPr>
          </w:p>
        </w:tc>
        <w:tc>
          <w:tcPr>
            <w:tcW w:w="2550" w:type="dxa"/>
          </w:tcPr>
          <w:p w14:paraId="19219836" w14:textId="77777777" w:rsidR="00DB5CFA" w:rsidRPr="00503D41" w:rsidRDefault="00DB5CFA" w:rsidP="00503D41">
            <w:pPr>
              <w:jc w:val="both"/>
              <w:rPr>
                <w:rFonts w:asciiTheme="majorHAnsi" w:hAnsiTheme="majorHAnsi"/>
              </w:rPr>
            </w:pPr>
          </w:p>
        </w:tc>
        <w:tc>
          <w:tcPr>
            <w:tcW w:w="2550" w:type="dxa"/>
          </w:tcPr>
          <w:p w14:paraId="296FEF7D" w14:textId="77777777" w:rsidR="00DB5CFA" w:rsidRPr="00503D41" w:rsidRDefault="00DB5CFA" w:rsidP="00503D41">
            <w:pPr>
              <w:jc w:val="both"/>
              <w:rPr>
                <w:rFonts w:asciiTheme="majorHAnsi" w:hAnsiTheme="majorHAnsi"/>
              </w:rPr>
            </w:pPr>
          </w:p>
        </w:tc>
        <w:tc>
          <w:tcPr>
            <w:tcW w:w="2772" w:type="dxa"/>
          </w:tcPr>
          <w:p w14:paraId="45AEC62B" w14:textId="77777777" w:rsidR="00DB5CFA" w:rsidRPr="00503D41" w:rsidRDefault="00EC6835" w:rsidP="00503D41">
            <w:pPr>
              <w:jc w:val="both"/>
              <w:rPr>
                <w:rFonts w:asciiTheme="majorHAnsi" w:hAnsiTheme="majorHAnsi"/>
              </w:rPr>
            </w:pPr>
            <w:r w:rsidRPr="00503D41">
              <w:rPr>
                <w:rFonts w:ascii="Segoe UI Symbol" w:hAnsi="Segoe UI Symbol" w:cs="Segoe UI Symbol"/>
              </w:rPr>
              <w:t>☐</w:t>
            </w:r>
          </w:p>
        </w:tc>
      </w:tr>
      <w:tr w:rsidR="00DB5CFA" w:rsidRPr="00503D41" w14:paraId="388EE0E5" w14:textId="77777777" w:rsidTr="008D71C6">
        <w:tc>
          <w:tcPr>
            <w:tcW w:w="2442" w:type="dxa"/>
          </w:tcPr>
          <w:p w14:paraId="7194DBDC" w14:textId="77777777" w:rsidR="00DB5CFA" w:rsidRPr="00503D41" w:rsidRDefault="00DB5CFA" w:rsidP="00503D41">
            <w:pPr>
              <w:jc w:val="both"/>
              <w:rPr>
                <w:rFonts w:asciiTheme="majorHAnsi" w:hAnsiTheme="majorHAnsi"/>
              </w:rPr>
            </w:pPr>
          </w:p>
        </w:tc>
        <w:tc>
          <w:tcPr>
            <w:tcW w:w="2550" w:type="dxa"/>
          </w:tcPr>
          <w:p w14:paraId="769D0D3C" w14:textId="77777777" w:rsidR="00DB5CFA" w:rsidRPr="00503D41" w:rsidRDefault="00DB5CFA" w:rsidP="00503D41">
            <w:pPr>
              <w:jc w:val="both"/>
              <w:rPr>
                <w:rFonts w:asciiTheme="majorHAnsi" w:hAnsiTheme="majorHAnsi"/>
              </w:rPr>
            </w:pPr>
          </w:p>
        </w:tc>
        <w:tc>
          <w:tcPr>
            <w:tcW w:w="2550" w:type="dxa"/>
          </w:tcPr>
          <w:p w14:paraId="54CD245A" w14:textId="77777777" w:rsidR="00DB5CFA" w:rsidRPr="00503D41" w:rsidRDefault="00DB5CFA" w:rsidP="00503D41">
            <w:pPr>
              <w:jc w:val="both"/>
              <w:rPr>
                <w:rFonts w:asciiTheme="majorHAnsi" w:hAnsiTheme="majorHAnsi"/>
              </w:rPr>
            </w:pPr>
          </w:p>
        </w:tc>
        <w:tc>
          <w:tcPr>
            <w:tcW w:w="2772" w:type="dxa"/>
          </w:tcPr>
          <w:p w14:paraId="719D89F3" w14:textId="77777777" w:rsidR="00DB5CFA" w:rsidRPr="00503D41" w:rsidRDefault="00EC6835" w:rsidP="00503D41">
            <w:pPr>
              <w:jc w:val="both"/>
              <w:rPr>
                <w:rFonts w:asciiTheme="majorHAnsi" w:hAnsiTheme="majorHAnsi"/>
              </w:rPr>
            </w:pPr>
            <w:r w:rsidRPr="00503D41">
              <w:rPr>
                <w:rFonts w:ascii="Segoe UI Symbol" w:hAnsi="Segoe UI Symbol" w:cs="Segoe UI Symbol"/>
              </w:rPr>
              <w:t>☐</w:t>
            </w:r>
          </w:p>
        </w:tc>
      </w:tr>
      <w:tr w:rsidR="00DB5CFA" w:rsidRPr="00503D41" w14:paraId="6B8C16CB" w14:textId="77777777" w:rsidTr="008D71C6">
        <w:tc>
          <w:tcPr>
            <w:tcW w:w="2442" w:type="dxa"/>
          </w:tcPr>
          <w:p w14:paraId="1231BE67" w14:textId="77777777" w:rsidR="00DB5CFA" w:rsidRPr="00503D41" w:rsidRDefault="00DB5CFA" w:rsidP="00503D41">
            <w:pPr>
              <w:jc w:val="both"/>
              <w:rPr>
                <w:rFonts w:asciiTheme="majorHAnsi" w:hAnsiTheme="majorHAnsi"/>
              </w:rPr>
            </w:pPr>
          </w:p>
        </w:tc>
        <w:tc>
          <w:tcPr>
            <w:tcW w:w="2550" w:type="dxa"/>
          </w:tcPr>
          <w:p w14:paraId="36FEB5B0" w14:textId="77777777" w:rsidR="00DB5CFA" w:rsidRPr="00503D41" w:rsidRDefault="00DB5CFA" w:rsidP="00503D41">
            <w:pPr>
              <w:jc w:val="both"/>
              <w:rPr>
                <w:rFonts w:asciiTheme="majorHAnsi" w:hAnsiTheme="majorHAnsi"/>
              </w:rPr>
            </w:pPr>
          </w:p>
        </w:tc>
        <w:tc>
          <w:tcPr>
            <w:tcW w:w="2550" w:type="dxa"/>
          </w:tcPr>
          <w:p w14:paraId="30D7AA69" w14:textId="77777777" w:rsidR="00DB5CFA" w:rsidRPr="00503D41" w:rsidRDefault="00DB5CFA" w:rsidP="00503D41">
            <w:pPr>
              <w:jc w:val="both"/>
              <w:rPr>
                <w:rFonts w:asciiTheme="majorHAnsi" w:hAnsiTheme="majorHAnsi"/>
              </w:rPr>
            </w:pPr>
          </w:p>
        </w:tc>
        <w:tc>
          <w:tcPr>
            <w:tcW w:w="2772" w:type="dxa"/>
          </w:tcPr>
          <w:p w14:paraId="299EC0C9" w14:textId="77777777" w:rsidR="00DB5CFA" w:rsidRPr="00503D41" w:rsidRDefault="00EC6835" w:rsidP="00503D41">
            <w:pPr>
              <w:jc w:val="both"/>
              <w:rPr>
                <w:rFonts w:asciiTheme="majorHAnsi" w:hAnsiTheme="majorHAnsi"/>
              </w:rPr>
            </w:pPr>
            <w:r w:rsidRPr="00503D41">
              <w:rPr>
                <w:rFonts w:ascii="Segoe UI Symbol" w:hAnsi="Segoe UI Symbol" w:cs="Segoe UI Symbol"/>
              </w:rPr>
              <w:t>☐</w:t>
            </w:r>
          </w:p>
        </w:tc>
      </w:tr>
      <w:tr w:rsidR="00DB5CFA" w:rsidRPr="00503D41" w14:paraId="672193E7" w14:textId="77777777" w:rsidTr="008D71C6">
        <w:tc>
          <w:tcPr>
            <w:tcW w:w="2442" w:type="dxa"/>
          </w:tcPr>
          <w:p w14:paraId="7196D064" w14:textId="77777777" w:rsidR="00DB5CFA" w:rsidRPr="00503D41" w:rsidRDefault="00DB5CFA" w:rsidP="00503D41">
            <w:pPr>
              <w:jc w:val="both"/>
              <w:rPr>
                <w:rFonts w:asciiTheme="majorHAnsi" w:hAnsiTheme="majorHAnsi"/>
              </w:rPr>
            </w:pPr>
          </w:p>
        </w:tc>
        <w:tc>
          <w:tcPr>
            <w:tcW w:w="2550" w:type="dxa"/>
          </w:tcPr>
          <w:p w14:paraId="34FF1C98" w14:textId="77777777" w:rsidR="00DB5CFA" w:rsidRPr="00503D41" w:rsidRDefault="00DB5CFA" w:rsidP="00503D41">
            <w:pPr>
              <w:jc w:val="both"/>
              <w:rPr>
                <w:rFonts w:asciiTheme="majorHAnsi" w:hAnsiTheme="majorHAnsi"/>
              </w:rPr>
            </w:pPr>
          </w:p>
        </w:tc>
        <w:tc>
          <w:tcPr>
            <w:tcW w:w="2550" w:type="dxa"/>
          </w:tcPr>
          <w:p w14:paraId="6D072C0D" w14:textId="77777777" w:rsidR="00DB5CFA" w:rsidRPr="00503D41" w:rsidRDefault="00DB5CFA" w:rsidP="00503D41">
            <w:pPr>
              <w:jc w:val="both"/>
              <w:rPr>
                <w:rFonts w:asciiTheme="majorHAnsi" w:hAnsiTheme="majorHAnsi"/>
              </w:rPr>
            </w:pPr>
          </w:p>
        </w:tc>
        <w:tc>
          <w:tcPr>
            <w:tcW w:w="2772" w:type="dxa"/>
          </w:tcPr>
          <w:p w14:paraId="5671D30D" w14:textId="77777777" w:rsidR="00DB5CFA" w:rsidRPr="00503D41" w:rsidRDefault="00EC6835" w:rsidP="00503D41">
            <w:pPr>
              <w:jc w:val="both"/>
              <w:rPr>
                <w:rFonts w:asciiTheme="majorHAnsi" w:hAnsiTheme="majorHAnsi"/>
              </w:rPr>
            </w:pPr>
            <w:r w:rsidRPr="00503D41">
              <w:rPr>
                <w:rFonts w:ascii="Segoe UI Symbol" w:hAnsi="Segoe UI Symbol" w:cs="Segoe UI Symbol"/>
              </w:rPr>
              <w:t>☐</w:t>
            </w:r>
          </w:p>
        </w:tc>
      </w:tr>
      <w:tr w:rsidR="00DB5CFA" w:rsidRPr="00503D41" w14:paraId="49EE17A1" w14:textId="77777777" w:rsidTr="008D71C6">
        <w:tc>
          <w:tcPr>
            <w:tcW w:w="2442" w:type="dxa"/>
          </w:tcPr>
          <w:p w14:paraId="48A21919" w14:textId="77777777" w:rsidR="00DB5CFA" w:rsidRPr="00503D41" w:rsidRDefault="00DB5CFA" w:rsidP="00503D41">
            <w:pPr>
              <w:jc w:val="both"/>
              <w:rPr>
                <w:rFonts w:asciiTheme="majorHAnsi" w:hAnsiTheme="majorHAnsi"/>
              </w:rPr>
            </w:pPr>
          </w:p>
        </w:tc>
        <w:tc>
          <w:tcPr>
            <w:tcW w:w="2550" w:type="dxa"/>
          </w:tcPr>
          <w:p w14:paraId="6BD18F9B" w14:textId="77777777" w:rsidR="00DB5CFA" w:rsidRPr="00503D41" w:rsidRDefault="00DB5CFA" w:rsidP="00503D41">
            <w:pPr>
              <w:jc w:val="both"/>
              <w:rPr>
                <w:rFonts w:asciiTheme="majorHAnsi" w:hAnsiTheme="majorHAnsi"/>
              </w:rPr>
            </w:pPr>
          </w:p>
        </w:tc>
        <w:tc>
          <w:tcPr>
            <w:tcW w:w="2550" w:type="dxa"/>
          </w:tcPr>
          <w:p w14:paraId="238601FE" w14:textId="77777777" w:rsidR="00DB5CFA" w:rsidRPr="00503D41" w:rsidRDefault="00DB5CFA" w:rsidP="00503D41">
            <w:pPr>
              <w:jc w:val="both"/>
              <w:rPr>
                <w:rFonts w:asciiTheme="majorHAnsi" w:hAnsiTheme="majorHAnsi"/>
              </w:rPr>
            </w:pPr>
          </w:p>
        </w:tc>
        <w:tc>
          <w:tcPr>
            <w:tcW w:w="2772" w:type="dxa"/>
          </w:tcPr>
          <w:p w14:paraId="594833D8" w14:textId="77777777" w:rsidR="00DB5CFA" w:rsidRPr="00503D41" w:rsidRDefault="00EC6835" w:rsidP="00503D41">
            <w:pPr>
              <w:jc w:val="both"/>
              <w:rPr>
                <w:rFonts w:asciiTheme="majorHAnsi" w:hAnsiTheme="majorHAnsi"/>
              </w:rPr>
            </w:pPr>
            <w:r w:rsidRPr="00503D41">
              <w:rPr>
                <w:rFonts w:ascii="Segoe UI Symbol" w:hAnsi="Segoe UI Symbol" w:cs="Segoe UI Symbol"/>
              </w:rPr>
              <w:t>☐</w:t>
            </w:r>
          </w:p>
        </w:tc>
      </w:tr>
      <w:tr w:rsidR="00DB5CFA" w:rsidRPr="00503D41" w14:paraId="762905CD" w14:textId="77777777" w:rsidTr="008D71C6">
        <w:tc>
          <w:tcPr>
            <w:tcW w:w="2442" w:type="dxa"/>
          </w:tcPr>
          <w:p w14:paraId="0F3CABC7" w14:textId="77777777" w:rsidR="00DB5CFA" w:rsidRPr="00503D41" w:rsidRDefault="00DB5CFA" w:rsidP="00503D41">
            <w:pPr>
              <w:jc w:val="both"/>
              <w:rPr>
                <w:rFonts w:asciiTheme="majorHAnsi" w:hAnsiTheme="majorHAnsi"/>
              </w:rPr>
            </w:pPr>
          </w:p>
        </w:tc>
        <w:tc>
          <w:tcPr>
            <w:tcW w:w="2550" w:type="dxa"/>
          </w:tcPr>
          <w:p w14:paraId="5B08B5D1" w14:textId="77777777" w:rsidR="00DB5CFA" w:rsidRPr="00503D41" w:rsidRDefault="00DB5CFA" w:rsidP="00503D41">
            <w:pPr>
              <w:jc w:val="both"/>
              <w:rPr>
                <w:rFonts w:asciiTheme="majorHAnsi" w:hAnsiTheme="majorHAnsi"/>
              </w:rPr>
            </w:pPr>
          </w:p>
        </w:tc>
        <w:tc>
          <w:tcPr>
            <w:tcW w:w="2550" w:type="dxa"/>
          </w:tcPr>
          <w:p w14:paraId="16DEB4AB" w14:textId="77777777" w:rsidR="00DB5CFA" w:rsidRPr="00503D41" w:rsidRDefault="00DB5CFA" w:rsidP="00503D41">
            <w:pPr>
              <w:jc w:val="both"/>
              <w:rPr>
                <w:rFonts w:asciiTheme="majorHAnsi" w:hAnsiTheme="majorHAnsi"/>
              </w:rPr>
            </w:pPr>
          </w:p>
        </w:tc>
        <w:tc>
          <w:tcPr>
            <w:tcW w:w="2772" w:type="dxa"/>
          </w:tcPr>
          <w:p w14:paraId="1D0BDA32" w14:textId="77777777" w:rsidR="00DB5CFA" w:rsidRPr="00503D41" w:rsidRDefault="00EC6835" w:rsidP="00503D41">
            <w:pPr>
              <w:jc w:val="both"/>
              <w:rPr>
                <w:rFonts w:asciiTheme="majorHAnsi" w:hAnsiTheme="majorHAnsi"/>
              </w:rPr>
            </w:pPr>
            <w:r w:rsidRPr="00503D41">
              <w:rPr>
                <w:rFonts w:ascii="Segoe UI Symbol" w:hAnsi="Segoe UI Symbol" w:cs="Segoe UI Symbol"/>
              </w:rPr>
              <w:t>☐</w:t>
            </w:r>
          </w:p>
        </w:tc>
      </w:tr>
    </w:tbl>
    <w:p w14:paraId="1211C770" w14:textId="77777777" w:rsidR="00DE2A2B" w:rsidRPr="00503D41" w:rsidRDefault="00DE2A2B" w:rsidP="00503D41">
      <w:pPr>
        <w:jc w:val="both"/>
        <w:rPr>
          <w:rFonts w:asciiTheme="majorHAnsi" w:hAnsiTheme="majorHAnsi"/>
          <w:b/>
          <w:caps/>
          <w:color w:val="1DA8A5" w:themeColor="accent1"/>
          <w:spacing w:val="15"/>
          <w:sz w:val="32"/>
          <w:szCs w:val="22"/>
          <w:lang w:val="es-ES"/>
        </w:rPr>
      </w:pPr>
      <w:r w:rsidRPr="00503D41">
        <w:rPr>
          <w:rFonts w:asciiTheme="majorHAnsi" w:hAnsiTheme="majorHAnsi"/>
          <w:b/>
          <w:color w:val="1DA8A5" w:themeColor="accent1"/>
          <w:sz w:val="32"/>
          <w:lang w:val="es-ES"/>
        </w:rPr>
        <w:br w:type="page"/>
      </w:r>
    </w:p>
    <w:p w14:paraId="5A0E807E" w14:textId="419BD39B" w:rsidR="00DB5CFA" w:rsidRPr="00503D41" w:rsidRDefault="00EC6835" w:rsidP="00503D41">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503D41">
        <w:rPr>
          <w:rFonts w:asciiTheme="majorHAnsi" w:hAnsiTheme="majorHAnsi"/>
          <w:b/>
          <w:color w:val="1DA8A5" w:themeColor="accent1"/>
          <w:sz w:val="32"/>
          <w:lang w:val="es-ES"/>
        </w:rPr>
        <w:lastRenderedPageBreak/>
        <w:t>Capacidad de liderazgo y dedicación al proyecto</w:t>
      </w:r>
    </w:p>
    <w:p w14:paraId="33A6484A" w14:textId="77777777" w:rsidR="00DE2A2B" w:rsidRPr="00503D41" w:rsidRDefault="00DE2A2B" w:rsidP="00503D41">
      <w:pPr>
        <w:spacing w:before="0" w:after="0"/>
        <w:jc w:val="both"/>
        <w:rPr>
          <w:rFonts w:asciiTheme="majorHAnsi" w:hAnsiTheme="majorHAnsi"/>
          <w:lang w:val="es-ES"/>
        </w:rPr>
      </w:pPr>
    </w:p>
    <w:tbl>
      <w:tblPr>
        <w:tblStyle w:val="Cuadrculaclara-nfasis5"/>
        <w:tblW w:w="0" w:type="auto"/>
        <w:tblInd w:w="108" w:type="dxa"/>
        <w:tblLook w:val="0600" w:firstRow="0" w:lastRow="0" w:firstColumn="0" w:lastColumn="0" w:noHBand="1" w:noVBand="1"/>
      </w:tblPr>
      <w:tblGrid>
        <w:gridCol w:w="3324"/>
        <w:gridCol w:w="6882"/>
      </w:tblGrid>
      <w:tr w:rsidR="00DB5CFA" w:rsidRPr="00503D41" w14:paraId="41E03ECE" w14:textId="77777777" w:rsidTr="008D71C6">
        <w:tc>
          <w:tcPr>
            <w:tcW w:w="3324" w:type="dxa"/>
          </w:tcPr>
          <w:p w14:paraId="23EC4BF3" w14:textId="77777777" w:rsidR="00DB5CFA" w:rsidRPr="00503D41" w:rsidRDefault="00EC6835" w:rsidP="00503D41">
            <w:pPr>
              <w:jc w:val="both"/>
              <w:rPr>
                <w:rFonts w:asciiTheme="majorHAnsi" w:hAnsiTheme="majorHAnsi"/>
                <w:lang w:val="es-ES"/>
              </w:rPr>
            </w:pPr>
            <w:r w:rsidRPr="00503D41">
              <w:rPr>
                <w:rFonts w:asciiTheme="majorHAnsi" w:hAnsiTheme="majorHAnsi"/>
                <w:b/>
                <w:sz w:val="18"/>
                <w:lang w:val="es-ES"/>
              </w:rPr>
              <w:t>Rol de la persona IP</w:t>
            </w:r>
          </w:p>
        </w:tc>
        <w:tc>
          <w:tcPr>
            <w:tcW w:w="6882" w:type="dxa"/>
          </w:tcPr>
          <w:p w14:paraId="0AD9C6F4" w14:textId="77777777" w:rsidR="00DB5CFA" w:rsidRPr="00503D41" w:rsidRDefault="00DB5CFA" w:rsidP="00503D41">
            <w:pPr>
              <w:jc w:val="both"/>
              <w:rPr>
                <w:rFonts w:asciiTheme="majorHAnsi" w:hAnsiTheme="majorHAnsi"/>
                <w:lang w:val="es-ES"/>
              </w:rPr>
            </w:pPr>
          </w:p>
        </w:tc>
      </w:tr>
      <w:tr w:rsidR="00DB5CFA" w:rsidRPr="00503D41" w14:paraId="3694D01E" w14:textId="77777777" w:rsidTr="008D71C6">
        <w:tc>
          <w:tcPr>
            <w:tcW w:w="3324" w:type="dxa"/>
          </w:tcPr>
          <w:p w14:paraId="0A7F99C6" w14:textId="77777777" w:rsidR="00DB5CFA" w:rsidRPr="00503D41" w:rsidRDefault="00EC6835" w:rsidP="00503D41">
            <w:pPr>
              <w:jc w:val="both"/>
              <w:rPr>
                <w:rFonts w:asciiTheme="majorHAnsi" w:hAnsiTheme="majorHAnsi"/>
              </w:rPr>
            </w:pPr>
            <w:proofErr w:type="spellStart"/>
            <w:r w:rsidRPr="00503D41">
              <w:rPr>
                <w:rFonts w:asciiTheme="majorHAnsi" w:hAnsiTheme="majorHAnsi"/>
                <w:b/>
                <w:sz w:val="18"/>
              </w:rPr>
              <w:t>Dedicación</w:t>
            </w:r>
            <w:proofErr w:type="spellEnd"/>
            <w:r w:rsidRPr="00503D41">
              <w:rPr>
                <w:rFonts w:asciiTheme="majorHAnsi" w:hAnsiTheme="majorHAnsi"/>
                <w:b/>
                <w:sz w:val="18"/>
              </w:rPr>
              <w:t xml:space="preserve"> </w:t>
            </w:r>
            <w:proofErr w:type="spellStart"/>
            <w:r w:rsidRPr="00503D41">
              <w:rPr>
                <w:rFonts w:asciiTheme="majorHAnsi" w:hAnsiTheme="majorHAnsi"/>
                <w:b/>
                <w:sz w:val="18"/>
              </w:rPr>
              <w:t>estimada</w:t>
            </w:r>
            <w:proofErr w:type="spellEnd"/>
            <w:r w:rsidRPr="00503D41">
              <w:rPr>
                <w:rFonts w:asciiTheme="majorHAnsi" w:hAnsiTheme="majorHAnsi"/>
                <w:b/>
                <w:sz w:val="18"/>
              </w:rPr>
              <w:t xml:space="preserve"> al </w:t>
            </w:r>
            <w:proofErr w:type="spellStart"/>
            <w:r w:rsidRPr="00503D41">
              <w:rPr>
                <w:rFonts w:asciiTheme="majorHAnsi" w:hAnsiTheme="majorHAnsi"/>
                <w:b/>
                <w:sz w:val="18"/>
              </w:rPr>
              <w:t>proyecto</w:t>
            </w:r>
            <w:proofErr w:type="spellEnd"/>
          </w:p>
        </w:tc>
        <w:tc>
          <w:tcPr>
            <w:tcW w:w="6882" w:type="dxa"/>
          </w:tcPr>
          <w:p w14:paraId="6462C093" w14:textId="77777777" w:rsidR="00DB5CFA" w:rsidRPr="00503D41" w:rsidRDefault="00EC6835" w:rsidP="00503D41">
            <w:pPr>
              <w:jc w:val="both"/>
              <w:rPr>
                <w:rFonts w:asciiTheme="majorHAnsi" w:hAnsiTheme="majorHAnsi"/>
              </w:rPr>
            </w:pPr>
            <w:r w:rsidRPr="00503D41">
              <w:rPr>
                <w:rFonts w:asciiTheme="majorHAnsi" w:hAnsiTheme="majorHAnsi"/>
                <w:sz w:val="18"/>
              </w:rPr>
              <w:t>%</w:t>
            </w:r>
          </w:p>
        </w:tc>
      </w:tr>
      <w:tr w:rsidR="00DB5CFA" w:rsidRPr="00503D41" w14:paraId="26F9BA1C" w14:textId="77777777" w:rsidTr="008D71C6">
        <w:tc>
          <w:tcPr>
            <w:tcW w:w="3324" w:type="dxa"/>
          </w:tcPr>
          <w:p w14:paraId="35696E22" w14:textId="77777777" w:rsidR="00DB5CFA" w:rsidRPr="00503D41" w:rsidRDefault="00EC6835" w:rsidP="00503D41">
            <w:pPr>
              <w:jc w:val="both"/>
              <w:rPr>
                <w:rFonts w:asciiTheme="majorHAnsi" w:hAnsiTheme="majorHAnsi"/>
              </w:rPr>
            </w:pPr>
            <w:r w:rsidRPr="00503D41">
              <w:rPr>
                <w:rFonts w:asciiTheme="majorHAnsi" w:hAnsiTheme="majorHAnsi"/>
                <w:b/>
                <w:sz w:val="18"/>
              </w:rPr>
              <w:t>Experiencia liderando proyectos similares</w:t>
            </w:r>
          </w:p>
        </w:tc>
        <w:tc>
          <w:tcPr>
            <w:tcW w:w="6882" w:type="dxa"/>
          </w:tcPr>
          <w:p w14:paraId="4B1F511A" w14:textId="77777777" w:rsidR="00DB5CFA" w:rsidRPr="00503D41" w:rsidRDefault="00DB5CFA" w:rsidP="00503D41">
            <w:pPr>
              <w:jc w:val="both"/>
              <w:rPr>
                <w:rFonts w:asciiTheme="majorHAnsi" w:hAnsiTheme="majorHAnsi"/>
              </w:rPr>
            </w:pPr>
          </w:p>
        </w:tc>
      </w:tr>
      <w:tr w:rsidR="00DB5CFA" w:rsidRPr="00503D41" w14:paraId="023436B5" w14:textId="77777777" w:rsidTr="008D71C6">
        <w:tc>
          <w:tcPr>
            <w:tcW w:w="3324" w:type="dxa"/>
          </w:tcPr>
          <w:p w14:paraId="64B46B40" w14:textId="77777777" w:rsidR="00DB5CFA" w:rsidRPr="00503D41" w:rsidRDefault="00EC6835" w:rsidP="00503D41">
            <w:pPr>
              <w:jc w:val="both"/>
              <w:rPr>
                <w:rFonts w:asciiTheme="majorHAnsi" w:hAnsiTheme="majorHAnsi"/>
              </w:rPr>
            </w:pPr>
            <w:r w:rsidRPr="00503D41">
              <w:rPr>
                <w:rFonts w:asciiTheme="majorHAnsi" w:hAnsiTheme="majorHAnsi"/>
                <w:b/>
                <w:sz w:val="18"/>
              </w:rPr>
              <w:t>Responsabilidades principales</w:t>
            </w:r>
          </w:p>
        </w:tc>
        <w:tc>
          <w:tcPr>
            <w:tcW w:w="6882" w:type="dxa"/>
          </w:tcPr>
          <w:p w14:paraId="65F9C3DC" w14:textId="77777777" w:rsidR="00DB5CFA" w:rsidRPr="00503D41" w:rsidRDefault="00DB5CFA" w:rsidP="00503D41">
            <w:pPr>
              <w:jc w:val="both"/>
              <w:rPr>
                <w:rFonts w:asciiTheme="majorHAnsi" w:hAnsiTheme="majorHAnsi"/>
              </w:rPr>
            </w:pPr>
          </w:p>
        </w:tc>
      </w:tr>
      <w:tr w:rsidR="00DB5CFA" w:rsidRPr="00503D41" w14:paraId="425CA890" w14:textId="77777777" w:rsidTr="008D71C6">
        <w:tc>
          <w:tcPr>
            <w:tcW w:w="3324" w:type="dxa"/>
          </w:tcPr>
          <w:p w14:paraId="45EA4C33" w14:textId="77777777" w:rsidR="00DB5CFA" w:rsidRPr="00503D41" w:rsidRDefault="00EC6835" w:rsidP="00503D41">
            <w:pPr>
              <w:jc w:val="both"/>
              <w:rPr>
                <w:rFonts w:asciiTheme="majorHAnsi" w:hAnsiTheme="majorHAnsi"/>
                <w:lang w:val="es-ES"/>
              </w:rPr>
            </w:pPr>
            <w:r w:rsidRPr="00503D41">
              <w:rPr>
                <w:rFonts w:asciiTheme="majorHAnsi" w:hAnsiTheme="majorHAnsi"/>
                <w:b/>
                <w:sz w:val="18"/>
                <w:lang w:val="es-ES"/>
              </w:rPr>
              <w:t>Disponibilidad para iniciar en el plazo previsto</w:t>
            </w:r>
          </w:p>
        </w:tc>
        <w:tc>
          <w:tcPr>
            <w:tcW w:w="6882" w:type="dxa"/>
          </w:tcPr>
          <w:p w14:paraId="62802793" w14:textId="77777777" w:rsidR="00DB5CFA" w:rsidRPr="00503D41" w:rsidRDefault="00EC6835" w:rsidP="00503D41">
            <w:pPr>
              <w:jc w:val="both"/>
              <w:rPr>
                <w:rFonts w:asciiTheme="majorHAnsi" w:hAnsiTheme="majorHAnsi"/>
              </w:rPr>
            </w:pPr>
            <w:r w:rsidRPr="00503D41">
              <w:rPr>
                <w:rFonts w:ascii="Segoe UI Symbol" w:hAnsi="Segoe UI Symbol" w:cs="Segoe UI Symbol"/>
                <w:sz w:val="18"/>
              </w:rPr>
              <w:t>☐</w:t>
            </w:r>
            <w:r w:rsidRPr="00503D41">
              <w:rPr>
                <w:rFonts w:asciiTheme="majorHAnsi" w:hAnsiTheme="majorHAnsi"/>
                <w:sz w:val="18"/>
              </w:rPr>
              <w:t xml:space="preserve"> </w:t>
            </w:r>
            <w:proofErr w:type="spellStart"/>
            <w:proofErr w:type="gramStart"/>
            <w:r w:rsidRPr="00503D41">
              <w:rPr>
                <w:rFonts w:asciiTheme="majorHAnsi" w:hAnsiTheme="majorHAnsi"/>
                <w:sz w:val="18"/>
              </w:rPr>
              <w:t>Sí</w:t>
            </w:r>
            <w:proofErr w:type="spellEnd"/>
            <w:r w:rsidRPr="00503D41">
              <w:rPr>
                <w:rFonts w:asciiTheme="majorHAnsi" w:hAnsiTheme="majorHAnsi"/>
                <w:sz w:val="18"/>
              </w:rPr>
              <w:t xml:space="preserve">  </w:t>
            </w:r>
            <w:r w:rsidRPr="00503D41">
              <w:rPr>
                <w:rFonts w:ascii="Segoe UI Symbol" w:hAnsi="Segoe UI Symbol" w:cs="Segoe UI Symbol"/>
                <w:sz w:val="18"/>
              </w:rPr>
              <w:t>☐</w:t>
            </w:r>
            <w:proofErr w:type="gramEnd"/>
            <w:r w:rsidRPr="00503D41">
              <w:rPr>
                <w:rFonts w:asciiTheme="majorHAnsi" w:hAnsiTheme="majorHAnsi"/>
                <w:sz w:val="18"/>
              </w:rPr>
              <w:t xml:space="preserve"> No</w:t>
            </w:r>
          </w:p>
        </w:tc>
      </w:tr>
    </w:tbl>
    <w:p w14:paraId="0274F927" w14:textId="77777777" w:rsidR="00DB5CFA" w:rsidRPr="00503D41" w:rsidRDefault="00EC6835" w:rsidP="00503D41">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503D41">
        <w:rPr>
          <w:rFonts w:asciiTheme="majorHAnsi" w:hAnsiTheme="majorHAnsi"/>
          <w:b/>
          <w:color w:val="1DA8A5" w:themeColor="accent1"/>
          <w:sz w:val="32"/>
          <w:lang w:val="es-ES"/>
        </w:rPr>
        <w:t>Declaración y firma</w:t>
      </w:r>
    </w:p>
    <w:p w14:paraId="5023141B" w14:textId="2350FB8B" w:rsidR="00DB5CFA" w:rsidRPr="00503D41" w:rsidRDefault="008D71C6" w:rsidP="00503D41">
      <w:pPr>
        <w:jc w:val="both"/>
        <w:rPr>
          <w:rFonts w:asciiTheme="majorHAnsi" w:hAnsiTheme="majorHAnsi"/>
          <w:lang w:val="es-ES"/>
        </w:rPr>
      </w:pPr>
      <w:r w:rsidRPr="00503D41">
        <w:rPr>
          <w:rFonts w:asciiTheme="majorHAnsi" w:hAnsiTheme="majorHAnsi"/>
          <w:lang w:val="es-ES"/>
        </w:rPr>
        <w:t>Declaro que la información incluida en este anexo es veraz, completa y se ajusta a las Bases de la convocatoria. Autorizo su utilización para la evaluación y gestión del Premio, conforme a la normativa aplicable.</w:t>
      </w:r>
    </w:p>
    <w:tbl>
      <w:tblPr>
        <w:tblStyle w:val="Cuadrculaclara-nfasis5"/>
        <w:tblW w:w="0" w:type="auto"/>
        <w:tblInd w:w="108" w:type="dxa"/>
        <w:tblLook w:val="0680" w:firstRow="0" w:lastRow="0" w:firstColumn="1" w:lastColumn="0" w:noHBand="1" w:noVBand="1"/>
      </w:tblPr>
      <w:tblGrid>
        <w:gridCol w:w="3010"/>
        <w:gridCol w:w="7196"/>
      </w:tblGrid>
      <w:tr w:rsidR="00DB5CFA" w:rsidRPr="00503D41" w14:paraId="70C53FC4"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462560C4" w14:textId="77777777" w:rsidR="00DB5CFA" w:rsidRPr="00503D41" w:rsidRDefault="00EC6835" w:rsidP="00503D41">
            <w:pPr>
              <w:jc w:val="both"/>
            </w:pPr>
            <w:r w:rsidRPr="00503D41">
              <w:rPr>
                <w:sz w:val="18"/>
              </w:rPr>
              <w:t xml:space="preserve">Nombre y </w:t>
            </w:r>
            <w:proofErr w:type="spellStart"/>
            <w:r w:rsidRPr="00503D41">
              <w:rPr>
                <w:sz w:val="18"/>
              </w:rPr>
              <w:t>apellidos</w:t>
            </w:r>
            <w:proofErr w:type="spellEnd"/>
          </w:p>
        </w:tc>
        <w:tc>
          <w:tcPr>
            <w:tcW w:w="7196" w:type="dxa"/>
          </w:tcPr>
          <w:p w14:paraId="1F3B1409"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DB5CFA" w:rsidRPr="00503D41" w14:paraId="52BDFC89"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593BB73F" w14:textId="77777777" w:rsidR="00DB5CFA" w:rsidRPr="00503D41" w:rsidRDefault="00EC6835" w:rsidP="00503D41">
            <w:pPr>
              <w:jc w:val="both"/>
            </w:pPr>
            <w:r w:rsidRPr="00503D41">
              <w:rPr>
                <w:sz w:val="18"/>
              </w:rPr>
              <w:t>Lugar y fecha</w:t>
            </w:r>
          </w:p>
        </w:tc>
        <w:tc>
          <w:tcPr>
            <w:tcW w:w="7196" w:type="dxa"/>
          </w:tcPr>
          <w:p w14:paraId="562C75D1" w14:textId="77777777" w:rsidR="00DB5CFA" w:rsidRPr="00503D41" w:rsidRDefault="00DB5CFA"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DB5CFA" w:rsidRPr="00503D41" w14:paraId="7C15739C" w14:textId="77777777" w:rsidTr="008D71C6">
        <w:tc>
          <w:tcPr>
            <w:cnfStyle w:val="001000000000" w:firstRow="0" w:lastRow="0" w:firstColumn="1" w:lastColumn="0" w:oddVBand="0" w:evenVBand="0" w:oddHBand="0" w:evenHBand="0" w:firstRowFirstColumn="0" w:firstRowLastColumn="0" w:lastRowFirstColumn="0" w:lastRowLastColumn="0"/>
            <w:tcW w:w="3010" w:type="dxa"/>
          </w:tcPr>
          <w:p w14:paraId="24FE1423" w14:textId="77777777" w:rsidR="00DB5CFA" w:rsidRPr="00503D41" w:rsidRDefault="00EC6835" w:rsidP="00503D41">
            <w:pPr>
              <w:jc w:val="both"/>
            </w:pPr>
            <w:r w:rsidRPr="00503D41">
              <w:rPr>
                <w:sz w:val="18"/>
              </w:rPr>
              <w:t>Firma</w:t>
            </w:r>
          </w:p>
        </w:tc>
        <w:tc>
          <w:tcPr>
            <w:tcW w:w="7196" w:type="dxa"/>
          </w:tcPr>
          <w:p w14:paraId="664355AD" w14:textId="77777777" w:rsidR="00DB5CFA" w:rsidRPr="00503D41" w:rsidRDefault="00EC6835" w:rsidP="00503D41">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503D41">
              <w:rPr>
                <w:rFonts w:asciiTheme="majorHAnsi" w:hAnsiTheme="majorHAnsi"/>
                <w:sz w:val="18"/>
              </w:rPr>
              <w:br/>
            </w:r>
            <w:r w:rsidRPr="00503D41">
              <w:rPr>
                <w:rFonts w:asciiTheme="majorHAnsi" w:hAnsiTheme="majorHAnsi"/>
                <w:sz w:val="18"/>
              </w:rPr>
              <w:br/>
            </w:r>
          </w:p>
        </w:tc>
      </w:tr>
    </w:tbl>
    <w:p w14:paraId="2723E282" w14:textId="7A508974" w:rsidR="64FDADD8" w:rsidRPr="00503D41" w:rsidRDefault="64FDADD8" w:rsidP="00503D41">
      <w:pPr>
        <w:jc w:val="both"/>
        <w:rPr>
          <w:rFonts w:asciiTheme="majorHAnsi" w:hAnsiTheme="majorHAnsi"/>
        </w:rPr>
      </w:pPr>
    </w:p>
    <w:sectPr w:rsidR="64FDADD8" w:rsidRPr="00503D41" w:rsidSect="00034616">
      <w:footerReference w:type="default" r:id="rId11"/>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DCED8" w14:textId="77777777" w:rsidR="00F00D76" w:rsidRDefault="00F00D76">
      <w:pPr>
        <w:spacing w:before="0" w:after="0" w:line="240" w:lineRule="auto"/>
      </w:pPr>
      <w:r>
        <w:separator/>
      </w:r>
    </w:p>
  </w:endnote>
  <w:endnote w:type="continuationSeparator" w:id="0">
    <w:p w14:paraId="60FA6FB3" w14:textId="77777777" w:rsidR="00F00D76" w:rsidRDefault="00F00D7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fortaa Light">
    <w:altName w:val="Calibri"/>
    <w:charset w:val="00"/>
    <w:family w:val="auto"/>
    <w:pitch w:val="variable"/>
    <w:sig w:usb0="2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Comfortaa">
    <w:panose1 w:val="020F0603070000060003"/>
    <w:charset w:val="00"/>
    <w:family w:val="swiss"/>
    <w:pitch w:val="variable"/>
    <w:sig w:usb0="A00000A7" w:usb1="5000004A"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D8A0" w14:textId="77777777" w:rsidR="00D768EE" w:rsidRDefault="00D768EE" w:rsidP="00D768EE">
    <w:pPr>
      <w:tabs>
        <w:tab w:val="center" w:pos="4550"/>
        <w:tab w:val="left" w:pos="5818"/>
      </w:tabs>
      <w:ind w:right="260"/>
      <w:jc w:val="right"/>
      <w:rPr>
        <w:color w:val="2C7FCE" w:themeColor="text2" w:themeTint="99"/>
      </w:rPr>
    </w:pPr>
    <w:r>
      <w:rPr>
        <w:rFonts w:ascii="Comfortaa" w:hAnsi="Comfortaa"/>
        <w:b/>
        <w:bCs/>
        <w:noProof/>
        <w:sz w:val="22"/>
        <w:szCs w:val="22"/>
      </w:rPr>
      <w:drawing>
        <wp:anchor distT="0" distB="0" distL="114300" distR="114300" simplePos="0" relativeHeight="251657728" behindDoc="1" locked="0" layoutInCell="1" allowOverlap="1" wp14:anchorId="1BCC93B8" wp14:editId="124BB364">
          <wp:simplePos x="0" y="0"/>
          <wp:positionH relativeFrom="margin">
            <wp:posOffset>-14964</wp:posOffset>
          </wp:positionH>
          <wp:positionV relativeFrom="paragraph">
            <wp:posOffset>109027</wp:posOffset>
          </wp:positionV>
          <wp:extent cx="6631388" cy="53534"/>
          <wp:effectExtent l="0" t="0" r="0" b="3810"/>
          <wp:wrapNone/>
          <wp:docPr id="40899222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03444" name="Imagen 1750203444"/>
                  <pic:cNvPicPr/>
                </pic:nvPicPr>
                <pic:blipFill rotWithShape="1">
                  <a:blip r:embed="rId1">
                    <a:extLst>
                      <a:ext uri="{28A0092B-C50C-407E-A947-70E740481C1C}">
                        <a14:useLocalDpi xmlns:a14="http://schemas.microsoft.com/office/drawing/2010/main" val="0"/>
                      </a:ext>
                    </a:extLst>
                  </a:blip>
                  <a:srcRect l="-381" t="98736" r="381" b="609"/>
                  <a:stretch>
                    <a:fillRect/>
                  </a:stretch>
                </pic:blipFill>
                <pic:spPr bwMode="auto">
                  <a:xfrm>
                    <a:off x="0" y="0"/>
                    <a:ext cx="11598464" cy="936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3EDD17" w14:textId="77B97DE2" w:rsidR="00DB5CFA" w:rsidRPr="00D768EE" w:rsidRDefault="00D768EE" w:rsidP="00D768EE">
    <w:pPr>
      <w:pStyle w:val="Piedepgina"/>
      <w:spacing w:before="120"/>
      <w:rPr>
        <w:rFonts w:ascii="Comfortaa" w:hAnsi="Comfortaa"/>
      </w:rPr>
    </w:pPr>
    <w:r w:rsidRPr="00C1236F">
      <w:rPr>
        <w:rFonts w:ascii="Comfortaa" w:hAnsi="Comfortaa"/>
      </w:rPr>
      <w:t>Premio M. Chiara Giorgetti 2026</w:t>
    </w:r>
    <w:r>
      <w:rPr>
        <w:rFonts w:ascii="Comfortaa" w:hAnsi="Comfortaa"/>
      </w:rPr>
      <w:tab/>
    </w:r>
    <w:r>
      <w:rPr>
        <w:rFonts w:ascii="Comfortaa" w:hAnsi="Comfortaa"/>
      </w:rPr>
      <w:tab/>
      <w:t xml:space="preserve">     </w:t>
    </w:r>
    <w:r w:rsidRPr="00C1236F">
      <w:rPr>
        <w:rFonts w:ascii="Comfortaa" w:hAnsi="Comfortaa"/>
        <w:color w:val="0A1D30" w:themeColor="text2" w:themeShade="BF"/>
      </w:rPr>
      <w:fldChar w:fldCharType="begin"/>
    </w:r>
    <w:r w:rsidRPr="00C1236F">
      <w:rPr>
        <w:rFonts w:ascii="Comfortaa" w:hAnsi="Comfortaa"/>
        <w:color w:val="0A1D30" w:themeColor="text2" w:themeShade="BF"/>
      </w:rPr>
      <w:instrText>PAGE   \* MERGEFORMAT</w:instrText>
    </w:r>
    <w:r w:rsidRPr="00C1236F">
      <w:rPr>
        <w:rFonts w:ascii="Comfortaa" w:hAnsi="Comfortaa"/>
        <w:color w:val="0A1D30" w:themeColor="text2" w:themeShade="BF"/>
      </w:rPr>
      <w:fldChar w:fldCharType="separate"/>
    </w:r>
    <w:r>
      <w:rPr>
        <w:rFonts w:ascii="Comfortaa" w:hAnsi="Comfortaa"/>
        <w:color w:val="0A1D30" w:themeColor="text2" w:themeShade="BF"/>
      </w:rPr>
      <w:t>1</w:t>
    </w:r>
    <w:r w:rsidRPr="00C1236F">
      <w:rPr>
        <w:rFonts w:ascii="Comfortaa" w:hAnsi="Comfortaa"/>
        <w:color w:val="0A1D30" w:themeColor="text2" w:themeShade="BF"/>
      </w:rPr>
      <w:fldChar w:fldCharType="end"/>
    </w:r>
    <w:r w:rsidRPr="00C1236F">
      <w:rPr>
        <w:rFonts w:ascii="Comfortaa" w:hAnsi="Comfortaa"/>
        <w:color w:val="0A1D30" w:themeColor="text2" w:themeShade="BF"/>
      </w:rPr>
      <w:t xml:space="preserve"> | </w:t>
    </w:r>
    <w:r w:rsidRPr="00C1236F">
      <w:rPr>
        <w:rFonts w:ascii="Comfortaa" w:hAnsi="Comfortaa"/>
        <w:color w:val="0A1D30" w:themeColor="text2" w:themeShade="BF"/>
      </w:rPr>
      <w:fldChar w:fldCharType="begin"/>
    </w:r>
    <w:r w:rsidRPr="00C1236F">
      <w:rPr>
        <w:rFonts w:ascii="Comfortaa" w:hAnsi="Comfortaa"/>
        <w:color w:val="0A1D30" w:themeColor="text2" w:themeShade="BF"/>
      </w:rPr>
      <w:instrText>NUMPAGES  \* Arabic  \* MERGEFORMAT</w:instrText>
    </w:r>
    <w:r w:rsidRPr="00C1236F">
      <w:rPr>
        <w:rFonts w:ascii="Comfortaa" w:hAnsi="Comfortaa"/>
        <w:color w:val="0A1D30" w:themeColor="text2" w:themeShade="BF"/>
      </w:rPr>
      <w:fldChar w:fldCharType="separate"/>
    </w:r>
    <w:r>
      <w:rPr>
        <w:rFonts w:ascii="Comfortaa" w:hAnsi="Comfortaa"/>
        <w:color w:val="0A1D30" w:themeColor="text2" w:themeShade="BF"/>
      </w:rPr>
      <w:t>3</w:t>
    </w:r>
    <w:r w:rsidRPr="00C1236F">
      <w:rPr>
        <w:rFonts w:ascii="Comfortaa" w:hAnsi="Comfortaa"/>
        <w:color w:val="0A1D30" w:themeColor="text2" w:themeShade="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3AC00" w14:textId="77777777" w:rsidR="00F00D76" w:rsidRDefault="00F00D76">
      <w:pPr>
        <w:spacing w:before="0" w:after="0" w:line="240" w:lineRule="auto"/>
      </w:pPr>
      <w:r>
        <w:separator/>
      </w:r>
    </w:p>
  </w:footnote>
  <w:footnote w:type="continuationSeparator" w:id="0">
    <w:p w14:paraId="379C7376" w14:textId="77777777" w:rsidR="00F00D76" w:rsidRDefault="00F00D7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4D0B6D65"/>
    <w:multiLevelType w:val="hybridMultilevel"/>
    <w:tmpl w:val="D7F2208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170022209">
    <w:abstractNumId w:val="8"/>
  </w:num>
  <w:num w:numId="2" w16cid:durableId="1661234744">
    <w:abstractNumId w:val="6"/>
  </w:num>
  <w:num w:numId="3" w16cid:durableId="1206605780">
    <w:abstractNumId w:val="5"/>
  </w:num>
  <w:num w:numId="4" w16cid:durableId="484932804">
    <w:abstractNumId w:val="4"/>
  </w:num>
  <w:num w:numId="5" w16cid:durableId="1386442475">
    <w:abstractNumId w:val="7"/>
  </w:num>
  <w:num w:numId="6" w16cid:durableId="422261696">
    <w:abstractNumId w:val="3"/>
  </w:num>
  <w:num w:numId="7" w16cid:durableId="78672634">
    <w:abstractNumId w:val="2"/>
  </w:num>
  <w:num w:numId="8" w16cid:durableId="87779369">
    <w:abstractNumId w:val="1"/>
  </w:num>
  <w:num w:numId="9" w16cid:durableId="745229781">
    <w:abstractNumId w:val="0"/>
  </w:num>
  <w:num w:numId="10" w16cid:durableId="4434209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7617"/>
    <w:rsid w:val="0015074B"/>
    <w:rsid w:val="0029639D"/>
    <w:rsid w:val="002D2158"/>
    <w:rsid w:val="00326F90"/>
    <w:rsid w:val="00503D41"/>
    <w:rsid w:val="00595385"/>
    <w:rsid w:val="005E670F"/>
    <w:rsid w:val="00621F5A"/>
    <w:rsid w:val="0063214A"/>
    <w:rsid w:val="00664BF1"/>
    <w:rsid w:val="007D5133"/>
    <w:rsid w:val="00810771"/>
    <w:rsid w:val="008C1DF8"/>
    <w:rsid w:val="008D71C6"/>
    <w:rsid w:val="009C68A5"/>
    <w:rsid w:val="00A34A42"/>
    <w:rsid w:val="00A54046"/>
    <w:rsid w:val="00AA1D8D"/>
    <w:rsid w:val="00B47730"/>
    <w:rsid w:val="00C81205"/>
    <w:rsid w:val="00CB0664"/>
    <w:rsid w:val="00D768EE"/>
    <w:rsid w:val="00DB5CFA"/>
    <w:rsid w:val="00DE2A2B"/>
    <w:rsid w:val="00E67E38"/>
    <w:rsid w:val="00EC6835"/>
    <w:rsid w:val="00ED74D9"/>
    <w:rsid w:val="00F00D76"/>
    <w:rsid w:val="00FC693F"/>
    <w:rsid w:val="0628E602"/>
    <w:rsid w:val="0F52F8CA"/>
    <w:rsid w:val="196AE37C"/>
    <w:rsid w:val="1FFBD363"/>
    <w:rsid w:val="205533AB"/>
    <w:rsid w:val="27D38A28"/>
    <w:rsid w:val="298F59E5"/>
    <w:rsid w:val="2A52D1B9"/>
    <w:rsid w:val="3BE67301"/>
    <w:rsid w:val="4FDEC01B"/>
    <w:rsid w:val="57FF8636"/>
    <w:rsid w:val="5837C73C"/>
    <w:rsid w:val="5A9858E1"/>
    <w:rsid w:val="5F2E4B4B"/>
    <w:rsid w:val="64CBB51F"/>
    <w:rsid w:val="64FDADD8"/>
    <w:rsid w:val="6D64CE6B"/>
    <w:rsid w:val="732594BB"/>
    <w:rsid w:val="74A65F7F"/>
    <w:rsid w:val="7F19FA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C9482DF-625A-4CFB-B8A1-B2D1AF5D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70F"/>
  </w:style>
  <w:style w:type="paragraph" w:styleId="Ttulo1">
    <w:name w:val="heading 1"/>
    <w:basedOn w:val="Normal"/>
    <w:next w:val="Normal"/>
    <w:link w:val="Ttulo1Car"/>
    <w:uiPriority w:val="9"/>
    <w:qFormat/>
    <w:rsid w:val="005E670F"/>
    <w:pPr>
      <w:pBdr>
        <w:top w:val="single" w:sz="24" w:space="0" w:color="1DA8A5" w:themeColor="accent1"/>
        <w:left w:val="single" w:sz="24" w:space="0" w:color="1DA8A5" w:themeColor="accent1"/>
        <w:bottom w:val="single" w:sz="24" w:space="0" w:color="1DA8A5" w:themeColor="accent1"/>
        <w:right w:val="single" w:sz="24" w:space="0" w:color="1DA8A5" w:themeColor="accent1"/>
      </w:pBdr>
      <w:shd w:val="clear" w:color="auto" w:fill="1DA8A5" w:themeFill="accent1"/>
      <w:spacing w:after="0"/>
      <w:outlineLvl w:val="0"/>
    </w:pPr>
    <w:rPr>
      <w:caps/>
      <w:color w:val="FFFFFF" w:themeColor="background1"/>
      <w:spacing w:val="15"/>
      <w:sz w:val="22"/>
      <w:szCs w:val="22"/>
    </w:rPr>
  </w:style>
  <w:style w:type="paragraph" w:styleId="Ttulo2">
    <w:name w:val="heading 2"/>
    <w:basedOn w:val="Normal"/>
    <w:next w:val="Normal"/>
    <w:link w:val="Ttulo2Car"/>
    <w:uiPriority w:val="9"/>
    <w:unhideWhenUsed/>
    <w:qFormat/>
    <w:rsid w:val="005E670F"/>
    <w:pPr>
      <w:pBdr>
        <w:top w:val="single" w:sz="24" w:space="0" w:color="C9F5F4" w:themeColor="accent1" w:themeTint="33"/>
        <w:left w:val="single" w:sz="24" w:space="0" w:color="C9F5F4" w:themeColor="accent1" w:themeTint="33"/>
        <w:bottom w:val="single" w:sz="24" w:space="0" w:color="C9F5F4" w:themeColor="accent1" w:themeTint="33"/>
        <w:right w:val="single" w:sz="24" w:space="0" w:color="C9F5F4" w:themeColor="accent1" w:themeTint="33"/>
      </w:pBdr>
      <w:shd w:val="clear" w:color="auto" w:fill="C9F5F4" w:themeFill="accent1" w:themeFillTint="33"/>
      <w:spacing w:after="0"/>
      <w:outlineLvl w:val="1"/>
    </w:pPr>
    <w:rPr>
      <w:caps/>
      <w:spacing w:val="15"/>
    </w:rPr>
  </w:style>
  <w:style w:type="paragraph" w:styleId="Ttulo3">
    <w:name w:val="heading 3"/>
    <w:basedOn w:val="Normal"/>
    <w:next w:val="Normal"/>
    <w:link w:val="Ttulo3Car"/>
    <w:uiPriority w:val="9"/>
    <w:unhideWhenUsed/>
    <w:qFormat/>
    <w:rsid w:val="005E670F"/>
    <w:pPr>
      <w:pBdr>
        <w:top w:val="single" w:sz="6" w:space="2" w:color="1DA8A5" w:themeColor="accent1"/>
      </w:pBdr>
      <w:spacing w:before="300" w:after="0"/>
      <w:outlineLvl w:val="2"/>
    </w:pPr>
    <w:rPr>
      <w:caps/>
      <w:color w:val="0E5351" w:themeColor="accent1" w:themeShade="7F"/>
      <w:spacing w:val="15"/>
    </w:rPr>
  </w:style>
  <w:style w:type="paragraph" w:styleId="Ttulo4">
    <w:name w:val="heading 4"/>
    <w:basedOn w:val="Normal"/>
    <w:next w:val="Normal"/>
    <w:link w:val="Ttulo4Car"/>
    <w:uiPriority w:val="9"/>
    <w:semiHidden/>
    <w:unhideWhenUsed/>
    <w:qFormat/>
    <w:rsid w:val="005E670F"/>
    <w:pPr>
      <w:pBdr>
        <w:top w:val="dotted" w:sz="6" w:space="2" w:color="1DA8A5" w:themeColor="accent1"/>
      </w:pBdr>
      <w:spacing w:before="200" w:after="0"/>
      <w:outlineLvl w:val="3"/>
    </w:pPr>
    <w:rPr>
      <w:caps/>
      <w:color w:val="157D7B" w:themeColor="accent1" w:themeShade="BF"/>
      <w:spacing w:val="10"/>
    </w:rPr>
  </w:style>
  <w:style w:type="paragraph" w:styleId="Ttulo5">
    <w:name w:val="heading 5"/>
    <w:basedOn w:val="Normal"/>
    <w:next w:val="Normal"/>
    <w:link w:val="Ttulo5Car"/>
    <w:uiPriority w:val="9"/>
    <w:semiHidden/>
    <w:unhideWhenUsed/>
    <w:qFormat/>
    <w:rsid w:val="005E670F"/>
    <w:pPr>
      <w:pBdr>
        <w:bottom w:val="single" w:sz="6" w:space="1" w:color="1DA8A5" w:themeColor="accent1"/>
      </w:pBdr>
      <w:spacing w:before="200" w:after="0"/>
      <w:outlineLvl w:val="4"/>
    </w:pPr>
    <w:rPr>
      <w:caps/>
      <w:color w:val="157D7B" w:themeColor="accent1" w:themeShade="BF"/>
      <w:spacing w:val="10"/>
    </w:rPr>
  </w:style>
  <w:style w:type="paragraph" w:styleId="Ttulo6">
    <w:name w:val="heading 6"/>
    <w:basedOn w:val="Normal"/>
    <w:next w:val="Normal"/>
    <w:link w:val="Ttulo6Car"/>
    <w:uiPriority w:val="9"/>
    <w:semiHidden/>
    <w:unhideWhenUsed/>
    <w:qFormat/>
    <w:rsid w:val="005E670F"/>
    <w:pPr>
      <w:pBdr>
        <w:bottom w:val="dotted" w:sz="6" w:space="1" w:color="1DA8A5" w:themeColor="accent1"/>
      </w:pBdr>
      <w:spacing w:before="200" w:after="0"/>
      <w:outlineLvl w:val="5"/>
    </w:pPr>
    <w:rPr>
      <w:caps/>
      <w:color w:val="157D7B" w:themeColor="accent1" w:themeShade="BF"/>
      <w:spacing w:val="10"/>
    </w:rPr>
  </w:style>
  <w:style w:type="paragraph" w:styleId="Ttulo7">
    <w:name w:val="heading 7"/>
    <w:basedOn w:val="Normal"/>
    <w:next w:val="Normal"/>
    <w:link w:val="Ttulo7Car"/>
    <w:uiPriority w:val="9"/>
    <w:semiHidden/>
    <w:unhideWhenUsed/>
    <w:qFormat/>
    <w:rsid w:val="005E670F"/>
    <w:pPr>
      <w:spacing w:before="200" w:after="0"/>
      <w:outlineLvl w:val="6"/>
    </w:pPr>
    <w:rPr>
      <w:caps/>
      <w:color w:val="157D7B" w:themeColor="accent1" w:themeShade="BF"/>
      <w:spacing w:val="10"/>
    </w:rPr>
  </w:style>
  <w:style w:type="paragraph" w:styleId="Ttulo8">
    <w:name w:val="heading 8"/>
    <w:basedOn w:val="Normal"/>
    <w:next w:val="Normal"/>
    <w:link w:val="Ttulo8Car"/>
    <w:uiPriority w:val="9"/>
    <w:semiHidden/>
    <w:unhideWhenUsed/>
    <w:qFormat/>
    <w:rsid w:val="005E670F"/>
    <w:pPr>
      <w:spacing w:before="200" w:after="0"/>
      <w:outlineLvl w:val="7"/>
    </w:pPr>
    <w:rPr>
      <w:caps/>
      <w:spacing w:val="10"/>
      <w:sz w:val="18"/>
      <w:szCs w:val="18"/>
    </w:rPr>
  </w:style>
  <w:style w:type="paragraph" w:styleId="Ttulo9">
    <w:name w:val="heading 9"/>
    <w:basedOn w:val="Normal"/>
    <w:next w:val="Normal"/>
    <w:link w:val="Ttulo9Car"/>
    <w:uiPriority w:val="9"/>
    <w:semiHidden/>
    <w:unhideWhenUsed/>
    <w:qFormat/>
    <w:rsid w:val="005E670F"/>
    <w:pPr>
      <w:spacing w:before="200" w:after="0"/>
      <w:outlineLvl w:val="8"/>
    </w:pPr>
    <w:rPr>
      <w:i/>
      <w:iCs/>
      <w:caps/>
      <w:spacing w:val="10"/>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5E670F"/>
    <w:pPr>
      <w:spacing w:after="0" w:line="240" w:lineRule="auto"/>
    </w:pPr>
  </w:style>
  <w:style w:type="character" w:customStyle="1" w:styleId="Ttulo1Car">
    <w:name w:val="Título 1 Car"/>
    <w:basedOn w:val="Fuentedeprrafopredeter"/>
    <w:link w:val="Ttulo1"/>
    <w:uiPriority w:val="9"/>
    <w:rsid w:val="005E670F"/>
    <w:rPr>
      <w:caps/>
      <w:color w:val="FFFFFF" w:themeColor="background1"/>
      <w:spacing w:val="15"/>
      <w:sz w:val="22"/>
      <w:szCs w:val="22"/>
      <w:shd w:val="clear" w:color="auto" w:fill="1DA8A5" w:themeFill="accent1"/>
    </w:rPr>
  </w:style>
  <w:style w:type="character" w:customStyle="1" w:styleId="Ttulo2Car">
    <w:name w:val="Título 2 Car"/>
    <w:basedOn w:val="Fuentedeprrafopredeter"/>
    <w:link w:val="Ttulo2"/>
    <w:uiPriority w:val="9"/>
    <w:rsid w:val="005E670F"/>
    <w:rPr>
      <w:caps/>
      <w:spacing w:val="15"/>
      <w:shd w:val="clear" w:color="auto" w:fill="C9F5F4" w:themeFill="accent1" w:themeFillTint="33"/>
    </w:rPr>
  </w:style>
  <w:style w:type="character" w:customStyle="1" w:styleId="Ttulo3Car">
    <w:name w:val="Título 3 Car"/>
    <w:basedOn w:val="Fuentedeprrafopredeter"/>
    <w:link w:val="Ttulo3"/>
    <w:uiPriority w:val="9"/>
    <w:rsid w:val="005E670F"/>
    <w:rPr>
      <w:caps/>
      <w:color w:val="0E5351" w:themeColor="accent1" w:themeShade="7F"/>
      <w:spacing w:val="15"/>
    </w:rPr>
  </w:style>
  <w:style w:type="paragraph" w:styleId="Ttulo">
    <w:name w:val="Title"/>
    <w:basedOn w:val="Normal"/>
    <w:next w:val="Normal"/>
    <w:link w:val="TtuloCar"/>
    <w:uiPriority w:val="10"/>
    <w:qFormat/>
    <w:rsid w:val="005E670F"/>
    <w:pPr>
      <w:spacing w:before="0" w:after="0"/>
    </w:pPr>
    <w:rPr>
      <w:rFonts w:asciiTheme="majorHAnsi" w:eastAsiaTheme="majorEastAsia" w:hAnsiTheme="majorHAnsi" w:cstheme="majorBidi"/>
      <w:caps/>
      <w:color w:val="1DA8A5" w:themeColor="accent1"/>
      <w:spacing w:val="10"/>
      <w:sz w:val="52"/>
      <w:szCs w:val="52"/>
    </w:rPr>
  </w:style>
  <w:style w:type="character" w:customStyle="1" w:styleId="TtuloCar">
    <w:name w:val="Título Car"/>
    <w:basedOn w:val="Fuentedeprrafopredeter"/>
    <w:link w:val="Ttulo"/>
    <w:uiPriority w:val="10"/>
    <w:rsid w:val="005E670F"/>
    <w:rPr>
      <w:rFonts w:asciiTheme="majorHAnsi" w:eastAsiaTheme="majorEastAsia" w:hAnsiTheme="majorHAnsi" w:cstheme="majorBidi"/>
      <w:caps/>
      <w:color w:val="1DA8A5" w:themeColor="accent1"/>
      <w:spacing w:val="10"/>
      <w:sz w:val="52"/>
      <w:szCs w:val="52"/>
    </w:rPr>
  </w:style>
  <w:style w:type="paragraph" w:styleId="Subttulo">
    <w:name w:val="Subtitle"/>
    <w:basedOn w:val="Normal"/>
    <w:next w:val="Normal"/>
    <w:link w:val="SubttuloCar"/>
    <w:uiPriority w:val="11"/>
    <w:qFormat/>
    <w:rsid w:val="005E670F"/>
    <w:pPr>
      <w:spacing w:before="0" w:after="500" w:line="240" w:lineRule="auto"/>
    </w:pPr>
    <w:rPr>
      <w:caps/>
      <w:color w:val="595959" w:themeColor="text1" w:themeTint="A6"/>
      <w:spacing w:val="10"/>
      <w:sz w:val="21"/>
      <w:szCs w:val="21"/>
    </w:rPr>
  </w:style>
  <w:style w:type="character" w:customStyle="1" w:styleId="SubttuloCar">
    <w:name w:val="Subtítulo Car"/>
    <w:basedOn w:val="Fuentedeprrafopredeter"/>
    <w:link w:val="Subttulo"/>
    <w:uiPriority w:val="11"/>
    <w:rsid w:val="005E670F"/>
    <w:rPr>
      <w:caps/>
      <w:color w:val="595959" w:themeColor="text1" w:themeTint="A6"/>
      <w:spacing w:val="10"/>
      <w:sz w:val="21"/>
      <w:szCs w:val="21"/>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5E670F"/>
    <w:rPr>
      <w:i/>
      <w:iCs/>
      <w:sz w:val="24"/>
      <w:szCs w:val="24"/>
    </w:rPr>
  </w:style>
  <w:style w:type="character" w:customStyle="1" w:styleId="CitaCar">
    <w:name w:val="Cita Car"/>
    <w:basedOn w:val="Fuentedeprrafopredeter"/>
    <w:link w:val="Cita"/>
    <w:uiPriority w:val="29"/>
    <w:rsid w:val="005E670F"/>
    <w:rPr>
      <w:i/>
      <w:iCs/>
      <w:sz w:val="24"/>
      <w:szCs w:val="24"/>
    </w:rPr>
  </w:style>
  <w:style w:type="character" w:customStyle="1" w:styleId="Ttulo4Car">
    <w:name w:val="Título 4 Car"/>
    <w:basedOn w:val="Fuentedeprrafopredeter"/>
    <w:link w:val="Ttulo4"/>
    <w:uiPriority w:val="9"/>
    <w:semiHidden/>
    <w:rsid w:val="005E670F"/>
    <w:rPr>
      <w:caps/>
      <w:color w:val="157D7B" w:themeColor="accent1" w:themeShade="BF"/>
      <w:spacing w:val="10"/>
    </w:rPr>
  </w:style>
  <w:style w:type="character" w:customStyle="1" w:styleId="Ttulo5Car">
    <w:name w:val="Título 5 Car"/>
    <w:basedOn w:val="Fuentedeprrafopredeter"/>
    <w:link w:val="Ttulo5"/>
    <w:uiPriority w:val="9"/>
    <w:semiHidden/>
    <w:rsid w:val="005E670F"/>
    <w:rPr>
      <w:caps/>
      <w:color w:val="157D7B" w:themeColor="accent1" w:themeShade="BF"/>
      <w:spacing w:val="10"/>
    </w:rPr>
  </w:style>
  <w:style w:type="character" w:customStyle="1" w:styleId="Ttulo6Car">
    <w:name w:val="Título 6 Car"/>
    <w:basedOn w:val="Fuentedeprrafopredeter"/>
    <w:link w:val="Ttulo6"/>
    <w:uiPriority w:val="9"/>
    <w:semiHidden/>
    <w:rsid w:val="005E670F"/>
    <w:rPr>
      <w:caps/>
      <w:color w:val="157D7B" w:themeColor="accent1" w:themeShade="BF"/>
      <w:spacing w:val="10"/>
    </w:rPr>
  </w:style>
  <w:style w:type="character" w:customStyle="1" w:styleId="Ttulo7Car">
    <w:name w:val="Título 7 Car"/>
    <w:basedOn w:val="Fuentedeprrafopredeter"/>
    <w:link w:val="Ttulo7"/>
    <w:uiPriority w:val="9"/>
    <w:semiHidden/>
    <w:rsid w:val="005E670F"/>
    <w:rPr>
      <w:caps/>
      <w:color w:val="157D7B" w:themeColor="accent1" w:themeShade="BF"/>
      <w:spacing w:val="10"/>
    </w:rPr>
  </w:style>
  <w:style w:type="character" w:customStyle="1" w:styleId="Ttulo8Car">
    <w:name w:val="Título 8 Car"/>
    <w:basedOn w:val="Fuentedeprrafopredeter"/>
    <w:link w:val="Ttulo8"/>
    <w:uiPriority w:val="9"/>
    <w:semiHidden/>
    <w:rsid w:val="005E670F"/>
    <w:rPr>
      <w:caps/>
      <w:spacing w:val="10"/>
      <w:sz w:val="18"/>
      <w:szCs w:val="18"/>
    </w:rPr>
  </w:style>
  <w:style w:type="character" w:customStyle="1" w:styleId="Ttulo9Car">
    <w:name w:val="Título 9 Car"/>
    <w:basedOn w:val="Fuentedeprrafopredeter"/>
    <w:link w:val="Ttulo9"/>
    <w:uiPriority w:val="9"/>
    <w:semiHidden/>
    <w:rsid w:val="005E670F"/>
    <w:rPr>
      <w:i/>
      <w:iCs/>
      <w:caps/>
      <w:spacing w:val="10"/>
      <w:sz w:val="18"/>
      <w:szCs w:val="18"/>
    </w:rPr>
  </w:style>
  <w:style w:type="paragraph" w:styleId="Descripcin">
    <w:name w:val="caption"/>
    <w:basedOn w:val="Normal"/>
    <w:next w:val="Normal"/>
    <w:uiPriority w:val="35"/>
    <w:semiHidden/>
    <w:unhideWhenUsed/>
    <w:qFormat/>
    <w:rsid w:val="005E670F"/>
    <w:rPr>
      <w:b/>
      <w:bCs/>
      <w:color w:val="157D7B" w:themeColor="accent1" w:themeShade="BF"/>
      <w:sz w:val="16"/>
      <w:szCs w:val="16"/>
    </w:rPr>
  </w:style>
  <w:style w:type="character" w:styleId="Fuerte">
    <w:name w:val="Strong"/>
    <w:uiPriority w:val="22"/>
    <w:qFormat/>
    <w:rsid w:val="005E670F"/>
    <w:rPr>
      <w:b/>
      <w:bCs/>
    </w:rPr>
  </w:style>
  <w:style w:type="character" w:styleId="nfasis">
    <w:name w:val="Emphasis"/>
    <w:uiPriority w:val="20"/>
    <w:qFormat/>
    <w:rsid w:val="005E670F"/>
    <w:rPr>
      <w:caps/>
      <w:color w:val="0E5351" w:themeColor="accent1" w:themeShade="7F"/>
      <w:spacing w:val="5"/>
    </w:rPr>
  </w:style>
  <w:style w:type="paragraph" w:styleId="Citadestacada">
    <w:name w:val="Intense Quote"/>
    <w:basedOn w:val="Normal"/>
    <w:next w:val="Normal"/>
    <w:link w:val="CitadestacadaCar"/>
    <w:uiPriority w:val="30"/>
    <w:qFormat/>
    <w:rsid w:val="005E670F"/>
    <w:pPr>
      <w:spacing w:before="240" w:after="240" w:line="240" w:lineRule="auto"/>
      <w:ind w:left="1080" w:right="1080"/>
      <w:jc w:val="center"/>
    </w:pPr>
    <w:rPr>
      <w:color w:val="1DA8A5" w:themeColor="accent1"/>
      <w:sz w:val="24"/>
      <w:szCs w:val="24"/>
    </w:rPr>
  </w:style>
  <w:style w:type="character" w:customStyle="1" w:styleId="CitadestacadaCar">
    <w:name w:val="Cita destacada Car"/>
    <w:basedOn w:val="Fuentedeprrafopredeter"/>
    <w:link w:val="Citadestacada"/>
    <w:uiPriority w:val="30"/>
    <w:rsid w:val="005E670F"/>
    <w:rPr>
      <w:color w:val="1DA8A5" w:themeColor="accent1"/>
      <w:sz w:val="24"/>
      <w:szCs w:val="24"/>
    </w:rPr>
  </w:style>
  <w:style w:type="character" w:styleId="nfasissutil">
    <w:name w:val="Subtle Emphasis"/>
    <w:uiPriority w:val="19"/>
    <w:qFormat/>
    <w:rsid w:val="005E670F"/>
    <w:rPr>
      <w:i/>
      <w:iCs/>
      <w:color w:val="0E5351" w:themeColor="accent1" w:themeShade="7F"/>
    </w:rPr>
  </w:style>
  <w:style w:type="character" w:styleId="nfasisintenso">
    <w:name w:val="Intense Emphasis"/>
    <w:uiPriority w:val="21"/>
    <w:qFormat/>
    <w:rsid w:val="005E670F"/>
    <w:rPr>
      <w:b/>
      <w:bCs/>
      <w:caps/>
      <w:color w:val="0E5351" w:themeColor="accent1" w:themeShade="7F"/>
      <w:spacing w:val="10"/>
    </w:rPr>
  </w:style>
  <w:style w:type="character" w:styleId="Referenciasutil">
    <w:name w:val="Subtle Reference"/>
    <w:uiPriority w:val="31"/>
    <w:qFormat/>
    <w:rsid w:val="005E670F"/>
    <w:rPr>
      <w:b/>
      <w:bCs/>
      <w:color w:val="1DA8A5" w:themeColor="accent1"/>
    </w:rPr>
  </w:style>
  <w:style w:type="character" w:styleId="Referenciaintensa">
    <w:name w:val="Intense Reference"/>
    <w:uiPriority w:val="32"/>
    <w:qFormat/>
    <w:rsid w:val="005E670F"/>
    <w:rPr>
      <w:b/>
      <w:bCs/>
      <w:i/>
      <w:iCs/>
      <w:caps/>
      <w:color w:val="1DA8A5" w:themeColor="accent1"/>
    </w:rPr>
  </w:style>
  <w:style w:type="character" w:styleId="Ttulodellibro">
    <w:name w:val="Book Title"/>
    <w:uiPriority w:val="33"/>
    <w:qFormat/>
    <w:rsid w:val="005E670F"/>
    <w:rPr>
      <w:b/>
      <w:bCs/>
      <w:i/>
      <w:iCs/>
      <w:spacing w:val="0"/>
    </w:rPr>
  </w:style>
  <w:style w:type="paragraph" w:styleId="TtuloTDC">
    <w:name w:val="TOC Heading"/>
    <w:basedOn w:val="Ttulo1"/>
    <w:next w:val="Normal"/>
    <w:uiPriority w:val="39"/>
    <w:semiHidden/>
    <w:unhideWhenUsed/>
    <w:qFormat/>
    <w:rsid w:val="005E670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157D7B" w:themeColor="accent1" w:themeShade="BF"/>
    </w:rPr>
    <w:tblPr>
      <w:tblStyleRowBandSize w:val="1"/>
      <w:tblStyleColBandSize w:val="1"/>
      <w:tblBorders>
        <w:top w:val="single" w:sz="8" w:space="0" w:color="1DA8A5" w:themeColor="accent1"/>
        <w:bottom w:val="single" w:sz="8" w:space="0" w:color="1DA8A5" w:themeColor="accent1"/>
      </w:tblBorders>
    </w:tblPr>
    <w:tblStylePr w:type="firstRow">
      <w:pPr>
        <w:spacing w:before="0" w:after="0" w:line="240" w:lineRule="auto"/>
      </w:pPr>
      <w:rPr>
        <w:b/>
        <w:bCs/>
      </w:rPr>
      <w:tblPr/>
      <w:tcPr>
        <w:tcBorders>
          <w:top w:val="single" w:sz="8" w:space="0" w:color="1DA8A5" w:themeColor="accent1"/>
          <w:left w:val="nil"/>
          <w:bottom w:val="single" w:sz="8" w:space="0" w:color="1DA8A5" w:themeColor="accent1"/>
          <w:right w:val="nil"/>
          <w:insideH w:val="nil"/>
          <w:insideV w:val="nil"/>
        </w:tcBorders>
      </w:tcPr>
    </w:tblStylePr>
    <w:tblStylePr w:type="lastRow">
      <w:pPr>
        <w:spacing w:before="0" w:after="0" w:line="240" w:lineRule="auto"/>
      </w:pPr>
      <w:rPr>
        <w:b/>
        <w:bCs/>
      </w:rPr>
      <w:tblPr/>
      <w:tcPr>
        <w:tcBorders>
          <w:top w:val="single" w:sz="8" w:space="0" w:color="1DA8A5" w:themeColor="accent1"/>
          <w:left w:val="nil"/>
          <w:bottom w:val="single" w:sz="8" w:space="0" w:color="1DA8A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3F2" w:themeFill="accent1" w:themeFillTint="3F"/>
      </w:tcPr>
    </w:tblStylePr>
    <w:tblStylePr w:type="band1Horz">
      <w:tblPr/>
      <w:tcPr>
        <w:tcBorders>
          <w:left w:val="nil"/>
          <w:right w:val="nil"/>
          <w:insideH w:val="nil"/>
          <w:insideV w:val="nil"/>
        </w:tcBorders>
        <w:shd w:val="clear" w:color="auto" w:fill="BDF3F2" w:themeFill="accent1" w:themeFillTint="3F"/>
      </w:tcPr>
    </w:tblStylePr>
  </w:style>
  <w:style w:type="table" w:styleId="Sombreadoclaro-nfasis2">
    <w:name w:val="Light Shading Accent 2"/>
    <w:basedOn w:val="Tablanormal"/>
    <w:uiPriority w:val="60"/>
    <w:rsid w:val="00FC693F"/>
    <w:pPr>
      <w:spacing w:after="0" w:line="240" w:lineRule="auto"/>
    </w:pPr>
    <w:rPr>
      <w:color w:val="F79104" w:themeColor="accent2" w:themeShade="BF"/>
    </w:rPr>
    <w:tblPr>
      <w:tblStyleRowBandSize w:val="1"/>
      <w:tblStyleColBandSize w:val="1"/>
      <w:tblBorders>
        <w:top w:val="single" w:sz="8" w:space="0" w:color="FCB654" w:themeColor="accent2"/>
        <w:bottom w:val="single" w:sz="8" w:space="0" w:color="FCB654" w:themeColor="accent2"/>
      </w:tblBorders>
    </w:tblPr>
    <w:tblStylePr w:type="firstRow">
      <w:pPr>
        <w:spacing w:before="0" w:after="0" w:line="240" w:lineRule="auto"/>
      </w:pPr>
      <w:rPr>
        <w:b/>
        <w:bCs/>
      </w:rPr>
      <w:tblPr/>
      <w:tcPr>
        <w:tcBorders>
          <w:top w:val="single" w:sz="8" w:space="0" w:color="FCB654" w:themeColor="accent2"/>
          <w:left w:val="nil"/>
          <w:bottom w:val="single" w:sz="8" w:space="0" w:color="FCB654" w:themeColor="accent2"/>
          <w:right w:val="nil"/>
          <w:insideH w:val="nil"/>
          <w:insideV w:val="nil"/>
        </w:tcBorders>
      </w:tcPr>
    </w:tblStylePr>
    <w:tblStylePr w:type="lastRow">
      <w:pPr>
        <w:spacing w:before="0" w:after="0" w:line="240" w:lineRule="auto"/>
      </w:pPr>
      <w:rPr>
        <w:b/>
        <w:bCs/>
      </w:rPr>
      <w:tblPr/>
      <w:tcPr>
        <w:tcBorders>
          <w:top w:val="single" w:sz="8" w:space="0" w:color="FCB654" w:themeColor="accent2"/>
          <w:left w:val="nil"/>
          <w:bottom w:val="single" w:sz="8" w:space="0" w:color="FCB65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CD4" w:themeFill="accent2" w:themeFillTint="3F"/>
      </w:tcPr>
    </w:tblStylePr>
    <w:tblStylePr w:type="band1Horz">
      <w:tblPr/>
      <w:tcPr>
        <w:tcBorders>
          <w:left w:val="nil"/>
          <w:right w:val="nil"/>
          <w:insideH w:val="nil"/>
          <w:insideV w:val="nil"/>
        </w:tcBorders>
        <w:shd w:val="clear" w:color="auto" w:fill="FEECD4" w:themeFill="accent2" w:themeFillTint="3F"/>
      </w:tcPr>
    </w:tblStylePr>
  </w:style>
  <w:style w:type="table" w:styleId="Sombreadoclaro-nfasis3">
    <w:name w:val="Light Shading Accent 3"/>
    <w:basedOn w:val="Tablanormal"/>
    <w:uiPriority w:val="60"/>
    <w:rsid w:val="00FC693F"/>
    <w:pPr>
      <w:spacing w:after="0" w:line="240" w:lineRule="auto"/>
    </w:pPr>
    <w:rPr>
      <w:color w:val="E91A4C" w:themeColor="accent3" w:themeShade="BF"/>
    </w:rPr>
    <w:tblPr>
      <w:tblStyleRowBandSize w:val="1"/>
      <w:tblStyleColBandSize w:val="1"/>
      <w:tblBorders>
        <w:top w:val="single" w:sz="8" w:space="0" w:color="F16A8B" w:themeColor="accent3"/>
        <w:bottom w:val="single" w:sz="8" w:space="0" w:color="F16A8B" w:themeColor="accent3"/>
      </w:tblBorders>
    </w:tblPr>
    <w:tblStylePr w:type="firstRow">
      <w:pPr>
        <w:spacing w:before="0" w:after="0" w:line="240" w:lineRule="auto"/>
      </w:pPr>
      <w:rPr>
        <w:b/>
        <w:bCs/>
      </w:rPr>
      <w:tblPr/>
      <w:tcPr>
        <w:tcBorders>
          <w:top w:val="single" w:sz="8" w:space="0" w:color="F16A8B" w:themeColor="accent3"/>
          <w:left w:val="nil"/>
          <w:bottom w:val="single" w:sz="8" w:space="0" w:color="F16A8B" w:themeColor="accent3"/>
          <w:right w:val="nil"/>
          <w:insideH w:val="nil"/>
          <w:insideV w:val="nil"/>
        </w:tcBorders>
      </w:tcPr>
    </w:tblStylePr>
    <w:tblStylePr w:type="lastRow">
      <w:pPr>
        <w:spacing w:before="0" w:after="0" w:line="240" w:lineRule="auto"/>
      </w:pPr>
      <w:rPr>
        <w:b/>
        <w:bCs/>
      </w:rPr>
      <w:tblPr/>
      <w:tcPr>
        <w:tcBorders>
          <w:top w:val="single" w:sz="8" w:space="0" w:color="F16A8B" w:themeColor="accent3"/>
          <w:left w:val="nil"/>
          <w:bottom w:val="single" w:sz="8" w:space="0" w:color="F16A8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AE2" w:themeFill="accent3" w:themeFillTint="3F"/>
      </w:tcPr>
    </w:tblStylePr>
    <w:tblStylePr w:type="band1Horz">
      <w:tblPr/>
      <w:tcPr>
        <w:tcBorders>
          <w:left w:val="nil"/>
          <w:right w:val="nil"/>
          <w:insideH w:val="nil"/>
          <w:insideV w:val="nil"/>
        </w:tcBorders>
        <w:shd w:val="clear" w:color="auto" w:fill="FBDAE2" w:themeFill="accent3" w:themeFillTint="3F"/>
      </w:tcPr>
    </w:tblStylePr>
  </w:style>
  <w:style w:type="table" w:styleId="Sombreadoclaro-nfasis4">
    <w:name w:val="Light Shading Accent 4"/>
    <w:basedOn w:val="Tablanormal"/>
    <w:uiPriority w:val="60"/>
    <w:rsid w:val="00FC693F"/>
    <w:pPr>
      <w:spacing w:after="0" w:line="240" w:lineRule="auto"/>
    </w:pPr>
    <w:rPr>
      <w:color w:val="5B9632" w:themeColor="accent4" w:themeShade="BF"/>
    </w:rPr>
    <w:tblPr>
      <w:tblStyleRowBandSize w:val="1"/>
      <w:tblStyleColBandSize w:val="1"/>
      <w:tblBorders>
        <w:top w:val="single" w:sz="8" w:space="0" w:color="7BC24A" w:themeColor="accent4"/>
        <w:bottom w:val="single" w:sz="8" w:space="0" w:color="7BC24A" w:themeColor="accent4"/>
      </w:tblBorders>
    </w:tblPr>
    <w:tblStylePr w:type="firstRow">
      <w:pPr>
        <w:spacing w:before="0" w:after="0" w:line="240" w:lineRule="auto"/>
      </w:pPr>
      <w:rPr>
        <w:b/>
        <w:bCs/>
      </w:rPr>
      <w:tblPr/>
      <w:tcPr>
        <w:tcBorders>
          <w:top w:val="single" w:sz="8" w:space="0" w:color="7BC24A" w:themeColor="accent4"/>
          <w:left w:val="nil"/>
          <w:bottom w:val="single" w:sz="8" w:space="0" w:color="7BC24A" w:themeColor="accent4"/>
          <w:right w:val="nil"/>
          <w:insideH w:val="nil"/>
          <w:insideV w:val="nil"/>
        </w:tcBorders>
      </w:tcPr>
    </w:tblStylePr>
    <w:tblStylePr w:type="lastRow">
      <w:pPr>
        <w:spacing w:before="0" w:after="0" w:line="240" w:lineRule="auto"/>
      </w:pPr>
      <w:rPr>
        <w:b/>
        <w:bCs/>
      </w:rPr>
      <w:tblPr/>
      <w:tcPr>
        <w:tcBorders>
          <w:top w:val="single" w:sz="8" w:space="0" w:color="7BC24A" w:themeColor="accent4"/>
          <w:left w:val="nil"/>
          <w:bottom w:val="single" w:sz="8" w:space="0" w:color="7BC24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0D2" w:themeFill="accent4" w:themeFillTint="3F"/>
      </w:tcPr>
    </w:tblStylePr>
    <w:tblStylePr w:type="band1Horz">
      <w:tblPr/>
      <w:tcPr>
        <w:tcBorders>
          <w:left w:val="nil"/>
          <w:right w:val="nil"/>
          <w:insideH w:val="nil"/>
          <w:insideV w:val="nil"/>
        </w:tcBorders>
        <w:shd w:val="clear" w:color="auto" w:fill="DEF0D2" w:themeFill="accent4" w:themeFillTint="3F"/>
      </w:tcPr>
    </w:tblStylePr>
  </w:style>
  <w:style w:type="table" w:styleId="Sombreadoclaro-nfasis5">
    <w:name w:val="Light Shading Accent 5"/>
    <w:basedOn w:val="Tablanormal"/>
    <w:uiPriority w:val="60"/>
    <w:rsid w:val="00FC693F"/>
    <w:pPr>
      <w:spacing w:after="0" w:line="240" w:lineRule="auto"/>
    </w:pPr>
    <w:rPr>
      <w:color w:val="157D7B" w:themeColor="accent5" w:themeShade="BF"/>
    </w:rPr>
    <w:tblPr>
      <w:tblStyleRowBandSize w:val="1"/>
      <w:tblStyleColBandSize w:val="1"/>
      <w:tblBorders>
        <w:top w:val="single" w:sz="8" w:space="0" w:color="1DA8A5" w:themeColor="accent5"/>
        <w:bottom w:val="single" w:sz="8" w:space="0" w:color="1DA8A5" w:themeColor="accent5"/>
      </w:tblBorders>
    </w:tblPr>
    <w:tblStylePr w:type="firstRow">
      <w:pPr>
        <w:spacing w:before="0" w:after="0" w:line="240" w:lineRule="auto"/>
      </w:pPr>
      <w:rPr>
        <w:b/>
        <w:bCs/>
      </w:rPr>
      <w:tblPr/>
      <w:tcPr>
        <w:tcBorders>
          <w:top w:val="single" w:sz="8" w:space="0" w:color="1DA8A5" w:themeColor="accent5"/>
          <w:left w:val="nil"/>
          <w:bottom w:val="single" w:sz="8" w:space="0" w:color="1DA8A5" w:themeColor="accent5"/>
          <w:right w:val="nil"/>
          <w:insideH w:val="nil"/>
          <w:insideV w:val="nil"/>
        </w:tcBorders>
      </w:tcPr>
    </w:tblStylePr>
    <w:tblStylePr w:type="lastRow">
      <w:pPr>
        <w:spacing w:before="0" w:after="0" w:line="240" w:lineRule="auto"/>
      </w:pPr>
      <w:rPr>
        <w:b/>
        <w:bCs/>
      </w:rPr>
      <w:tblPr/>
      <w:tcPr>
        <w:tcBorders>
          <w:top w:val="single" w:sz="8" w:space="0" w:color="1DA8A5" w:themeColor="accent5"/>
          <w:left w:val="nil"/>
          <w:bottom w:val="single" w:sz="8" w:space="0" w:color="1DA8A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3F2" w:themeFill="accent5" w:themeFillTint="3F"/>
      </w:tcPr>
    </w:tblStylePr>
    <w:tblStylePr w:type="band1Horz">
      <w:tblPr/>
      <w:tcPr>
        <w:tcBorders>
          <w:left w:val="nil"/>
          <w:right w:val="nil"/>
          <w:insideH w:val="nil"/>
          <w:insideV w:val="nil"/>
        </w:tcBorders>
        <w:shd w:val="clear" w:color="auto" w:fill="BDF3F2" w:themeFill="accent5" w:themeFillTint="3F"/>
      </w:tcPr>
    </w:tblStylePr>
  </w:style>
  <w:style w:type="table" w:styleId="Sombreadoclaro-nfasis6">
    <w:name w:val="Light Shading Accent 6"/>
    <w:basedOn w:val="Tablanormal"/>
    <w:uiPriority w:val="60"/>
    <w:rsid w:val="00FC693F"/>
    <w:pPr>
      <w:spacing w:after="0" w:line="240" w:lineRule="auto"/>
    </w:pPr>
    <w:rPr>
      <w:color w:val="F79104" w:themeColor="accent6" w:themeShade="BF"/>
    </w:rPr>
    <w:tblPr>
      <w:tblStyleRowBandSize w:val="1"/>
      <w:tblStyleColBandSize w:val="1"/>
      <w:tblBorders>
        <w:top w:val="single" w:sz="8" w:space="0" w:color="FCB654" w:themeColor="accent6"/>
        <w:bottom w:val="single" w:sz="8" w:space="0" w:color="FCB654" w:themeColor="accent6"/>
      </w:tblBorders>
    </w:tblPr>
    <w:tblStylePr w:type="firstRow">
      <w:pPr>
        <w:spacing w:before="0" w:after="0" w:line="240" w:lineRule="auto"/>
      </w:pPr>
      <w:rPr>
        <w:b/>
        <w:bCs/>
      </w:rPr>
      <w:tblPr/>
      <w:tcPr>
        <w:tcBorders>
          <w:top w:val="single" w:sz="8" w:space="0" w:color="FCB654" w:themeColor="accent6"/>
          <w:left w:val="nil"/>
          <w:bottom w:val="single" w:sz="8" w:space="0" w:color="FCB654" w:themeColor="accent6"/>
          <w:right w:val="nil"/>
          <w:insideH w:val="nil"/>
          <w:insideV w:val="nil"/>
        </w:tcBorders>
      </w:tcPr>
    </w:tblStylePr>
    <w:tblStylePr w:type="lastRow">
      <w:pPr>
        <w:spacing w:before="0" w:after="0" w:line="240" w:lineRule="auto"/>
      </w:pPr>
      <w:rPr>
        <w:b/>
        <w:bCs/>
      </w:rPr>
      <w:tblPr/>
      <w:tcPr>
        <w:tcBorders>
          <w:top w:val="single" w:sz="8" w:space="0" w:color="FCB654" w:themeColor="accent6"/>
          <w:left w:val="nil"/>
          <w:bottom w:val="single" w:sz="8" w:space="0" w:color="FCB65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CD4" w:themeFill="accent6" w:themeFillTint="3F"/>
      </w:tcPr>
    </w:tblStylePr>
    <w:tblStylePr w:type="band1Horz">
      <w:tblPr/>
      <w:tcPr>
        <w:tcBorders>
          <w:left w:val="nil"/>
          <w:right w:val="nil"/>
          <w:insideH w:val="nil"/>
          <w:insideV w:val="nil"/>
        </w:tcBorders>
        <w:shd w:val="clear" w:color="auto" w:fill="FEECD4"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1DA8A5" w:themeColor="accent1"/>
        <w:left w:val="single" w:sz="8" w:space="0" w:color="1DA8A5" w:themeColor="accent1"/>
        <w:bottom w:val="single" w:sz="8" w:space="0" w:color="1DA8A5" w:themeColor="accent1"/>
        <w:right w:val="single" w:sz="8" w:space="0" w:color="1DA8A5" w:themeColor="accent1"/>
      </w:tblBorders>
    </w:tblPr>
    <w:tblStylePr w:type="firstRow">
      <w:pPr>
        <w:spacing w:before="0" w:after="0" w:line="240" w:lineRule="auto"/>
      </w:pPr>
      <w:rPr>
        <w:b/>
        <w:bCs/>
        <w:color w:val="FFFFFF" w:themeColor="background1"/>
      </w:rPr>
      <w:tblPr/>
      <w:tcPr>
        <w:shd w:val="clear" w:color="auto" w:fill="1DA8A5" w:themeFill="accent1"/>
      </w:tcPr>
    </w:tblStylePr>
    <w:tblStylePr w:type="lastRow">
      <w:pPr>
        <w:spacing w:before="0" w:after="0" w:line="240" w:lineRule="auto"/>
      </w:pPr>
      <w:rPr>
        <w:b/>
        <w:bCs/>
      </w:rPr>
      <w:tblPr/>
      <w:tcPr>
        <w:tcBorders>
          <w:top w:val="double" w:sz="6" w:space="0" w:color="1DA8A5" w:themeColor="accent1"/>
          <w:left w:val="single" w:sz="8" w:space="0" w:color="1DA8A5" w:themeColor="accent1"/>
          <w:bottom w:val="single" w:sz="8" w:space="0" w:color="1DA8A5" w:themeColor="accent1"/>
          <w:right w:val="single" w:sz="8" w:space="0" w:color="1DA8A5" w:themeColor="accent1"/>
        </w:tcBorders>
      </w:tcPr>
    </w:tblStylePr>
    <w:tblStylePr w:type="firstCol">
      <w:rPr>
        <w:b/>
        <w:bCs/>
      </w:rPr>
    </w:tblStylePr>
    <w:tblStylePr w:type="lastCol">
      <w:rPr>
        <w:b/>
        <w:bCs/>
      </w:rPr>
    </w:tblStylePr>
    <w:tblStylePr w:type="band1Vert">
      <w:tblPr/>
      <w:tcPr>
        <w:tcBorders>
          <w:top w:val="single" w:sz="8" w:space="0" w:color="1DA8A5" w:themeColor="accent1"/>
          <w:left w:val="single" w:sz="8" w:space="0" w:color="1DA8A5" w:themeColor="accent1"/>
          <w:bottom w:val="single" w:sz="8" w:space="0" w:color="1DA8A5" w:themeColor="accent1"/>
          <w:right w:val="single" w:sz="8" w:space="0" w:color="1DA8A5" w:themeColor="accent1"/>
        </w:tcBorders>
      </w:tcPr>
    </w:tblStylePr>
    <w:tblStylePr w:type="band1Horz">
      <w:tblPr/>
      <w:tcPr>
        <w:tcBorders>
          <w:top w:val="single" w:sz="8" w:space="0" w:color="1DA8A5" w:themeColor="accent1"/>
          <w:left w:val="single" w:sz="8" w:space="0" w:color="1DA8A5" w:themeColor="accent1"/>
          <w:bottom w:val="single" w:sz="8" w:space="0" w:color="1DA8A5" w:themeColor="accent1"/>
          <w:right w:val="single" w:sz="8" w:space="0" w:color="1DA8A5"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FCB654" w:themeColor="accent2"/>
        <w:left w:val="single" w:sz="8" w:space="0" w:color="FCB654" w:themeColor="accent2"/>
        <w:bottom w:val="single" w:sz="8" w:space="0" w:color="FCB654" w:themeColor="accent2"/>
        <w:right w:val="single" w:sz="8" w:space="0" w:color="FCB654" w:themeColor="accent2"/>
      </w:tblBorders>
    </w:tblPr>
    <w:tblStylePr w:type="firstRow">
      <w:pPr>
        <w:spacing w:before="0" w:after="0" w:line="240" w:lineRule="auto"/>
      </w:pPr>
      <w:rPr>
        <w:b/>
        <w:bCs/>
        <w:color w:val="FFFFFF" w:themeColor="background1"/>
      </w:rPr>
      <w:tblPr/>
      <w:tcPr>
        <w:shd w:val="clear" w:color="auto" w:fill="FCB654" w:themeFill="accent2"/>
      </w:tcPr>
    </w:tblStylePr>
    <w:tblStylePr w:type="lastRow">
      <w:pPr>
        <w:spacing w:before="0" w:after="0" w:line="240" w:lineRule="auto"/>
      </w:pPr>
      <w:rPr>
        <w:b/>
        <w:bCs/>
      </w:rPr>
      <w:tblPr/>
      <w:tcPr>
        <w:tcBorders>
          <w:top w:val="double" w:sz="6" w:space="0" w:color="FCB654" w:themeColor="accent2"/>
          <w:left w:val="single" w:sz="8" w:space="0" w:color="FCB654" w:themeColor="accent2"/>
          <w:bottom w:val="single" w:sz="8" w:space="0" w:color="FCB654" w:themeColor="accent2"/>
          <w:right w:val="single" w:sz="8" w:space="0" w:color="FCB654" w:themeColor="accent2"/>
        </w:tcBorders>
      </w:tcPr>
    </w:tblStylePr>
    <w:tblStylePr w:type="firstCol">
      <w:rPr>
        <w:b/>
        <w:bCs/>
      </w:rPr>
    </w:tblStylePr>
    <w:tblStylePr w:type="lastCol">
      <w:rPr>
        <w:b/>
        <w:bCs/>
      </w:rPr>
    </w:tblStylePr>
    <w:tblStylePr w:type="band1Vert">
      <w:tblPr/>
      <w:tcPr>
        <w:tcBorders>
          <w:top w:val="single" w:sz="8" w:space="0" w:color="FCB654" w:themeColor="accent2"/>
          <w:left w:val="single" w:sz="8" w:space="0" w:color="FCB654" w:themeColor="accent2"/>
          <w:bottom w:val="single" w:sz="8" w:space="0" w:color="FCB654" w:themeColor="accent2"/>
          <w:right w:val="single" w:sz="8" w:space="0" w:color="FCB654" w:themeColor="accent2"/>
        </w:tcBorders>
      </w:tcPr>
    </w:tblStylePr>
    <w:tblStylePr w:type="band1Horz">
      <w:tblPr/>
      <w:tcPr>
        <w:tcBorders>
          <w:top w:val="single" w:sz="8" w:space="0" w:color="FCB654" w:themeColor="accent2"/>
          <w:left w:val="single" w:sz="8" w:space="0" w:color="FCB654" w:themeColor="accent2"/>
          <w:bottom w:val="single" w:sz="8" w:space="0" w:color="FCB654" w:themeColor="accent2"/>
          <w:right w:val="single" w:sz="8" w:space="0" w:color="FCB654"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F16A8B" w:themeColor="accent3"/>
        <w:left w:val="single" w:sz="8" w:space="0" w:color="F16A8B" w:themeColor="accent3"/>
        <w:bottom w:val="single" w:sz="8" w:space="0" w:color="F16A8B" w:themeColor="accent3"/>
        <w:right w:val="single" w:sz="8" w:space="0" w:color="F16A8B" w:themeColor="accent3"/>
      </w:tblBorders>
    </w:tblPr>
    <w:tblStylePr w:type="firstRow">
      <w:pPr>
        <w:spacing w:before="0" w:after="0" w:line="240" w:lineRule="auto"/>
      </w:pPr>
      <w:rPr>
        <w:b/>
        <w:bCs/>
        <w:color w:val="FFFFFF" w:themeColor="background1"/>
      </w:rPr>
      <w:tblPr/>
      <w:tcPr>
        <w:shd w:val="clear" w:color="auto" w:fill="F16A8B" w:themeFill="accent3"/>
      </w:tcPr>
    </w:tblStylePr>
    <w:tblStylePr w:type="lastRow">
      <w:pPr>
        <w:spacing w:before="0" w:after="0" w:line="240" w:lineRule="auto"/>
      </w:pPr>
      <w:rPr>
        <w:b/>
        <w:bCs/>
      </w:rPr>
      <w:tblPr/>
      <w:tcPr>
        <w:tcBorders>
          <w:top w:val="double" w:sz="6" w:space="0" w:color="F16A8B" w:themeColor="accent3"/>
          <w:left w:val="single" w:sz="8" w:space="0" w:color="F16A8B" w:themeColor="accent3"/>
          <w:bottom w:val="single" w:sz="8" w:space="0" w:color="F16A8B" w:themeColor="accent3"/>
          <w:right w:val="single" w:sz="8" w:space="0" w:color="F16A8B" w:themeColor="accent3"/>
        </w:tcBorders>
      </w:tcPr>
    </w:tblStylePr>
    <w:tblStylePr w:type="firstCol">
      <w:rPr>
        <w:b/>
        <w:bCs/>
      </w:rPr>
    </w:tblStylePr>
    <w:tblStylePr w:type="lastCol">
      <w:rPr>
        <w:b/>
        <w:bCs/>
      </w:rPr>
    </w:tblStylePr>
    <w:tblStylePr w:type="band1Vert">
      <w:tblPr/>
      <w:tcPr>
        <w:tcBorders>
          <w:top w:val="single" w:sz="8" w:space="0" w:color="F16A8B" w:themeColor="accent3"/>
          <w:left w:val="single" w:sz="8" w:space="0" w:color="F16A8B" w:themeColor="accent3"/>
          <w:bottom w:val="single" w:sz="8" w:space="0" w:color="F16A8B" w:themeColor="accent3"/>
          <w:right w:val="single" w:sz="8" w:space="0" w:color="F16A8B" w:themeColor="accent3"/>
        </w:tcBorders>
      </w:tcPr>
    </w:tblStylePr>
    <w:tblStylePr w:type="band1Horz">
      <w:tblPr/>
      <w:tcPr>
        <w:tcBorders>
          <w:top w:val="single" w:sz="8" w:space="0" w:color="F16A8B" w:themeColor="accent3"/>
          <w:left w:val="single" w:sz="8" w:space="0" w:color="F16A8B" w:themeColor="accent3"/>
          <w:bottom w:val="single" w:sz="8" w:space="0" w:color="F16A8B" w:themeColor="accent3"/>
          <w:right w:val="single" w:sz="8" w:space="0" w:color="F16A8B"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7BC24A" w:themeColor="accent4"/>
        <w:left w:val="single" w:sz="8" w:space="0" w:color="7BC24A" w:themeColor="accent4"/>
        <w:bottom w:val="single" w:sz="8" w:space="0" w:color="7BC24A" w:themeColor="accent4"/>
        <w:right w:val="single" w:sz="8" w:space="0" w:color="7BC24A" w:themeColor="accent4"/>
      </w:tblBorders>
    </w:tblPr>
    <w:tblStylePr w:type="firstRow">
      <w:pPr>
        <w:spacing w:before="0" w:after="0" w:line="240" w:lineRule="auto"/>
      </w:pPr>
      <w:rPr>
        <w:b/>
        <w:bCs/>
        <w:color w:val="FFFFFF" w:themeColor="background1"/>
      </w:rPr>
      <w:tblPr/>
      <w:tcPr>
        <w:shd w:val="clear" w:color="auto" w:fill="7BC24A" w:themeFill="accent4"/>
      </w:tcPr>
    </w:tblStylePr>
    <w:tblStylePr w:type="lastRow">
      <w:pPr>
        <w:spacing w:before="0" w:after="0" w:line="240" w:lineRule="auto"/>
      </w:pPr>
      <w:rPr>
        <w:b/>
        <w:bCs/>
      </w:rPr>
      <w:tblPr/>
      <w:tcPr>
        <w:tcBorders>
          <w:top w:val="double" w:sz="6" w:space="0" w:color="7BC24A" w:themeColor="accent4"/>
          <w:left w:val="single" w:sz="8" w:space="0" w:color="7BC24A" w:themeColor="accent4"/>
          <w:bottom w:val="single" w:sz="8" w:space="0" w:color="7BC24A" w:themeColor="accent4"/>
          <w:right w:val="single" w:sz="8" w:space="0" w:color="7BC24A" w:themeColor="accent4"/>
        </w:tcBorders>
      </w:tcPr>
    </w:tblStylePr>
    <w:tblStylePr w:type="firstCol">
      <w:rPr>
        <w:b/>
        <w:bCs/>
      </w:rPr>
    </w:tblStylePr>
    <w:tblStylePr w:type="lastCol">
      <w:rPr>
        <w:b/>
        <w:bCs/>
      </w:rPr>
    </w:tblStylePr>
    <w:tblStylePr w:type="band1Vert">
      <w:tblPr/>
      <w:tcPr>
        <w:tcBorders>
          <w:top w:val="single" w:sz="8" w:space="0" w:color="7BC24A" w:themeColor="accent4"/>
          <w:left w:val="single" w:sz="8" w:space="0" w:color="7BC24A" w:themeColor="accent4"/>
          <w:bottom w:val="single" w:sz="8" w:space="0" w:color="7BC24A" w:themeColor="accent4"/>
          <w:right w:val="single" w:sz="8" w:space="0" w:color="7BC24A" w:themeColor="accent4"/>
        </w:tcBorders>
      </w:tcPr>
    </w:tblStylePr>
    <w:tblStylePr w:type="band1Horz">
      <w:tblPr/>
      <w:tcPr>
        <w:tcBorders>
          <w:top w:val="single" w:sz="8" w:space="0" w:color="7BC24A" w:themeColor="accent4"/>
          <w:left w:val="single" w:sz="8" w:space="0" w:color="7BC24A" w:themeColor="accent4"/>
          <w:bottom w:val="single" w:sz="8" w:space="0" w:color="7BC24A" w:themeColor="accent4"/>
          <w:right w:val="single" w:sz="8" w:space="0" w:color="7BC24A"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1DA8A5" w:themeColor="accent5"/>
        <w:left w:val="single" w:sz="8" w:space="0" w:color="1DA8A5" w:themeColor="accent5"/>
        <w:bottom w:val="single" w:sz="8" w:space="0" w:color="1DA8A5" w:themeColor="accent5"/>
        <w:right w:val="single" w:sz="8" w:space="0" w:color="1DA8A5" w:themeColor="accent5"/>
      </w:tblBorders>
    </w:tblPr>
    <w:tblStylePr w:type="firstRow">
      <w:pPr>
        <w:spacing w:before="0" w:after="0" w:line="240" w:lineRule="auto"/>
      </w:pPr>
      <w:rPr>
        <w:b/>
        <w:bCs/>
        <w:color w:val="FFFFFF" w:themeColor="background1"/>
      </w:rPr>
      <w:tblPr/>
      <w:tcPr>
        <w:shd w:val="clear" w:color="auto" w:fill="1DA8A5" w:themeFill="accent5"/>
      </w:tcPr>
    </w:tblStylePr>
    <w:tblStylePr w:type="lastRow">
      <w:pPr>
        <w:spacing w:before="0" w:after="0" w:line="240" w:lineRule="auto"/>
      </w:pPr>
      <w:rPr>
        <w:b/>
        <w:bCs/>
      </w:rPr>
      <w:tblPr/>
      <w:tcPr>
        <w:tcBorders>
          <w:top w:val="double" w:sz="6" w:space="0" w:color="1DA8A5" w:themeColor="accent5"/>
          <w:left w:val="single" w:sz="8" w:space="0" w:color="1DA8A5" w:themeColor="accent5"/>
          <w:bottom w:val="single" w:sz="8" w:space="0" w:color="1DA8A5" w:themeColor="accent5"/>
          <w:right w:val="single" w:sz="8" w:space="0" w:color="1DA8A5" w:themeColor="accent5"/>
        </w:tcBorders>
      </w:tcPr>
    </w:tblStylePr>
    <w:tblStylePr w:type="firstCol">
      <w:rPr>
        <w:b/>
        <w:bCs/>
      </w:rPr>
    </w:tblStylePr>
    <w:tblStylePr w:type="lastCol">
      <w:rPr>
        <w:b/>
        <w:bCs/>
      </w:rPr>
    </w:tblStylePr>
    <w:tblStylePr w:type="band1Vert">
      <w:tblPr/>
      <w:tcPr>
        <w:tcBorders>
          <w:top w:val="single" w:sz="8" w:space="0" w:color="1DA8A5" w:themeColor="accent5"/>
          <w:left w:val="single" w:sz="8" w:space="0" w:color="1DA8A5" w:themeColor="accent5"/>
          <w:bottom w:val="single" w:sz="8" w:space="0" w:color="1DA8A5" w:themeColor="accent5"/>
          <w:right w:val="single" w:sz="8" w:space="0" w:color="1DA8A5" w:themeColor="accent5"/>
        </w:tcBorders>
      </w:tcPr>
    </w:tblStylePr>
    <w:tblStylePr w:type="band1Horz">
      <w:tblPr/>
      <w:tcPr>
        <w:tcBorders>
          <w:top w:val="single" w:sz="8" w:space="0" w:color="1DA8A5" w:themeColor="accent5"/>
          <w:left w:val="single" w:sz="8" w:space="0" w:color="1DA8A5" w:themeColor="accent5"/>
          <w:bottom w:val="single" w:sz="8" w:space="0" w:color="1DA8A5" w:themeColor="accent5"/>
          <w:right w:val="single" w:sz="8" w:space="0" w:color="1DA8A5"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CB654" w:themeColor="accent6"/>
        <w:left w:val="single" w:sz="8" w:space="0" w:color="FCB654" w:themeColor="accent6"/>
        <w:bottom w:val="single" w:sz="8" w:space="0" w:color="FCB654" w:themeColor="accent6"/>
        <w:right w:val="single" w:sz="8" w:space="0" w:color="FCB654" w:themeColor="accent6"/>
      </w:tblBorders>
    </w:tblPr>
    <w:tblStylePr w:type="firstRow">
      <w:pPr>
        <w:spacing w:before="0" w:after="0" w:line="240" w:lineRule="auto"/>
      </w:pPr>
      <w:rPr>
        <w:b/>
        <w:bCs/>
        <w:color w:val="FFFFFF" w:themeColor="background1"/>
      </w:rPr>
      <w:tblPr/>
      <w:tcPr>
        <w:shd w:val="clear" w:color="auto" w:fill="FCB654" w:themeFill="accent6"/>
      </w:tcPr>
    </w:tblStylePr>
    <w:tblStylePr w:type="lastRow">
      <w:pPr>
        <w:spacing w:before="0" w:after="0" w:line="240" w:lineRule="auto"/>
      </w:pPr>
      <w:rPr>
        <w:b/>
        <w:bCs/>
      </w:rPr>
      <w:tblPr/>
      <w:tcPr>
        <w:tcBorders>
          <w:top w:val="double" w:sz="6" w:space="0" w:color="FCB654" w:themeColor="accent6"/>
          <w:left w:val="single" w:sz="8" w:space="0" w:color="FCB654" w:themeColor="accent6"/>
          <w:bottom w:val="single" w:sz="8" w:space="0" w:color="FCB654" w:themeColor="accent6"/>
          <w:right w:val="single" w:sz="8" w:space="0" w:color="FCB654" w:themeColor="accent6"/>
        </w:tcBorders>
      </w:tcPr>
    </w:tblStylePr>
    <w:tblStylePr w:type="firstCol">
      <w:rPr>
        <w:b/>
        <w:bCs/>
      </w:rPr>
    </w:tblStylePr>
    <w:tblStylePr w:type="lastCol">
      <w:rPr>
        <w:b/>
        <w:bCs/>
      </w:rPr>
    </w:tblStylePr>
    <w:tblStylePr w:type="band1Vert">
      <w:tblPr/>
      <w:tcPr>
        <w:tcBorders>
          <w:top w:val="single" w:sz="8" w:space="0" w:color="FCB654" w:themeColor="accent6"/>
          <w:left w:val="single" w:sz="8" w:space="0" w:color="FCB654" w:themeColor="accent6"/>
          <w:bottom w:val="single" w:sz="8" w:space="0" w:color="FCB654" w:themeColor="accent6"/>
          <w:right w:val="single" w:sz="8" w:space="0" w:color="FCB654" w:themeColor="accent6"/>
        </w:tcBorders>
      </w:tcPr>
    </w:tblStylePr>
    <w:tblStylePr w:type="band1Horz">
      <w:tblPr/>
      <w:tcPr>
        <w:tcBorders>
          <w:top w:val="single" w:sz="8" w:space="0" w:color="FCB654" w:themeColor="accent6"/>
          <w:left w:val="single" w:sz="8" w:space="0" w:color="FCB654" w:themeColor="accent6"/>
          <w:bottom w:val="single" w:sz="8" w:space="0" w:color="FCB654" w:themeColor="accent6"/>
          <w:right w:val="single" w:sz="8" w:space="0" w:color="FCB654"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1DA8A5" w:themeColor="accent1"/>
        <w:left w:val="single" w:sz="8" w:space="0" w:color="1DA8A5" w:themeColor="accent1"/>
        <w:bottom w:val="single" w:sz="8" w:space="0" w:color="1DA8A5" w:themeColor="accent1"/>
        <w:right w:val="single" w:sz="8" w:space="0" w:color="1DA8A5" w:themeColor="accent1"/>
        <w:insideH w:val="single" w:sz="8" w:space="0" w:color="1DA8A5" w:themeColor="accent1"/>
        <w:insideV w:val="single" w:sz="8" w:space="0" w:color="1DA8A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A8A5" w:themeColor="accent1"/>
          <w:left w:val="single" w:sz="8" w:space="0" w:color="1DA8A5" w:themeColor="accent1"/>
          <w:bottom w:val="single" w:sz="18" w:space="0" w:color="1DA8A5" w:themeColor="accent1"/>
          <w:right w:val="single" w:sz="8" w:space="0" w:color="1DA8A5" w:themeColor="accent1"/>
          <w:insideH w:val="nil"/>
          <w:insideV w:val="single" w:sz="8" w:space="0" w:color="1DA8A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A8A5" w:themeColor="accent1"/>
          <w:left w:val="single" w:sz="8" w:space="0" w:color="1DA8A5" w:themeColor="accent1"/>
          <w:bottom w:val="single" w:sz="8" w:space="0" w:color="1DA8A5" w:themeColor="accent1"/>
          <w:right w:val="single" w:sz="8" w:space="0" w:color="1DA8A5" w:themeColor="accent1"/>
          <w:insideH w:val="nil"/>
          <w:insideV w:val="single" w:sz="8" w:space="0" w:color="1DA8A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A8A5" w:themeColor="accent1"/>
          <w:left w:val="single" w:sz="8" w:space="0" w:color="1DA8A5" w:themeColor="accent1"/>
          <w:bottom w:val="single" w:sz="8" w:space="0" w:color="1DA8A5" w:themeColor="accent1"/>
          <w:right w:val="single" w:sz="8" w:space="0" w:color="1DA8A5" w:themeColor="accent1"/>
        </w:tcBorders>
      </w:tcPr>
    </w:tblStylePr>
    <w:tblStylePr w:type="band1Vert">
      <w:tblPr/>
      <w:tcPr>
        <w:tcBorders>
          <w:top w:val="single" w:sz="8" w:space="0" w:color="1DA8A5" w:themeColor="accent1"/>
          <w:left w:val="single" w:sz="8" w:space="0" w:color="1DA8A5" w:themeColor="accent1"/>
          <w:bottom w:val="single" w:sz="8" w:space="0" w:color="1DA8A5" w:themeColor="accent1"/>
          <w:right w:val="single" w:sz="8" w:space="0" w:color="1DA8A5" w:themeColor="accent1"/>
        </w:tcBorders>
        <w:shd w:val="clear" w:color="auto" w:fill="BDF3F2" w:themeFill="accent1" w:themeFillTint="3F"/>
      </w:tcPr>
    </w:tblStylePr>
    <w:tblStylePr w:type="band1Horz">
      <w:tblPr/>
      <w:tcPr>
        <w:tcBorders>
          <w:top w:val="single" w:sz="8" w:space="0" w:color="1DA8A5" w:themeColor="accent1"/>
          <w:left w:val="single" w:sz="8" w:space="0" w:color="1DA8A5" w:themeColor="accent1"/>
          <w:bottom w:val="single" w:sz="8" w:space="0" w:color="1DA8A5" w:themeColor="accent1"/>
          <w:right w:val="single" w:sz="8" w:space="0" w:color="1DA8A5" w:themeColor="accent1"/>
          <w:insideV w:val="single" w:sz="8" w:space="0" w:color="1DA8A5" w:themeColor="accent1"/>
        </w:tcBorders>
        <w:shd w:val="clear" w:color="auto" w:fill="BDF3F2" w:themeFill="accent1" w:themeFillTint="3F"/>
      </w:tcPr>
    </w:tblStylePr>
    <w:tblStylePr w:type="band2Horz">
      <w:tblPr/>
      <w:tcPr>
        <w:tcBorders>
          <w:top w:val="single" w:sz="8" w:space="0" w:color="1DA8A5" w:themeColor="accent1"/>
          <w:left w:val="single" w:sz="8" w:space="0" w:color="1DA8A5" w:themeColor="accent1"/>
          <w:bottom w:val="single" w:sz="8" w:space="0" w:color="1DA8A5" w:themeColor="accent1"/>
          <w:right w:val="single" w:sz="8" w:space="0" w:color="1DA8A5" w:themeColor="accent1"/>
          <w:insideV w:val="single" w:sz="8" w:space="0" w:color="1DA8A5"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FCB654" w:themeColor="accent2"/>
        <w:left w:val="single" w:sz="8" w:space="0" w:color="FCB654" w:themeColor="accent2"/>
        <w:bottom w:val="single" w:sz="8" w:space="0" w:color="FCB654" w:themeColor="accent2"/>
        <w:right w:val="single" w:sz="8" w:space="0" w:color="FCB654" w:themeColor="accent2"/>
        <w:insideH w:val="single" w:sz="8" w:space="0" w:color="FCB654" w:themeColor="accent2"/>
        <w:insideV w:val="single" w:sz="8" w:space="0" w:color="FCB65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CB654" w:themeColor="accent2"/>
          <w:left w:val="single" w:sz="8" w:space="0" w:color="FCB654" w:themeColor="accent2"/>
          <w:bottom w:val="single" w:sz="18" w:space="0" w:color="FCB654" w:themeColor="accent2"/>
          <w:right w:val="single" w:sz="8" w:space="0" w:color="FCB654" w:themeColor="accent2"/>
          <w:insideH w:val="nil"/>
          <w:insideV w:val="single" w:sz="8" w:space="0" w:color="FCB65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B654" w:themeColor="accent2"/>
          <w:left w:val="single" w:sz="8" w:space="0" w:color="FCB654" w:themeColor="accent2"/>
          <w:bottom w:val="single" w:sz="8" w:space="0" w:color="FCB654" w:themeColor="accent2"/>
          <w:right w:val="single" w:sz="8" w:space="0" w:color="FCB654" w:themeColor="accent2"/>
          <w:insideH w:val="nil"/>
          <w:insideV w:val="single" w:sz="8" w:space="0" w:color="FCB65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B654" w:themeColor="accent2"/>
          <w:left w:val="single" w:sz="8" w:space="0" w:color="FCB654" w:themeColor="accent2"/>
          <w:bottom w:val="single" w:sz="8" w:space="0" w:color="FCB654" w:themeColor="accent2"/>
          <w:right w:val="single" w:sz="8" w:space="0" w:color="FCB654" w:themeColor="accent2"/>
        </w:tcBorders>
      </w:tcPr>
    </w:tblStylePr>
    <w:tblStylePr w:type="band1Vert">
      <w:tblPr/>
      <w:tcPr>
        <w:tcBorders>
          <w:top w:val="single" w:sz="8" w:space="0" w:color="FCB654" w:themeColor="accent2"/>
          <w:left w:val="single" w:sz="8" w:space="0" w:color="FCB654" w:themeColor="accent2"/>
          <w:bottom w:val="single" w:sz="8" w:space="0" w:color="FCB654" w:themeColor="accent2"/>
          <w:right w:val="single" w:sz="8" w:space="0" w:color="FCB654" w:themeColor="accent2"/>
        </w:tcBorders>
        <w:shd w:val="clear" w:color="auto" w:fill="FEECD4" w:themeFill="accent2" w:themeFillTint="3F"/>
      </w:tcPr>
    </w:tblStylePr>
    <w:tblStylePr w:type="band1Horz">
      <w:tblPr/>
      <w:tcPr>
        <w:tcBorders>
          <w:top w:val="single" w:sz="8" w:space="0" w:color="FCB654" w:themeColor="accent2"/>
          <w:left w:val="single" w:sz="8" w:space="0" w:color="FCB654" w:themeColor="accent2"/>
          <w:bottom w:val="single" w:sz="8" w:space="0" w:color="FCB654" w:themeColor="accent2"/>
          <w:right w:val="single" w:sz="8" w:space="0" w:color="FCB654" w:themeColor="accent2"/>
          <w:insideV w:val="single" w:sz="8" w:space="0" w:color="FCB654" w:themeColor="accent2"/>
        </w:tcBorders>
        <w:shd w:val="clear" w:color="auto" w:fill="FEECD4" w:themeFill="accent2" w:themeFillTint="3F"/>
      </w:tcPr>
    </w:tblStylePr>
    <w:tblStylePr w:type="band2Horz">
      <w:tblPr/>
      <w:tcPr>
        <w:tcBorders>
          <w:top w:val="single" w:sz="8" w:space="0" w:color="FCB654" w:themeColor="accent2"/>
          <w:left w:val="single" w:sz="8" w:space="0" w:color="FCB654" w:themeColor="accent2"/>
          <w:bottom w:val="single" w:sz="8" w:space="0" w:color="FCB654" w:themeColor="accent2"/>
          <w:right w:val="single" w:sz="8" w:space="0" w:color="FCB654" w:themeColor="accent2"/>
          <w:insideV w:val="single" w:sz="8" w:space="0" w:color="FCB654"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F16A8B" w:themeColor="accent3"/>
        <w:left w:val="single" w:sz="8" w:space="0" w:color="F16A8B" w:themeColor="accent3"/>
        <w:bottom w:val="single" w:sz="8" w:space="0" w:color="F16A8B" w:themeColor="accent3"/>
        <w:right w:val="single" w:sz="8" w:space="0" w:color="F16A8B" w:themeColor="accent3"/>
        <w:insideH w:val="single" w:sz="8" w:space="0" w:color="F16A8B" w:themeColor="accent3"/>
        <w:insideV w:val="single" w:sz="8" w:space="0" w:color="F16A8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16A8B" w:themeColor="accent3"/>
          <w:left w:val="single" w:sz="8" w:space="0" w:color="F16A8B" w:themeColor="accent3"/>
          <w:bottom w:val="single" w:sz="18" w:space="0" w:color="F16A8B" w:themeColor="accent3"/>
          <w:right w:val="single" w:sz="8" w:space="0" w:color="F16A8B" w:themeColor="accent3"/>
          <w:insideH w:val="nil"/>
          <w:insideV w:val="single" w:sz="8" w:space="0" w:color="F16A8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16A8B" w:themeColor="accent3"/>
          <w:left w:val="single" w:sz="8" w:space="0" w:color="F16A8B" w:themeColor="accent3"/>
          <w:bottom w:val="single" w:sz="8" w:space="0" w:color="F16A8B" w:themeColor="accent3"/>
          <w:right w:val="single" w:sz="8" w:space="0" w:color="F16A8B" w:themeColor="accent3"/>
          <w:insideH w:val="nil"/>
          <w:insideV w:val="single" w:sz="8" w:space="0" w:color="F16A8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16A8B" w:themeColor="accent3"/>
          <w:left w:val="single" w:sz="8" w:space="0" w:color="F16A8B" w:themeColor="accent3"/>
          <w:bottom w:val="single" w:sz="8" w:space="0" w:color="F16A8B" w:themeColor="accent3"/>
          <w:right w:val="single" w:sz="8" w:space="0" w:color="F16A8B" w:themeColor="accent3"/>
        </w:tcBorders>
      </w:tcPr>
    </w:tblStylePr>
    <w:tblStylePr w:type="band1Vert">
      <w:tblPr/>
      <w:tcPr>
        <w:tcBorders>
          <w:top w:val="single" w:sz="8" w:space="0" w:color="F16A8B" w:themeColor="accent3"/>
          <w:left w:val="single" w:sz="8" w:space="0" w:color="F16A8B" w:themeColor="accent3"/>
          <w:bottom w:val="single" w:sz="8" w:space="0" w:color="F16A8B" w:themeColor="accent3"/>
          <w:right w:val="single" w:sz="8" w:space="0" w:color="F16A8B" w:themeColor="accent3"/>
        </w:tcBorders>
        <w:shd w:val="clear" w:color="auto" w:fill="FBDAE2" w:themeFill="accent3" w:themeFillTint="3F"/>
      </w:tcPr>
    </w:tblStylePr>
    <w:tblStylePr w:type="band1Horz">
      <w:tblPr/>
      <w:tcPr>
        <w:tcBorders>
          <w:top w:val="single" w:sz="8" w:space="0" w:color="F16A8B" w:themeColor="accent3"/>
          <w:left w:val="single" w:sz="8" w:space="0" w:color="F16A8B" w:themeColor="accent3"/>
          <w:bottom w:val="single" w:sz="8" w:space="0" w:color="F16A8B" w:themeColor="accent3"/>
          <w:right w:val="single" w:sz="8" w:space="0" w:color="F16A8B" w:themeColor="accent3"/>
          <w:insideV w:val="single" w:sz="8" w:space="0" w:color="F16A8B" w:themeColor="accent3"/>
        </w:tcBorders>
        <w:shd w:val="clear" w:color="auto" w:fill="FBDAE2" w:themeFill="accent3" w:themeFillTint="3F"/>
      </w:tcPr>
    </w:tblStylePr>
    <w:tblStylePr w:type="band2Horz">
      <w:tblPr/>
      <w:tcPr>
        <w:tcBorders>
          <w:top w:val="single" w:sz="8" w:space="0" w:color="F16A8B" w:themeColor="accent3"/>
          <w:left w:val="single" w:sz="8" w:space="0" w:color="F16A8B" w:themeColor="accent3"/>
          <w:bottom w:val="single" w:sz="8" w:space="0" w:color="F16A8B" w:themeColor="accent3"/>
          <w:right w:val="single" w:sz="8" w:space="0" w:color="F16A8B" w:themeColor="accent3"/>
          <w:insideV w:val="single" w:sz="8" w:space="0" w:color="F16A8B"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7BC24A" w:themeColor="accent4"/>
        <w:left w:val="single" w:sz="8" w:space="0" w:color="7BC24A" w:themeColor="accent4"/>
        <w:bottom w:val="single" w:sz="8" w:space="0" w:color="7BC24A" w:themeColor="accent4"/>
        <w:right w:val="single" w:sz="8" w:space="0" w:color="7BC24A" w:themeColor="accent4"/>
        <w:insideH w:val="single" w:sz="8" w:space="0" w:color="7BC24A" w:themeColor="accent4"/>
        <w:insideV w:val="single" w:sz="8" w:space="0" w:color="7BC24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C24A" w:themeColor="accent4"/>
          <w:left w:val="single" w:sz="8" w:space="0" w:color="7BC24A" w:themeColor="accent4"/>
          <w:bottom w:val="single" w:sz="18" w:space="0" w:color="7BC24A" w:themeColor="accent4"/>
          <w:right w:val="single" w:sz="8" w:space="0" w:color="7BC24A" w:themeColor="accent4"/>
          <w:insideH w:val="nil"/>
          <w:insideV w:val="single" w:sz="8" w:space="0" w:color="7BC24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C24A" w:themeColor="accent4"/>
          <w:left w:val="single" w:sz="8" w:space="0" w:color="7BC24A" w:themeColor="accent4"/>
          <w:bottom w:val="single" w:sz="8" w:space="0" w:color="7BC24A" w:themeColor="accent4"/>
          <w:right w:val="single" w:sz="8" w:space="0" w:color="7BC24A" w:themeColor="accent4"/>
          <w:insideH w:val="nil"/>
          <w:insideV w:val="single" w:sz="8" w:space="0" w:color="7BC24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C24A" w:themeColor="accent4"/>
          <w:left w:val="single" w:sz="8" w:space="0" w:color="7BC24A" w:themeColor="accent4"/>
          <w:bottom w:val="single" w:sz="8" w:space="0" w:color="7BC24A" w:themeColor="accent4"/>
          <w:right w:val="single" w:sz="8" w:space="0" w:color="7BC24A" w:themeColor="accent4"/>
        </w:tcBorders>
      </w:tcPr>
    </w:tblStylePr>
    <w:tblStylePr w:type="band1Vert">
      <w:tblPr/>
      <w:tcPr>
        <w:tcBorders>
          <w:top w:val="single" w:sz="8" w:space="0" w:color="7BC24A" w:themeColor="accent4"/>
          <w:left w:val="single" w:sz="8" w:space="0" w:color="7BC24A" w:themeColor="accent4"/>
          <w:bottom w:val="single" w:sz="8" w:space="0" w:color="7BC24A" w:themeColor="accent4"/>
          <w:right w:val="single" w:sz="8" w:space="0" w:color="7BC24A" w:themeColor="accent4"/>
        </w:tcBorders>
        <w:shd w:val="clear" w:color="auto" w:fill="DEF0D2" w:themeFill="accent4" w:themeFillTint="3F"/>
      </w:tcPr>
    </w:tblStylePr>
    <w:tblStylePr w:type="band1Horz">
      <w:tblPr/>
      <w:tcPr>
        <w:tcBorders>
          <w:top w:val="single" w:sz="8" w:space="0" w:color="7BC24A" w:themeColor="accent4"/>
          <w:left w:val="single" w:sz="8" w:space="0" w:color="7BC24A" w:themeColor="accent4"/>
          <w:bottom w:val="single" w:sz="8" w:space="0" w:color="7BC24A" w:themeColor="accent4"/>
          <w:right w:val="single" w:sz="8" w:space="0" w:color="7BC24A" w:themeColor="accent4"/>
          <w:insideV w:val="single" w:sz="8" w:space="0" w:color="7BC24A" w:themeColor="accent4"/>
        </w:tcBorders>
        <w:shd w:val="clear" w:color="auto" w:fill="DEF0D2" w:themeFill="accent4" w:themeFillTint="3F"/>
      </w:tcPr>
    </w:tblStylePr>
    <w:tblStylePr w:type="band2Horz">
      <w:tblPr/>
      <w:tcPr>
        <w:tcBorders>
          <w:top w:val="single" w:sz="8" w:space="0" w:color="7BC24A" w:themeColor="accent4"/>
          <w:left w:val="single" w:sz="8" w:space="0" w:color="7BC24A" w:themeColor="accent4"/>
          <w:bottom w:val="single" w:sz="8" w:space="0" w:color="7BC24A" w:themeColor="accent4"/>
          <w:right w:val="single" w:sz="8" w:space="0" w:color="7BC24A" w:themeColor="accent4"/>
          <w:insideV w:val="single" w:sz="8" w:space="0" w:color="7BC24A"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1DA8A5" w:themeColor="accent5"/>
        <w:left w:val="single" w:sz="8" w:space="0" w:color="1DA8A5" w:themeColor="accent5"/>
        <w:bottom w:val="single" w:sz="8" w:space="0" w:color="1DA8A5" w:themeColor="accent5"/>
        <w:right w:val="single" w:sz="8" w:space="0" w:color="1DA8A5" w:themeColor="accent5"/>
        <w:insideH w:val="single" w:sz="8" w:space="0" w:color="1DA8A5" w:themeColor="accent5"/>
        <w:insideV w:val="single" w:sz="8" w:space="0" w:color="1DA8A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A8A5" w:themeColor="accent5"/>
          <w:left w:val="single" w:sz="8" w:space="0" w:color="1DA8A5" w:themeColor="accent5"/>
          <w:bottom w:val="single" w:sz="18" w:space="0" w:color="1DA8A5" w:themeColor="accent5"/>
          <w:right w:val="single" w:sz="8" w:space="0" w:color="1DA8A5" w:themeColor="accent5"/>
          <w:insideH w:val="nil"/>
          <w:insideV w:val="single" w:sz="8" w:space="0" w:color="1DA8A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A8A5" w:themeColor="accent5"/>
          <w:left w:val="single" w:sz="8" w:space="0" w:color="1DA8A5" w:themeColor="accent5"/>
          <w:bottom w:val="single" w:sz="8" w:space="0" w:color="1DA8A5" w:themeColor="accent5"/>
          <w:right w:val="single" w:sz="8" w:space="0" w:color="1DA8A5" w:themeColor="accent5"/>
          <w:insideH w:val="nil"/>
          <w:insideV w:val="single" w:sz="8" w:space="0" w:color="1DA8A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A8A5" w:themeColor="accent5"/>
          <w:left w:val="single" w:sz="8" w:space="0" w:color="1DA8A5" w:themeColor="accent5"/>
          <w:bottom w:val="single" w:sz="8" w:space="0" w:color="1DA8A5" w:themeColor="accent5"/>
          <w:right w:val="single" w:sz="8" w:space="0" w:color="1DA8A5" w:themeColor="accent5"/>
        </w:tcBorders>
      </w:tcPr>
    </w:tblStylePr>
    <w:tblStylePr w:type="band1Vert">
      <w:tblPr/>
      <w:tcPr>
        <w:tcBorders>
          <w:top w:val="single" w:sz="8" w:space="0" w:color="1DA8A5" w:themeColor="accent5"/>
          <w:left w:val="single" w:sz="8" w:space="0" w:color="1DA8A5" w:themeColor="accent5"/>
          <w:bottom w:val="single" w:sz="8" w:space="0" w:color="1DA8A5" w:themeColor="accent5"/>
          <w:right w:val="single" w:sz="8" w:space="0" w:color="1DA8A5" w:themeColor="accent5"/>
        </w:tcBorders>
        <w:shd w:val="clear" w:color="auto" w:fill="BDF3F2" w:themeFill="accent5" w:themeFillTint="3F"/>
      </w:tcPr>
    </w:tblStylePr>
    <w:tblStylePr w:type="band1Horz">
      <w:tblPr/>
      <w:tcPr>
        <w:tcBorders>
          <w:top w:val="single" w:sz="8" w:space="0" w:color="1DA8A5" w:themeColor="accent5"/>
          <w:left w:val="single" w:sz="8" w:space="0" w:color="1DA8A5" w:themeColor="accent5"/>
          <w:bottom w:val="single" w:sz="8" w:space="0" w:color="1DA8A5" w:themeColor="accent5"/>
          <w:right w:val="single" w:sz="8" w:space="0" w:color="1DA8A5" w:themeColor="accent5"/>
          <w:insideV w:val="single" w:sz="8" w:space="0" w:color="1DA8A5" w:themeColor="accent5"/>
        </w:tcBorders>
        <w:shd w:val="clear" w:color="auto" w:fill="BDF3F2" w:themeFill="accent5" w:themeFillTint="3F"/>
      </w:tcPr>
    </w:tblStylePr>
    <w:tblStylePr w:type="band2Horz">
      <w:tblPr/>
      <w:tcPr>
        <w:tcBorders>
          <w:top w:val="single" w:sz="8" w:space="0" w:color="1DA8A5" w:themeColor="accent5"/>
          <w:left w:val="single" w:sz="8" w:space="0" w:color="1DA8A5" w:themeColor="accent5"/>
          <w:bottom w:val="single" w:sz="8" w:space="0" w:color="1DA8A5" w:themeColor="accent5"/>
          <w:right w:val="single" w:sz="8" w:space="0" w:color="1DA8A5" w:themeColor="accent5"/>
          <w:insideV w:val="single" w:sz="8" w:space="0" w:color="1DA8A5"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CB654" w:themeColor="accent6"/>
        <w:left w:val="single" w:sz="8" w:space="0" w:color="FCB654" w:themeColor="accent6"/>
        <w:bottom w:val="single" w:sz="8" w:space="0" w:color="FCB654" w:themeColor="accent6"/>
        <w:right w:val="single" w:sz="8" w:space="0" w:color="FCB654" w:themeColor="accent6"/>
        <w:insideH w:val="single" w:sz="8" w:space="0" w:color="FCB654" w:themeColor="accent6"/>
        <w:insideV w:val="single" w:sz="8" w:space="0" w:color="FCB65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CB654" w:themeColor="accent6"/>
          <w:left w:val="single" w:sz="8" w:space="0" w:color="FCB654" w:themeColor="accent6"/>
          <w:bottom w:val="single" w:sz="18" w:space="0" w:color="FCB654" w:themeColor="accent6"/>
          <w:right w:val="single" w:sz="8" w:space="0" w:color="FCB654" w:themeColor="accent6"/>
          <w:insideH w:val="nil"/>
          <w:insideV w:val="single" w:sz="8" w:space="0" w:color="FCB65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B654" w:themeColor="accent6"/>
          <w:left w:val="single" w:sz="8" w:space="0" w:color="FCB654" w:themeColor="accent6"/>
          <w:bottom w:val="single" w:sz="8" w:space="0" w:color="FCB654" w:themeColor="accent6"/>
          <w:right w:val="single" w:sz="8" w:space="0" w:color="FCB654" w:themeColor="accent6"/>
          <w:insideH w:val="nil"/>
          <w:insideV w:val="single" w:sz="8" w:space="0" w:color="FCB65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B654" w:themeColor="accent6"/>
          <w:left w:val="single" w:sz="8" w:space="0" w:color="FCB654" w:themeColor="accent6"/>
          <w:bottom w:val="single" w:sz="8" w:space="0" w:color="FCB654" w:themeColor="accent6"/>
          <w:right w:val="single" w:sz="8" w:space="0" w:color="FCB654" w:themeColor="accent6"/>
        </w:tcBorders>
      </w:tcPr>
    </w:tblStylePr>
    <w:tblStylePr w:type="band1Vert">
      <w:tblPr/>
      <w:tcPr>
        <w:tcBorders>
          <w:top w:val="single" w:sz="8" w:space="0" w:color="FCB654" w:themeColor="accent6"/>
          <w:left w:val="single" w:sz="8" w:space="0" w:color="FCB654" w:themeColor="accent6"/>
          <w:bottom w:val="single" w:sz="8" w:space="0" w:color="FCB654" w:themeColor="accent6"/>
          <w:right w:val="single" w:sz="8" w:space="0" w:color="FCB654" w:themeColor="accent6"/>
        </w:tcBorders>
        <w:shd w:val="clear" w:color="auto" w:fill="FEECD4" w:themeFill="accent6" w:themeFillTint="3F"/>
      </w:tcPr>
    </w:tblStylePr>
    <w:tblStylePr w:type="band1Horz">
      <w:tblPr/>
      <w:tcPr>
        <w:tcBorders>
          <w:top w:val="single" w:sz="8" w:space="0" w:color="FCB654" w:themeColor="accent6"/>
          <w:left w:val="single" w:sz="8" w:space="0" w:color="FCB654" w:themeColor="accent6"/>
          <w:bottom w:val="single" w:sz="8" w:space="0" w:color="FCB654" w:themeColor="accent6"/>
          <w:right w:val="single" w:sz="8" w:space="0" w:color="FCB654" w:themeColor="accent6"/>
          <w:insideV w:val="single" w:sz="8" w:space="0" w:color="FCB654" w:themeColor="accent6"/>
        </w:tcBorders>
        <w:shd w:val="clear" w:color="auto" w:fill="FEECD4" w:themeFill="accent6" w:themeFillTint="3F"/>
      </w:tcPr>
    </w:tblStylePr>
    <w:tblStylePr w:type="band2Horz">
      <w:tblPr/>
      <w:tcPr>
        <w:tcBorders>
          <w:top w:val="single" w:sz="8" w:space="0" w:color="FCB654" w:themeColor="accent6"/>
          <w:left w:val="single" w:sz="8" w:space="0" w:color="FCB654" w:themeColor="accent6"/>
          <w:bottom w:val="single" w:sz="8" w:space="0" w:color="FCB654" w:themeColor="accent6"/>
          <w:right w:val="single" w:sz="8" w:space="0" w:color="FCB654" w:themeColor="accent6"/>
          <w:insideV w:val="single" w:sz="8" w:space="0" w:color="FCB654"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36DCD8" w:themeColor="accent1" w:themeTint="BF"/>
        <w:left w:val="single" w:sz="8" w:space="0" w:color="36DCD8" w:themeColor="accent1" w:themeTint="BF"/>
        <w:bottom w:val="single" w:sz="8" w:space="0" w:color="36DCD8" w:themeColor="accent1" w:themeTint="BF"/>
        <w:right w:val="single" w:sz="8" w:space="0" w:color="36DCD8" w:themeColor="accent1" w:themeTint="BF"/>
        <w:insideH w:val="single" w:sz="8" w:space="0" w:color="36DCD8" w:themeColor="accent1" w:themeTint="BF"/>
      </w:tblBorders>
    </w:tblPr>
    <w:tblStylePr w:type="firstRow">
      <w:pPr>
        <w:spacing w:before="0" w:after="0" w:line="240" w:lineRule="auto"/>
      </w:pPr>
      <w:rPr>
        <w:b/>
        <w:bCs/>
        <w:color w:val="FFFFFF" w:themeColor="background1"/>
      </w:rPr>
      <w:tblPr/>
      <w:tcPr>
        <w:tcBorders>
          <w:top w:val="single" w:sz="8" w:space="0" w:color="36DCD8" w:themeColor="accent1" w:themeTint="BF"/>
          <w:left w:val="single" w:sz="8" w:space="0" w:color="36DCD8" w:themeColor="accent1" w:themeTint="BF"/>
          <w:bottom w:val="single" w:sz="8" w:space="0" w:color="36DCD8" w:themeColor="accent1" w:themeTint="BF"/>
          <w:right w:val="single" w:sz="8" w:space="0" w:color="36DCD8" w:themeColor="accent1" w:themeTint="BF"/>
          <w:insideH w:val="nil"/>
          <w:insideV w:val="nil"/>
        </w:tcBorders>
        <w:shd w:val="clear" w:color="auto" w:fill="1DA8A5" w:themeFill="accent1"/>
      </w:tcPr>
    </w:tblStylePr>
    <w:tblStylePr w:type="lastRow">
      <w:pPr>
        <w:spacing w:before="0" w:after="0" w:line="240" w:lineRule="auto"/>
      </w:pPr>
      <w:rPr>
        <w:b/>
        <w:bCs/>
      </w:rPr>
      <w:tblPr/>
      <w:tcPr>
        <w:tcBorders>
          <w:top w:val="double" w:sz="6" w:space="0" w:color="36DCD8" w:themeColor="accent1" w:themeTint="BF"/>
          <w:left w:val="single" w:sz="8" w:space="0" w:color="36DCD8" w:themeColor="accent1" w:themeTint="BF"/>
          <w:bottom w:val="single" w:sz="8" w:space="0" w:color="36DCD8" w:themeColor="accent1" w:themeTint="BF"/>
          <w:right w:val="single" w:sz="8" w:space="0" w:color="36DCD8" w:themeColor="accent1" w:themeTint="BF"/>
          <w:insideH w:val="nil"/>
          <w:insideV w:val="nil"/>
        </w:tcBorders>
      </w:tcPr>
    </w:tblStylePr>
    <w:tblStylePr w:type="firstCol">
      <w:rPr>
        <w:b/>
        <w:bCs/>
      </w:rPr>
    </w:tblStylePr>
    <w:tblStylePr w:type="lastCol">
      <w:rPr>
        <w:b/>
        <w:bCs/>
      </w:rPr>
    </w:tblStylePr>
    <w:tblStylePr w:type="band1Vert">
      <w:tblPr/>
      <w:tcPr>
        <w:shd w:val="clear" w:color="auto" w:fill="BDF3F2" w:themeFill="accent1" w:themeFillTint="3F"/>
      </w:tcPr>
    </w:tblStylePr>
    <w:tblStylePr w:type="band1Horz">
      <w:tblPr/>
      <w:tcPr>
        <w:tcBorders>
          <w:insideH w:val="nil"/>
          <w:insideV w:val="nil"/>
        </w:tcBorders>
        <w:shd w:val="clear" w:color="auto" w:fill="BDF3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FCC77E" w:themeColor="accent2" w:themeTint="BF"/>
        <w:left w:val="single" w:sz="8" w:space="0" w:color="FCC77E" w:themeColor="accent2" w:themeTint="BF"/>
        <w:bottom w:val="single" w:sz="8" w:space="0" w:color="FCC77E" w:themeColor="accent2" w:themeTint="BF"/>
        <w:right w:val="single" w:sz="8" w:space="0" w:color="FCC77E" w:themeColor="accent2" w:themeTint="BF"/>
        <w:insideH w:val="single" w:sz="8" w:space="0" w:color="FCC77E" w:themeColor="accent2" w:themeTint="BF"/>
      </w:tblBorders>
    </w:tblPr>
    <w:tblStylePr w:type="firstRow">
      <w:pPr>
        <w:spacing w:before="0" w:after="0" w:line="240" w:lineRule="auto"/>
      </w:pPr>
      <w:rPr>
        <w:b/>
        <w:bCs/>
        <w:color w:val="FFFFFF" w:themeColor="background1"/>
      </w:rPr>
      <w:tblPr/>
      <w:tcPr>
        <w:tcBorders>
          <w:top w:val="single" w:sz="8" w:space="0" w:color="FCC77E" w:themeColor="accent2" w:themeTint="BF"/>
          <w:left w:val="single" w:sz="8" w:space="0" w:color="FCC77E" w:themeColor="accent2" w:themeTint="BF"/>
          <w:bottom w:val="single" w:sz="8" w:space="0" w:color="FCC77E" w:themeColor="accent2" w:themeTint="BF"/>
          <w:right w:val="single" w:sz="8" w:space="0" w:color="FCC77E" w:themeColor="accent2" w:themeTint="BF"/>
          <w:insideH w:val="nil"/>
          <w:insideV w:val="nil"/>
        </w:tcBorders>
        <w:shd w:val="clear" w:color="auto" w:fill="FCB654" w:themeFill="accent2"/>
      </w:tcPr>
    </w:tblStylePr>
    <w:tblStylePr w:type="lastRow">
      <w:pPr>
        <w:spacing w:before="0" w:after="0" w:line="240" w:lineRule="auto"/>
      </w:pPr>
      <w:rPr>
        <w:b/>
        <w:bCs/>
      </w:rPr>
      <w:tblPr/>
      <w:tcPr>
        <w:tcBorders>
          <w:top w:val="double" w:sz="6" w:space="0" w:color="FCC77E" w:themeColor="accent2" w:themeTint="BF"/>
          <w:left w:val="single" w:sz="8" w:space="0" w:color="FCC77E" w:themeColor="accent2" w:themeTint="BF"/>
          <w:bottom w:val="single" w:sz="8" w:space="0" w:color="FCC77E" w:themeColor="accent2" w:themeTint="BF"/>
          <w:right w:val="single" w:sz="8" w:space="0" w:color="FCC7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ECD4" w:themeFill="accent2" w:themeFillTint="3F"/>
      </w:tcPr>
    </w:tblStylePr>
    <w:tblStylePr w:type="band1Horz">
      <w:tblPr/>
      <w:tcPr>
        <w:tcBorders>
          <w:insideH w:val="nil"/>
          <w:insideV w:val="nil"/>
        </w:tcBorders>
        <w:shd w:val="clear" w:color="auto" w:fill="FEECD4"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F48FA7" w:themeColor="accent3" w:themeTint="BF"/>
        <w:left w:val="single" w:sz="8" w:space="0" w:color="F48FA7" w:themeColor="accent3" w:themeTint="BF"/>
        <w:bottom w:val="single" w:sz="8" w:space="0" w:color="F48FA7" w:themeColor="accent3" w:themeTint="BF"/>
        <w:right w:val="single" w:sz="8" w:space="0" w:color="F48FA7" w:themeColor="accent3" w:themeTint="BF"/>
        <w:insideH w:val="single" w:sz="8" w:space="0" w:color="F48FA7" w:themeColor="accent3" w:themeTint="BF"/>
      </w:tblBorders>
    </w:tblPr>
    <w:tblStylePr w:type="firstRow">
      <w:pPr>
        <w:spacing w:before="0" w:after="0" w:line="240" w:lineRule="auto"/>
      </w:pPr>
      <w:rPr>
        <w:b/>
        <w:bCs/>
        <w:color w:val="FFFFFF" w:themeColor="background1"/>
      </w:rPr>
      <w:tblPr/>
      <w:tcPr>
        <w:tcBorders>
          <w:top w:val="single" w:sz="8" w:space="0" w:color="F48FA7" w:themeColor="accent3" w:themeTint="BF"/>
          <w:left w:val="single" w:sz="8" w:space="0" w:color="F48FA7" w:themeColor="accent3" w:themeTint="BF"/>
          <w:bottom w:val="single" w:sz="8" w:space="0" w:color="F48FA7" w:themeColor="accent3" w:themeTint="BF"/>
          <w:right w:val="single" w:sz="8" w:space="0" w:color="F48FA7" w:themeColor="accent3" w:themeTint="BF"/>
          <w:insideH w:val="nil"/>
          <w:insideV w:val="nil"/>
        </w:tcBorders>
        <w:shd w:val="clear" w:color="auto" w:fill="F16A8B" w:themeFill="accent3"/>
      </w:tcPr>
    </w:tblStylePr>
    <w:tblStylePr w:type="lastRow">
      <w:pPr>
        <w:spacing w:before="0" w:after="0" w:line="240" w:lineRule="auto"/>
      </w:pPr>
      <w:rPr>
        <w:b/>
        <w:bCs/>
      </w:rPr>
      <w:tblPr/>
      <w:tcPr>
        <w:tcBorders>
          <w:top w:val="double" w:sz="6" w:space="0" w:color="F48FA7" w:themeColor="accent3" w:themeTint="BF"/>
          <w:left w:val="single" w:sz="8" w:space="0" w:color="F48FA7" w:themeColor="accent3" w:themeTint="BF"/>
          <w:bottom w:val="single" w:sz="8" w:space="0" w:color="F48FA7" w:themeColor="accent3" w:themeTint="BF"/>
          <w:right w:val="single" w:sz="8" w:space="0" w:color="F48FA7"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AE2" w:themeFill="accent3" w:themeFillTint="3F"/>
      </w:tcPr>
    </w:tblStylePr>
    <w:tblStylePr w:type="band1Horz">
      <w:tblPr/>
      <w:tcPr>
        <w:tcBorders>
          <w:insideH w:val="nil"/>
          <w:insideV w:val="nil"/>
        </w:tcBorders>
        <w:shd w:val="clear" w:color="auto" w:fill="FBDAE2"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CD177" w:themeColor="accent4" w:themeTint="BF"/>
        <w:left w:val="single" w:sz="8" w:space="0" w:color="9CD177" w:themeColor="accent4" w:themeTint="BF"/>
        <w:bottom w:val="single" w:sz="8" w:space="0" w:color="9CD177" w:themeColor="accent4" w:themeTint="BF"/>
        <w:right w:val="single" w:sz="8" w:space="0" w:color="9CD177" w:themeColor="accent4" w:themeTint="BF"/>
        <w:insideH w:val="single" w:sz="8" w:space="0" w:color="9CD177" w:themeColor="accent4" w:themeTint="BF"/>
      </w:tblBorders>
    </w:tblPr>
    <w:tblStylePr w:type="firstRow">
      <w:pPr>
        <w:spacing w:before="0" w:after="0" w:line="240" w:lineRule="auto"/>
      </w:pPr>
      <w:rPr>
        <w:b/>
        <w:bCs/>
        <w:color w:val="FFFFFF" w:themeColor="background1"/>
      </w:rPr>
      <w:tblPr/>
      <w:tcPr>
        <w:tcBorders>
          <w:top w:val="single" w:sz="8" w:space="0" w:color="9CD177" w:themeColor="accent4" w:themeTint="BF"/>
          <w:left w:val="single" w:sz="8" w:space="0" w:color="9CD177" w:themeColor="accent4" w:themeTint="BF"/>
          <w:bottom w:val="single" w:sz="8" w:space="0" w:color="9CD177" w:themeColor="accent4" w:themeTint="BF"/>
          <w:right w:val="single" w:sz="8" w:space="0" w:color="9CD177" w:themeColor="accent4" w:themeTint="BF"/>
          <w:insideH w:val="nil"/>
          <w:insideV w:val="nil"/>
        </w:tcBorders>
        <w:shd w:val="clear" w:color="auto" w:fill="7BC24A" w:themeFill="accent4"/>
      </w:tcPr>
    </w:tblStylePr>
    <w:tblStylePr w:type="lastRow">
      <w:pPr>
        <w:spacing w:before="0" w:after="0" w:line="240" w:lineRule="auto"/>
      </w:pPr>
      <w:rPr>
        <w:b/>
        <w:bCs/>
      </w:rPr>
      <w:tblPr/>
      <w:tcPr>
        <w:tcBorders>
          <w:top w:val="double" w:sz="6" w:space="0" w:color="9CD177" w:themeColor="accent4" w:themeTint="BF"/>
          <w:left w:val="single" w:sz="8" w:space="0" w:color="9CD177" w:themeColor="accent4" w:themeTint="BF"/>
          <w:bottom w:val="single" w:sz="8" w:space="0" w:color="9CD177" w:themeColor="accent4" w:themeTint="BF"/>
          <w:right w:val="single" w:sz="8" w:space="0" w:color="9CD177"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F0D2" w:themeFill="accent4" w:themeFillTint="3F"/>
      </w:tcPr>
    </w:tblStylePr>
    <w:tblStylePr w:type="band1Horz">
      <w:tblPr/>
      <w:tcPr>
        <w:tcBorders>
          <w:insideH w:val="nil"/>
          <w:insideV w:val="nil"/>
        </w:tcBorders>
        <w:shd w:val="clear" w:color="auto" w:fill="DEF0D2"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36DCD8" w:themeColor="accent5" w:themeTint="BF"/>
        <w:left w:val="single" w:sz="8" w:space="0" w:color="36DCD8" w:themeColor="accent5" w:themeTint="BF"/>
        <w:bottom w:val="single" w:sz="8" w:space="0" w:color="36DCD8" w:themeColor="accent5" w:themeTint="BF"/>
        <w:right w:val="single" w:sz="8" w:space="0" w:color="36DCD8" w:themeColor="accent5" w:themeTint="BF"/>
        <w:insideH w:val="single" w:sz="8" w:space="0" w:color="36DCD8" w:themeColor="accent5" w:themeTint="BF"/>
      </w:tblBorders>
    </w:tblPr>
    <w:tblStylePr w:type="firstRow">
      <w:pPr>
        <w:spacing w:before="0" w:after="0" w:line="240" w:lineRule="auto"/>
      </w:pPr>
      <w:rPr>
        <w:b/>
        <w:bCs/>
        <w:color w:val="FFFFFF" w:themeColor="background1"/>
      </w:rPr>
      <w:tblPr/>
      <w:tcPr>
        <w:tcBorders>
          <w:top w:val="single" w:sz="8" w:space="0" w:color="36DCD8" w:themeColor="accent5" w:themeTint="BF"/>
          <w:left w:val="single" w:sz="8" w:space="0" w:color="36DCD8" w:themeColor="accent5" w:themeTint="BF"/>
          <w:bottom w:val="single" w:sz="8" w:space="0" w:color="36DCD8" w:themeColor="accent5" w:themeTint="BF"/>
          <w:right w:val="single" w:sz="8" w:space="0" w:color="36DCD8" w:themeColor="accent5" w:themeTint="BF"/>
          <w:insideH w:val="nil"/>
          <w:insideV w:val="nil"/>
        </w:tcBorders>
        <w:shd w:val="clear" w:color="auto" w:fill="1DA8A5" w:themeFill="accent5"/>
      </w:tcPr>
    </w:tblStylePr>
    <w:tblStylePr w:type="lastRow">
      <w:pPr>
        <w:spacing w:before="0" w:after="0" w:line="240" w:lineRule="auto"/>
      </w:pPr>
      <w:rPr>
        <w:b/>
        <w:bCs/>
      </w:rPr>
      <w:tblPr/>
      <w:tcPr>
        <w:tcBorders>
          <w:top w:val="double" w:sz="6" w:space="0" w:color="36DCD8" w:themeColor="accent5" w:themeTint="BF"/>
          <w:left w:val="single" w:sz="8" w:space="0" w:color="36DCD8" w:themeColor="accent5" w:themeTint="BF"/>
          <w:bottom w:val="single" w:sz="8" w:space="0" w:color="36DCD8" w:themeColor="accent5" w:themeTint="BF"/>
          <w:right w:val="single" w:sz="8" w:space="0" w:color="36DCD8" w:themeColor="accent5" w:themeTint="BF"/>
          <w:insideH w:val="nil"/>
          <w:insideV w:val="nil"/>
        </w:tcBorders>
      </w:tcPr>
    </w:tblStylePr>
    <w:tblStylePr w:type="firstCol">
      <w:rPr>
        <w:b/>
        <w:bCs/>
      </w:rPr>
    </w:tblStylePr>
    <w:tblStylePr w:type="lastCol">
      <w:rPr>
        <w:b/>
        <w:bCs/>
      </w:rPr>
    </w:tblStylePr>
    <w:tblStylePr w:type="band1Vert">
      <w:tblPr/>
      <w:tcPr>
        <w:shd w:val="clear" w:color="auto" w:fill="BDF3F2" w:themeFill="accent5" w:themeFillTint="3F"/>
      </w:tcPr>
    </w:tblStylePr>
    <w:tblStylePr w:type="band1Horz">
      <w:tblPr/>
      <w:tcPr>
        <w:tcBorders>
          <w:insideH w:val="nil"/>
          <w:insideV w:val="nil"/>
        </w:tcBorders>
        <w:shd w:val="clear" w:color="auto" w:fill="BDF3F2"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CC77E" w:themeColor="accent6" w:themeTint="BF"/>
        <w:left w:val="single" w:sz="8" w:space="0" w:color="FCC77E" w:themeColor="accent6" w:themeTint="BF"/>
        <w:bottom w:val="single" w:sz="8" w:space="0" w:color="FCC77E" w:themeColor="accent6" w:themeTint="BF"/>
        <w:right w:val="single" w:sz="8" w:space="0" w:color="FCC77E" w:themeColor="accent6" w:themeTint="BF"/>
        <w:insideH w:val="single" w:sz="8" w:space="0" w:color="FCC77E" w:themeColor="accent6" w:themeTint="BF"/>
      </w:tblBorders>
    </w:tblPr>
    <w:tblStylePr w:type="firstRow">
      <w:pPr>
        <w:spacing w:before="0" w:after="0" w:line="240" w:lineRule="auto"/>
      </w:pPr>
      <w:rPr>
        <w:b/>
        <w:bCs/>
        <w:color w:val="FFFFFF" w:themeColor="background1"/>
      </w:rPr>
      <w:tblPr/>
      <w:tcPr>
        <w:tcBorders>
          <w:top w:val="single" w:sz="8" w:space="0" w:color="FCC77E" w:themeColor="accent6" w:themeTint="BF"/>
          <w:left w:val="single" w:sz="8" w:space="0" w:color="FCC77E" w:themeColor="accent6" w:themeTint="BF"/>
          <w:bottom w:val="single" w:sz="8" w:space="0" w:color="FCC77E" w:themeColor="accent6" w:themeTint="BF"/>
          <w:right w:val="single" w:sz="8" w:space="0" w:color="FCC77E" w:themeColor="accent6" w:themeTint="BF"/>
          <w:insideH w:val="nil"/>
          <w:insideV w:val="nil"/>
        </w:tcBorders>
        <w:shd w:val="clear" w:color="auto" w:fill="FCB654" w:themeFill="accent6"/>
      </w:tcPr>
    </w:tblStylePr>
    <w:tblStylePr w:type="lastRow">
      <w:pPr>
        <w:spacing w:before="0" w:after="0" w:line="240" w:lineRule="auto"/>
      </w:pPr>
      <w:rPr>
        <w:b/>
        <w:bCs/>
      </w:rPr>
      <w:tblPr/>
      <w:tcPr>
        <w:tcBorders>
          <w:top w:val="double" w:sz="6" w:space="0" w:color="FCC77E" w:themeColor="accent6" w:themeTint="BF"/>
          <w:left w:val="single" w:sz="8" w:space="0" w:color="FCC77E" w:themeColor="accent6" w:themeTint="BF"/>
          <w:bottom w:val="single" w:sz="8" w:space="0" w:color="FCC77E" w:themeColor="accent6" w:themeTint="BF"/>
          <w:right w:val="single" w:sz="8" w:space="0" w:color="FCC7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ECD4" w:themeFill="accent6" w:themeFillTint="3F"/>
      </w:tcPr>
    </w:tblStylePr>
    <w:tblStylePr w:type="band1Horz">
      <w:tblPr/>
      <w:tcPr>
        <w:tcBorders>
          <w:insideH w:val="nil"/>
          <w:insideV w:val="nil"/>
        </w:tcBorders>
        <w:shd w:val="clear" w:color="auto" w:fill="FEECD4"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A8A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DA8A5" w:themeFill="accent1"/>
      </w:tcPr>
    </w:tblStylePr>
    <w:tblStylePr w:type="lastCol">
      <w:rPr>
        <w:b/>
        <w:bCs/>
        <w:color w:val="FFFFFF" w:themeColor="background1"/>
      </w:rPr>
      <w:tblPr/>
      <w:tcPr>
        <w:tcBorders>
          <w:left w:val="nil"/>
          <w:right w:val="nil"/>
          <w:insideH w:val="nil"/>
          <w:insideV w:val="nil"/>
        </w:tcBorders>
        <w:shd w:val="clear" w:color="auto" w:fill="1DA8A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CB65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CB654" w:themeFill="accent2"/>
      </w:tcPr>
    </w:tblStylePr>
    <w:tblStylePr w:type="lastCol">
      <w:rPr>
        <w:b/>
        <w:bCs/>
        <w:color w:val="FFFFFF" w:themeColor="background1"/>
      </w:rPr>
      <w:tblPr/>
      <w:tcPr>
        <w:tcBorders>
          <w:left w:val="nil"/>
          <w:right w:val="nil"/>
          <w:insideH w:val="nil"/>
          <w:insideV w:val="nil"/>
        </w:tcBorders>
        <w:shd w:val="clear" w:color="auto" w:fill="FCB65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16A8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16A8B" w:themeFill="accent3"/>
      </w:tcPr>
    </w:tblStylePr>
    <w:tblStylePr w:type="lastCol">
      <w:rPr>
        <w:b/>
        <w:bCs/>
        <w:color w:val="FFFFFF" w:themeColor="background1"/>
      </w:rPr>
      <w:tblPr/>
      <w:tcPr>
        <w:tcBorders>
          <w:left w:val="nil"/>
          <w:right w:val="nil"/>
          <w:insideH w:val="nil"/>
          <w:insideV w:val="nil"/>
        </w:tcBorders>
        <w:shd w:val="clear" w:color="auto" w:fill="F16A8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BC24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BC24A" w:themeFill="accent4"/>
      </w:tcPr>
    </w:tblStylePr>
    <w:tblStylePr w:type="lastCol">
      <w:rPr>
        <w:b/>
        <w:bCs/>
        <w:color w:val="FFFFFF" w:themeColor="background1"/>
      </w:rPr>
      <w:tblPr/>
      <w:tcPr>
        <w:tcBorders>
          <w:left w:val="nil"/>
          <w:right w:val="nil"/>
          <w:insideH w:val="nil"/>
          <w:insideV w:val="nil"/>
        </w:tcBorders>
        <w:shd w:val="clear" w:color="auto" w:fill="7BC24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A8A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DA8A5" w:themeFill="accent5"/>
      </w:tcPr>
    </w:tblStylePr>
    <w:tblStylePr w:type="lastCol">
      <w:rPr>
        <w:b/>
        <w:bCs/>
        <w:color w:val="FFFFFF" w:themeColor="background1"/>
      </w:rPr>
      <w:tblPr/>
      <w:tcPr>
        <w:tcBorders>
          <w:left w:val="nil"/>
          <w:right w:val="nil"/>
          <w:insideH w:val="nil"/>
          <w:insideV w:val="nil"/>
        </w:tcBorders>
        <w:shd w:val="clear" w:color="auto" w:fill="1DA8A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CB65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CB654" w:themeFill="accent6"/>
      </w:tcPr>
    </w:tblStylePr>
    <w:tblStylePr w:type="lastCol">
      <w:rPr>
        <w:b/>
        <w:bCs/>
        <w:color w:val="FFFFFF" w:themeColor="background1"/>
      </w:rPr>
      <w:tblPr/>
      <w:tcPr>
        <w:tcBorders>
          <w:left w:val="nil"/>
          <w:right w:val="nil"/>
          <w:insideH w:val="nil"/>
          <w:insideV w:val="nil"/>
        </w:tcBorders>
        <w:shd w:val="clear" w:color="auto" w:fill="FCB65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1DA8A5" w:themeColor="accent1"/>
        <w:bottom w:val="single" w:sz="8" w:space="0" w:color="1DA8A5" w:themeColor="accent1"/>
      </w:tblBorders>
    </w:tblPr>
    <w:tblStylePr w:type="firstRow">
      <w:rPr>
        <w:rFonts w:asciiTheme="majorHAnsi" w:eastAsiaTheme="majorEastAsia" w:hAnsiTheme="majorHAnsi" w:cstheme="majorBidi"/>
      </w:rPr>
      <w:tblPr/>
      <w:tcPr>
        <w:tcBorders>
          <w:top w:val="nil"/>
          <w:bottom w:val="single" w:sz="8" w:space="0" w:color="1DA8A5" w:themeColor="accent1"/>
        </w:tcBorders>
      </w:tcPr>
    </w:tblStylePr>
    <w:tblStylePr w:type="lastRow">
      <w:rPr>
        <w:b/>
        <w:bCs/>
        <w:color w:val="0E2841" w:themeColor="text2"/>
      </w:rPr>
      <w:tblPr/>
      <w:tcPr>
        <w:tcBorders>
          <w:top w:val="single" w:sz="8" w:space="0" w:color="1DA8A5" w:themeColor="accent1"/>
          <w:bottom w:val="single" w:sz="8" w:space="0" w:color="1DA8A5" w:themeColor="accent1"/>
        </w:tcBorders>
      </w:tcPr>
    </w:tblStylePr>
    <w:tblStylePr w:type="firstCol">
      <w:rPr>
        <w:b/>
        <w:bCs/>
      </w:rPr>
    </w:tblStylePr>
    <w:tblStylePr w:type="lastCol">
      <w:rPr>
        <w:b/>
        <w:bCs/>
      </w:rPr>
      <w:tblPr/>
      <w:tcPr>
        <w:tcBorders>
          <w:top w:val="single" w:sz="8" w:space="0" w:color="1DA8A5" w:themeColor="accent1"/>
          <w:bottom w:val="single" w:sz="8" w:space="0" w:color="1DA8A5" w:themeColor="accent1"/>
        </w:tcBorders>
      </w:tcPr>
    </w:tblStylePr>
    <w:tblStylePr w:type="band1Vert">
      <w:tblPr/>
      <w:tcPr>
        <w:shd w:val="clear" w:color="auto" w:fill="BDF3F2" w:themeFill="accent1" w:themeFillTint="3F"/>
      </w:tcPr>
    </w:tblStylePr>
    <w:tblStylePr w:type="band1Horz">
      <w:tblPr/>
      <w:tcPr>
        <w:shd w:val="clear" w:color="auto" w:fill="BDF3F2"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FCB654" w:themeColor="accent2"/>
        <w:bottom w:val="single" w:sz="8" w:space="0" w:color="FCB654" w:themeColor="accent2"/>
      </w:tblBorders>
    </w:tblPr>
    <w:tblStylePr w:type="firstRow">
      <w:rPr>
        <w:rFonts w:asciiTheme="majorHAnsi" w:eastAsiaTheme="majorEastAsia" w:hAnsiTheme="majorHAnsi" w:cstheme="majorBidi"/>
      </w:rPr>
      <w:tblPr/>
      <w:tcPr>
        <w:tcBorders>
          <w:top w:val="nil"/>
          <w:bottom w:val="single" w:sz="8" w:space="0" w:color="FCB654" w:themeColor="accent2"/>
        </w:tcBorders>
      </w:tcPr>
    </w:tblStylePr>
    <w:tblStylePr w:type="lastRow">
      <w:rPr>
        <w:b/>
        <w:bCs/>
        <w:color w:val="0E2841" w:themeColor="text2"/>
      </w:rPr>
      <w:tblPr/>
      <w:tcPr>
        <w:tcBorders>
          <w:top w:val="single" w:sz="8" w:space="0" w:color="FCB654" w:themeColor="accent2"/>
          <w:bottom w:val="single" w:sz="8" w:space="0" w:color="FCB654" w:themeColor="accent2"/>
        </w:tcBorders>
      </w:tcPr>
    </w:tblStylePr>
    <w:tblStylePr w:type="firstCol">
      <w:rPr>
        <w:b/>
        <w:bCs/>
      </w:rPr>
    </w:tblStylePr>
    <w:tblStylePr w:type="lastCol">
      <w:rPr>
        <w:b/>
        <w:bCs/>
      </w:rPr>
      <w:tblPr/>
      <w:tcPr>
        <w:tcBorders>
          <w:top w:val="single" w:sz="8" w:space="0" w:color="FCB654" w:themeColor="accent2"/>
          <w:bottom w:val="single" w:sz="8" w:space="0" w:color="FCB654" w:themeColor="accent2"/>
        </w:tcBorders>
      </w:tcPr>
    </w:tblStylePr>
    <w:tblStylePr w:type="band1Vert">
      <w:tblPr/>
      <w:tcPr>
        <w:shd w:val="clear" w:color="auto" w:fill="FEECD4" w:themeFill="accent2" w:themeFillTint="3F"/>
      </w:tcPr>
    </w:tblStylePr>
    <w:tblStylePr w:type="band1Horz">
      <w:tblPr/>
      <w:tcPr>
        <w:shd w:val="clear" w:color="auto" w:fill="FEECD4"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F16A8B" w:themeColor="accent3"/>
        <w:bottom w:val="single" w:sz="8" w:space="0" w:color="F16A8B" w:themeColor="accent3"/>
      </w:tblBorders>
    </w:tblPr>
    <w:tblStylePr w:type="firstRow">
      <w:rPr>
        <w:rFonts w:asciiTheme="majorHAnsi" w:eastAsiaTheme="majorEastAsia" w:hAnsiTheme="majorHAnsi" w:cstheme="majorBidi"/>
      </w:rPr>
      <w:tblPr/>
      <w:tcPr>
        <w:tcBorders>
          <w:top w:val="nil"/>
          <w:bottom w:val="single" w:sz="8" w:space="0" w:color="F16A8B" w:themeColor="accent3"/>
        </w:tcBorders>
      </w:tcPr>
    </w:tblStylePr>
    <w:tblStylePr w:type="lastRow">
      <w:rPr>
        <w:b/>
        <w:bCs/>
        <w:color w:val="0E2841" w:themeColor="text2"/>
      </w:rPr>
      <w:tblPr/>
      <w:tcPr>
        <w:tcBorders>
          <w:top w:val="single" w:sz="8" w:space="0" w:color="F16A8B" w:themeColor="accent3"/>
          <w:bottom w:val="single" w:sz="8" w:space="0" w:color="F16A8B" w:themeColor="accent3"/>
        </w:tcBorders>
      </w:tcPr>
    </w:tblStylePr>
    <w:tblStylePr w:type="firstCol">
      <w:rPr>
        <w:b/>
        <w:bCs/>
      </w:rPr>
    </w:tblStylePr>
    <w:tblStylePr w:type="lastCol">
      <w:rPr>
        <w:b/>
        <w:bCs/>
      </w:rPr>
      <w:tblPr/>
      <w:tcPr>
        <w:tcBorders>
          <w:top w:val="single" w:sz="8" w:space="0" w:color="F16A8B" w:themeColor="accent3"/>
          <w:bottom w:val="single" w:sz="8" w:space="0" w:color="F16A8B" w:themeColor="accent3"/>
        </w:tcBorders>
      </w:tcPr>
    </w:tblStylePr>
    <w:tblStylePr w:type="band1Vert">
      <w:tblPr/>
      <w:tcPr>
        <w:shd w:val="clear" w:color="auto" w:fill="FBDAE2" w:themeFill="accent3" w:themeFillTint="3F"/>
      </w:tcPr>
    </w:tblStylePr>
    <w:tblStylePr w:type="band1Horz">
      <w:tblPr/>
      <w:tcPr>
        <w:shd w:val="clear" w:color="auto" w:fill="FBDAE2"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7BC24A" w:themeColor="accent4"/>
        <w:bottom w:val="single" w:sz="8" w:space="0" w:color="7BC24A" w:themeColor="accent4"/>
      </w:tblBorders>
    </w:tblPr>
    <w:tblStylePr w:type="firstRow">
      <w:rPr>
        <w:rFonts w:asciiTheme="majorHAnsi" w:eastAsiaTheme="majorEastAsia" w:hAnsiTheme="majorHAnsi" w:cstheme="majorBidi"/>
      </w:rPr>
      <w:tblPr/>
      <w:tcPr>
        <w:tcBorders>
          <w:top w:val="nil"/>
          <w:bottom w:val="single" w:sz="8" w:space="0" w:color="7BC24A" w:themeColor="accent4"/>
        </w:tcBorders>
      </w:tcPr>
    </w:tblStylePr>
    <w:tblStylePr w:type="lastRow">
      <w:rPr>
        <w:b/>
        <w:bCs/>
        <w:color w:val="0E2841" w:themeColor="text2"/>
      </w:rPr>
      <w:tblPr/>
      <w:tcPr>
        <w:tcBorders>
          <w:top w:val="single" w:sz="8" w:space="0" w:color="7BC24A" w:themeColor="accent4"/>
          <w:bottom w:val="single" w:sz="8" w:space="0" w:color="7BC24A" w:themeColor="accent4"/>
        </w:tcBorders>
      </w:tcPr>
    </w:tblStylePr>
    <w:tblStylePr w:type="firstCol">
      <w:rPr>
        <w:b/>
        <w:bCs/>
      </w:rPr>
    </w:tblStylePr>
    <w:tblStylePr w:type="lastCol">
      <w:rPr>
        <w:b/>
        <w:bCs/>
      </w:rPr>
      <w:tblPr/>
      <w:tcPr>
        <w:tcBorders>
          <w:top w:val="single" w:sz="8" w:space="0" w:color="7BC24A" w:themeColor="accent4"/>
          <w:bottom w:val="single" w:sz="8" w:space="0" w:color="7BC24A" w:themeColor="accent4"/>
        </w:tcBorders>
      </w:tcPr>
    </w:tblStylePr>
    <w:tblStylePr w:type="band1Vert">
      <w:tblPr/>
      <w:tcPr>
        <w:shd w:val="clear" w:color="auto" w:fill="DEF0D2" w:themeFill="accent4" w:themeFillTint="3F"/>
      </w:tcPr>
    </w:tblStylePr>
    <w:tblStylePr w:type="band1Horz">
      <w:tblPr/>
      <w:tcPr>
        <w:shd w:val="clear" w:color="auto" w:fill="DEF0D2"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1DA8A5" w:themeColor="accent5"/>
        <w:bottom w:val="single" w:sz="8" w:space="0" w:color="1DA8A5" w:themeColor="accent5"/>
      </w:tblBorders>
    </w:tblPr>
    <w:tblStylePr w:type="firstRow">
      <w:rPr>
        <w:rFonts w:asciiTheme="majorHAnsi" w:eastAsiaTheme="majorEastAsia" w:hAnsiTheme="majorHAnsi" w:cstheme="majorBidi"/>
      </w:rPr>
      <w:tblPr/>
      <w:tcPr>
        <w:tcBorders>
          <w:top w:val="nil"/>
          <w:bottom w:val="single" w:sz="8" w:space="0" w:color="1DA8A5" w:themeColor="accent5"/>
        </w:tcBorders>
      </w:tcPr>
    </w:tblStylePr>
    <w:tblStylePr w:type="lastRow">
      <w:rPr>
        <w:b/>
        <w:bCs/>
        <w:color w:val="0E2841" w:themeColor="text2"/>
      </w:rPr>
      <w:tblPr/>
      <w:tcPr>
        <w:tcBorders>
          <w:top w:val="single" w:sz="8" w:space="0" w:color="1DA8A5" w:themeColor="accent5"/>
          <w:bottom w:val="single" w:sz="8" w:space="0" w:color="1DA8A5" w:themeColor="accent5"/>
        </w:tcBorders>
      </w:tcPr>
    </w:tblStylePr>
    <w:tblStylePr w:type="firstCol">
      <w:rPr>
        <w:b/>
        <w:bCs/>
      </w:rPr>
    </w:tblStylePr>
    <w:tblStylePr w:type="lastCol">
      <w:rPr>
        <w:b/>
        <w:bCs/>
      </w:rPr>
      <w:tblPr/>
      <w:tcPr>
        <w:tcBorders>
          <w:top w:val="single" w:sz="8" w:space="0" w:color="1DA8A5" w:themeColor="accent5"/>
          <w:bottom w:val="single" w:sz="8" w:space="0" w:color="1DA8A5" w:themeColor="accent5"/>
        </w:tcBorders>
      </w:tcPr>
    </w:tblStylePr>
    <w:tblStylePr w:type="band1Vert">
      <w:tblPr/>
      <w:tcPr>
        <w:shd w:val="clear" w:color="auto" w:fill="BDF3F2" w:themeFill="accent5" w:themeFillTint="3F"/>
      </w:tcPr>
    </w:tblStylePr>
    <w:tblStylePr w:type="band1Horz">
      <w:tblPr/>
      <w:tcPr>
        <w:shd w:val="clear" w:color="auto" w:fill="BDF3F2"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CB654" w:themeColor="accent6"/>
        <w:bottom w:val="single" w:sz="8" w:space="0" w:color="FCB654" w:themeColor="accent6"/>
      </w:tblBorders>
    </w:tblPr>
    <w:tblStylePr w:type="firstRow">
      <w:rPr>
        <w:rFonts w:asciiTheme="majorHAnsi" w:eastAsiaTheme="majorEastAsia" w:hAnsiTheme="majorHAnsi" w:cstheme="majorBidi"/>
      </w:rPr>
      <w:tblPr/>
      <w:tcPr>
        <w:tcBorders>
          <w:top w:val="nil"/>
          <w:bottom w:val="single" w:sz="8" w:space="0" w:color="FCB654" w:themeColor="accent6"/>
        </w:tcBorders>
      </w:tcPr>
    </w:tblStylePr>
    <w:tblStylePr w:type="lastRow">
      <w:rPr>
        <w:b/>
        <w:bCs/>
        <w:color w:val="0E2841" w:themeColor="text2"/>
      </w:rPr>
      <w:tblPr/>
      <w:tcPr>
        <w:tcBorders>
          <w:top w:val="single" w:sz="8" w:space="0" w:color="FCB654" w:themeColor="accent6"/>
          <w:bottom w:val="single" w:sz="8" w:space="0" w:color="FCB654" w:themeColor="accent6"/>
        </w:tcBorders>
      </w:tcPr>
    </w:tblStylePr>
    <w:tblStylePr w:type="firstCol">
      <w:rPr>
        <w:b/>
        <w:bCs/>
      </w:rPr>
    </w:tblStylePr>
    <w:tblStylePr w:type="lastCol">
      <w:rPr>
        <w:b/>
        <w:bCs/>
      </w:rPr>
      <w:tblPr/>
      <w:tcPr>
        <w:tcBorders>
          <w:top w:val="single" w:sz="8" w:space="0" w:color="FCB654" w:themeColor="accent6"/>
          <w:bottom w:val="single" w:sz="8" w:space="0" w:color="FCB654" w:themeColor="accent6"/>
        </w:tcBorders>
      </w:tcPr>
    </w:tblStylePr>
    <w:tblStylePr w:type="band1Vert">
      <w:tblPr/>
      <w:tcPr>
        <w:shd w:val="clear" w:color="auto" w:fill="FEECD4" w:themeFill="accent6" w:themeFillTint="3F"/>
      </w:tcPr>
    </w:tblStylePr>
    <w:tblStylePr w:type="band1Horz">
      <w:tblPr/>
      <w:tcPr>
        <w:shd w:val="clear" w:color="auto" w:fill="FEECD4"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DA8A5" w:themeColor="accent1"/>
        <w:left w:val="single" w:sz="8" w:space="0" w:color="1DA8A5" w:themeColor="accent1"/>
        <w:bottom w:val="single" w:sz="8" w:space="0" w:color="1DA8A5" w:themeColor="accent1"/>
        <w:right w:val="single" w:sz="8" w:space="0" w:color="1DA8A5" w:themeColor="accent1"/>
      </w:tblBorders>
    </w:tblPr>
    <w:tblStylePr w:type="firstRow">
      <w:rPr>
        <w:sz w:val="24"/>
        <w:szCs w:val="24"/>
      </w:rPr>
      <w:tblPr/>
      <w:tcPr>
        <w:tcBorders>
          <w:top w:val="nil"/>
          <w:left w:val="nil"/>
          <w:bottom w:val="single" w:sz="24" w:space="0" w:color="1DA8A5" w:themeColor="accent1"/>
          <w:right w:val="nil"/>
          <w:insideH w:val="nil"/>
          <w:insideV w:val="nil"/>
        </w:tcBorders>
        <w:shd w:val="clear" w:color="auto" w:fill="FFFFFF" w:themeFill="background1"/>
      </w:tcPr>
    </w:tblStylePr>
    <w:tblStylePr w:type="lastRow">
      <w:tblPr/>
      <w:tcPr>
        <w:tcBorders>
          <w:top w:val="single" w:sz="8" w:space="0" w:color="1DA8A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A8A5" w:themeColor="accent1"/>
          <w:insideH w:val="nil"/>
          <w:insideV w:val="nil"/>
        </w:tcBorders>
        <w:shd w:val="clear" w:color="auto" w:fill="FFFFFF" w:themeFill="background1"/>
      </w:tcPr>
    </w:tblStylePr>
    <w:tblStylePr w:type="lastCol">
      <w:tblPr/>
      <w:tcPr>
        <w:tcBorders>
          <w:top w:val="nil"/>
          <w:left w:val="single" w:sz="8" w:space="0" w:color="1DA8A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3F2" w:themeFill="accent1" w:themeFillTint="3F"/>
      </w:tcPr>
    </w:tblStylePr>
    <w:tblStylePr w:type="band1Horz">
      <w:tblPr/>
      <w:tcPr>
        <w:tcBorders>
          <w:top w:val="nil"/>
          <w:bottom w:val="nil"/>
          <w:insideH w:val="nil"/>
          <w:insideV w:val="nil"/>
        </w:tcBorders>
        <w:shd w:val="clear" w:color="auto" w:fill="BDF3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B654" w:themeColor="accent2"/>
        <w:left w:val="single" w:sz="8" w:space="0" w:color="FCB654" w:themeColor="accent2"/>
        <w:bottom w:val="single" w:sz="8" w:space="0" w:color="FCB654" w:themeColor="accent2"/>
        <w:right w:val="single" w:sz="8" w:space="0" w:color="FCB654" w:themeColor="accent2"/>
      </w:tblBorders>
    </w:tblPr>
    <w:tblStylePr w:type="firstRow">
      <w:rPr>
        <w:sz w:val="24"/>
        <w:szCs w:val="24"/>
      </w:rPr>
      <w:tblPr/>
      <w:tcPr>
        <w:tcBorders>
          <w:top w:val="nil"/>
          <w:left w:val="nil"/>
          <w:bottom w:val="single" w:sz="24" w:space="0" w:color="FCB654" w:themeColor="accent2"/>
          <w:right w:val="nil"/>
          <w:insideH w:val="nil"/>
          <w:insideV w:val="nil"/>
        </w:tcBorders>
        <w:shd w:val="clear" w:color="auto" w:fill="FFFFFF" w:themeFill="background1"/>
      </w:tcPr>
    </w:tblStylePr>
    <w:tblStylePr w:type="lastRow">
      <w:tblPr/>
      <w:tcPr>
        <w:tcBorders>
          <w:top w:val="single" w:sz="8" w:space="0" w:color="FCB65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B654" w:themeColor="accent2"/>
          <w:insideH w:val="nil"/>
          <w:insideV w:val="nil"/>
        </w:tcBorders>
        <w:shd w:val="clear" w:color="auto" w:fill="FFFFFF" w:themeFill="background1"/>
      </w:tcPr>
    </w:tblStylePr>
    <w:tblStylePr w:type="lastCol">
      <w:tblPr/>
      <w:tcPr>
        <w:tcBorders>
          <w:top w:val="nil"/>
          <w:left w:val="single" w:sz="8" w:space="0" w:color="FCB65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CD4" w:themeFill="accent2" w:themeFillTint="3F"/>
      </w:tcPr>
    </w:tblStylePr>
    <w:tblStylePr w:type="band1Horz">
      <w:tblPr/>
      <w:tcPr>
        <w:tcBorders>
          <w:top w:val="nil"/>
          <w:bottom w:val="nil"/>
          <w:insideH w:val="nil"/>
          <w:insideV w:val="nil"/>
        </w:tcBorders>
        <w:shd w:val="clear" w:color="auto" w:fill="FEEC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16A8B" w:themeColor="accent3"/>
        <w:left w:val="single" w:sz="8" w:space="0" w:color="F16A8B" w:themeColor="accent3"/>
        <w:bottom w:val="single" w:sz="8" w:space="0" w:color="F16A8B" w:themeColor="accent3"/>
        <w:right w:val="single" w:sz="8" w:space="0" w:color="F16A8B" w:themeColor="accent3"/>
      </w:tblBorders>
    </w:tblPr>
    <w:tblStylePr w:type="firstRow">
      <w:rPr>
        <w:sz w:val="24"/>
        <w:szCs w:val="24"/>
      </w:rPr>
      <w:tblPr/>
      <w:tcPr>
        <w:tcBorders>
          <w:top w:val="nil"/>
          <w:left w:val="nil"/>
          <w:bottom w:val="single" w:sz="24" w:space="0" w:color="F16A8B" w:themeColor="accent3"/>
          <w:right w:val="nil"/>
          <w:insideH w:val="nil"/>
          <w:insideV w:val="nil"/>
        </w:tcBorders>
        <w:shd w:val="clear" w:color="auto" w:fill="FFFFFF" w:themeFill="background1"/>
      </w:tcPr>
    </w:tblStylePr>
    <w:tblStylePr w:type="lastRow">
      <w:tblPr/>
      <w:tcPr>
        <w:tcBorders>
          <w:top w:val="single" w:sz="8" w:space="0" w:color="F16A8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16A8B" w:themeColor="accent3"/>
          <w:insideH w:val="nil"/>
          <w:insideV w:val="nil"/>
        </w:tcBorders>
        <w:shd w:val="clear" w:color="auto" w:fill="FFFFFF" w:themeFill="background1"/>
      </w:tcPr>
    </w:tblStylePr>
    <w:tblStylePr w:type="lastCol">
      <w:tblPr/>
      <w:tcPr>
        <w:tcBorders>
          <w:top w:val="nil"/>
          <w:left w:val="single" w:sz="8" w:space="0" w:color="F16A8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AE2" w:themeFill="accent3" w:themeFillTint="3F"/>
      </w:tcPr>
    </w:tblStylePr>
    <w:tblStylePr w:type="band1Horz">
      <w:tblPr/>
      <w:tcPr>
        <w:tcBorders>
          <w:top w:val="nil"/>
          <w:bottom w:val="nil"/>
          <w:insideH w:val="nil"/>
          <w:insideV w:val="nil"/>
        </w:tcBorders>
        <w:shd w:val="clear" w:color="auto" w:fill="FBDAE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BC24A" w:themeColor="accent4"/>
        <w:left w:val="single" w:sz="8" w:space="0" w:color="7BC24A" w:themeColor="accent4"/>
        <w:bottom w:val="single" w:sz="8" w:space="0" w:color="7BC24A" w:themeColor="accent4"/>
        <w:right w:val="single" w:sz="8" w:space="0" w:color="7BC24A" w:themeColor="accent4"/>
      </w:tblBorders>
    </w:tblPr>
    <w:tblStylePr w:type="firstRow">
      <w:rPr>
        <w:sz w:val="24"/>
        <w:szCs w:val="24"/>
      </w:rPr>
      <w:tblPr/>
      <w:tcPr>
        <w:tcBorders>
          <w:top w:val="nil"/>
          <w:left w:val="nil"/>
          <w:bottom w:val="single" w:sz="24" w:space="0" w:color="7BC24A" w:themeColor="accent4"/>
          <w:right w:val="nil"/>
          <w:insideH w:val="nil"/>
          <w:insideV w:val="nil"/>
        </w:tcBorders>
        <w:shd w:val="clear" w:color="auto" w:fill="FFFFFF" w:themeFill="background1"/>
      </w:tcPr>
    </w:tblStylePr>
    <w:tblStylePr w:type="lastRow">
      <w:tblPr/>
      <w:tcPr>
        <w:tcBorders>
          <w:top w:val="single" w:sz="8" w:space="0" w:color="7BC24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BC24A" w:themeColor="accent4"/>
          <w:insideH w:val="nil"/>
          <w:insideV w:val="nil"/>
        </w:tcBorders>
        <w:shd w:val="clear" w:color="auto" w:fill="FFFFFF" w:themeFill="background1"/>
      </w:tcPr>
    </w:tblStylePr>
    <w:tblStylePr w:type="lastCol">
      <w:tblPr/>
      <w:tcPr>
        <w:tcBorders>
          <w:top w:val="nil"/>
          <w:left w:val="single" w:sz="8" w:space="0" w:color="7BC24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0D2" w:themeFill="accent4" w:themeFillTint="3F"/>
      </w:tcPr>
    </w:tblStylePr>
    <w:tblStylePr w:type="band1Horz">
      <w:tblPr/>
      <w:tcPr>
        <w:tcBorders>
          <w:top w:val="nil"/>
          <w:bottom w:val="nil"/>
          <w:insideH w:val="nil"/>
          <w:insideV w:val="nil"/>
        </w:tcBorders>
        <w:shd w:val="clear" w:color="auto" w:fill="DEF0D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DA8A5" w:themeColor="accent5"/>
        <w:left w:val="single" w:sz="8" w:space="0" w:color="1DA8A5" w:themeColor="accent5"/>
        <w:bottom w:val="single" w:sz="8" w:space="0" w:color="1DA8A5" w:themeColor="accent5"/>
        <w:right w:val="single" w:sz="8" w:space="0" w:color="1DA8A5" w:themeColor="accent5"/>
      </w:tblBorders>
    </w:tblPr>
    <w:tblStylePr w:type="firstRow">
      <w:rPr>
        <w:sz w:val="24"/>
        <w:szCs w:val="24"/>
      </w:rPr>
      <w:tblPr/>
      <w:tcPr>
        <w:tcBorders>
          <w:top w:val="nil"/>
          <w:left w:val="nil"/>
          <w:bottom w:val="single" w:sz="24" w:space="0" w:color="1DA8A5" w:themeColor="accent5"/>
          <w:right w:val="nil"/>
          <w:insideH w:val="nil"/>
          <w:insideV w:val="nil"/>
        </w:tcBorders>
        <w:shd w:val="clear" w:color="auto" w:fill="FFFFFF" w:themeFill="background1"/>
      </w:tcPr>
    </w:tblStylePr>
    <w:tblStylePr w:type="lastRow">
      <w:tblPr/>
      <w:tcPr>
        <w:tcBorders>
          <w:top w:val="single" w:sz="8" w:space="0" w:color="1DA8A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A8A5" w:themeColor="accent5"/>
          <w:insideH w:val="nil"/>
          <w:insideV w:val="nil"/>
        </w:tcBorders>
        <w:shd w:val="clear" w:color="auto" w:fill="FFFFFF" w:themeFill="background1"/>
      </w:tcPr>
    </w:tblStylePr>
    <w:tblStylePr w:type="lastCol">
      <w:tblPr/>
      <w:tcPr>
        <w:tcBorders>
          <w:top w:val="nil"/>
          <w:left w:val="single" w:sz="8" w:space="0" w:color="1DA8A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3F2" w:themeFill="accent5" w:themeFillTint="3F"/>
      </w:tcPr>
    </w:tblStylePr>
    <w:tblStylePr w:type="band1Horz">
      <w:tblPr/>
      <w:tcPr>
        <w:tcBorders>
          <w:top w:val="nil"/>
          <w:bottom w:val="nil"/>
          <w:insideH w:val="nil"/>
          <w:insideV w:val="nil"/>
        </w:tcBorders>
        <w:shd w:val="clear" w:color="auto" w:fill="BDF3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B654" w:themeColor="accent6"/>
        <w:left w:val="single" w:sz="8" w:space="0" w:color="FCB654" w:themeColor="accent6"/>
        <w:bottom w:val="single" w:sz="8" w:space="0" w:color="FCB654" w:themeColor="accent6"/>
        <w:right w:val="single" w:sz="8" w:space="0" w:color="FCB654" w:themeColor="accent6"/>
      </w:tblBorders>
    </w:tblPr>
    <w:tblStylePr w:type="firstRow">
      <w:rPr>
        <w:sz w:val="24"/>
        <w:szCs w:val="24"/>
      </w:rPr>
      <w:tblPr/>
      <w:tcPr>
        <w:tcBorders>
          <w:top w:val="nil"/>
          <w:left w:val="nil"/>
          <w:bottom w:val="single" w:sz="24" w:space="0" w:color="FCB654" w:themeColor="accent6"/>
          <w:right w:val="nil"/>
          <w:insideH w:val="nil"/>
          <w:insideV w:val="nil"/>
        </w:tcBorders>
        <w:shd w:val="clear" w:color="auto" w:fill="FFFFFF" w:themeFill="background1"/>
      </w:tcPr>
    </w:tblStylePr>
    <w:tblStylePr w:type="lastRow">
      <w:tblPr/>
      <w:tcPr>
        <w:tcBorders>
          <w:top w:val="single" w:sz="8" w:space="0" w:color="FCB65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B654" w:themeColor="accent6"/>
          <w:insideH w:val="nil"/>
          <w:insideV w:val="nil"/>
        </w:tcBorders>
        <w:shd w:val="clear" w:color="auto" w:fill="FFFFFF" w:themeFill="background1"/>
      </w:tcPr>
    </w:tblStylePr>
    <w:tblStylePr w:type="lastCol">
      <w:tblPr/>
      <w:tcPr>
        <w:tcBorders>
          <w:top w:val="nil"/>
          <w:left w:val="single" w:sz="8" w:space="0" w:color="FCB65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CD4" w:themeFill="accent6" w:themeFillTint="3F"/>
      </w:tcPr>
    </w:tblStylePr>
    <w:tblStylePr w:type="band1Horz">
      <w:tblPr/>
      <w:tcPr>
        <w:tcBorders>
          <w:top w:val="nil"/>
          <w:bottom w:val="nil"/>
          <w:insideH w:val="nil"/>
          <w:insideV w:val="nil"/>
        </w:tcBorders>
        <w:shd w:val="clear" w:color="auto" w:fill="FEEC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36DCD8" w:themeColor="accent1" w:themeTint="BF"/>
        <w:left w:val="single" w:sz="8" w:space="0" w:color="36DCD8" w:themeColor="accent1" w:themeTint="BF"/>
        <w:bottom w:val="single" w:sz="8" w:space="0" w:color="36DCD8" w:themeColor="accent1" w:themeTint="BF"/>
        <w:right w:val="single" w:sz="8" w:space="0" w:color="36DCD8" w:themeColor="accent1" w:themeTint="BF"/>
        <w:insideH w:val="single" w:sz="8" w:space="0" w:color="36DCD8" w:themeColor="accent1" w:themeTint="BF"/>
        <w:insideV w:val="single" w:sz="8" w:space="0" w:color="36DCD8" w:themeColor="accent1" w:themeTint="BF"/>
      </w:tblBorders>
    </w:tblPr>
    <w:tcPr>
      <w:shd w:val="clear" w:color="auto" w:fill="BDF3F2" w:themeFill="accent1" w:themeFillTint="3F"/>
    </w:tcPr>
    <w:tblStylePr w:type="firstRow">
      <w:rPr>
        <w:b/>
        <w:bCs/>
      </w:rPr>
    </w:tblStylePr>
    <w:tblStylePr w:type="lastRow">
      <w:rPr>
        <w:b/>
        <w:bCs/>
      </w:rPr>
      <w:tblPr/>
      <w:tcPr>
        <w:tcBorders>
          <w:top w:val="single" w:sz="18" w:space="0" w:color="36DCD8" w:themeColor="accent1" w:themeTint="BF"/>
        </w:tcBorders>
      </w:tcPr>
    </w:tblStylePr>
    <w:tblStylePr w:type="firstCol">
      <w:rPr>
        <w:b/>
        <w:bCs/>
      </w:rPr>
    </w:tblStylePr>
    <w:tblStylePr w:type="lastCol">
      <w:rPr>
        <w:b/>
        <w:bCs/>
      </w:rPr>
    </w:tblStylePr>
    <w:tblStylePr w:type="band1Vert">
      <w:tblPr/>
      <w:tcPr>
        <w:shd w:val="clear" w:color="auto" w:fill="79E8E5" w:themeFill="accent1" w:themeFillTint="7F"/>
      </w:tcPr>
    </w:tblStylePr>
    <w:tblStylePr w:type="band1Horz">
      <w:tblPr/>
      <w:tcPr>
        <w:shd w:val="clear" w:color="auto" w:fill="79E8E5"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FCC77E" w:themeColor="accent2" w:themeTint="BF"/>
        <w:left w:val="single" w:sz="8" w:space="0" w:color="FCC77E" w:themeColor="accent2" w:themeTint="BF"/>
        <w:bottom w:val="single" w:sz="8" w:space="0" w:color="FCC77E" w:themeColor="accent2" w:themeTint="BF"/>
        <w:right w:val="single" w:sz="8" w:space="0" w:color="FCC77E" w:themeColor="accent2" w:themeTint="BF"/>
        <w:insideH w:val="single" w:sz="8" w:space="0" w:color="FCC77E" w:themeColor="accent2" w:themeTint="BF"/>
        <w:insideV w:val="single" w:sz="8" w:space="0" w:color="FCC77E" w:themeColor="accent2" w:themeTint="BF"/>
      </w:tblBorders>
    </w:tblPr>
    <w:tcPr>
      <w:shd w:val="clear" w:color="auto" w:fill="FEECD4" w:themeFill="accent2" w:themeFillTint="3F"/>
    </w:tcPr>
    <w:tblStylePr w:type="firstRow">
      <w:rPr>
        <w:b/>
        <w:bCs/>
      </w:rPr>
    </w:tblStylePr>
    <w:tblStylePr w:type="lastRow">
      <w:rPr>
        <w:b/>
        <w:bCs/>
      </w:rPr>
      <w:tblPr/>
      <w:tcPr>
        <w:tcBorders>
          <w:top w:val="single" w:sz="18" w:space="0" w:color="FCC77E" w:themeColor="accent2" w:themeTint="BF"/>
        </w:tcBorders>
      </w:tcPr>
    </w:tblStylePr>
    <w:tblStylePr w:type="firstCol">
      <w:rPr>
        <w:b/>
        <w:bCs/>
      </w:rPr>
    </w:tblStylePr>
    <w:tblStylePr w:type="lastCol">
      <w:rPr>
        <w:b/>
        <w:bCs/>
      </w:rPr>
    </w:tblStylePr>
    <w:tblStylePr w:type="band1Vert">
      <w:tblPr/>
      <w:tcPr>
        <w:shd w:val="clear" w:color="auto" w:fill="FDDAA9" w:themeFill="accent2" w:themeFillTint="7F"/>
      </w:tcPr>
    </w:tblStylePr>
    <w:tblStylePr w:type="band1Horz">
      <w:tblPr/>
      <w:tcPr>
        <w:shd w:val="clear" w:color="auto" w:fill="FDDAA9"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F48FA7" w:themeColor="accent3" w:themeTint="BF"/>
        <w:left w:val="single" w:sz="8" w:space="0" w:color="F48FA7" w:themeColor="accent3" w:themeTint="BF"/>
        <w:bottom w:val="single" w:sz="8" w:space="0" w:color="F48FA7" w:themeColor="accent3" w:themeTint="BF"/>
        <w:right w:val="single" w:sz="8" w:space="0" w:color="F48FA7" w:themeColor="accent3" w:themeTint="BF"/>
        <w:insideH w:val="single" w:sz="8" w:space="0" w:color="F48FA7" w:themeColor="accent3" w:themeTint="BF"/>
        <w:insideV w:val="single" w:sz="8" w:space="0" w:color="F48FA7" w:themeColor="accent3" w:themeTint="BF"/>
      </w:tblBorders>
    </w:tblPr>
    <w:tcPr>
      <w:shd w:val="clear" w:color="auto" w:fill="FBDAE2" w:themeFill="accent3" w:themeFillTint="3F"/>
    </w:tcPr>
    <w:tblStylePr w:type="firstRow">
      <w:rPr>
        <w:b/>
        <w:bCs/>
      </w:rPr>
    </w:tblStylePr>
    <w:tblStylePr w:type="lastRow">
      <w:rPr>
        <w:b/>
        <w:bCs/>
      </w:rPr>
      <w:tblPr/>
      <w:tcPr>
        <w:tcBorders>
          <w:top w:val="single" w:sz="18" w:space="0" w:color="F48FA7" w:themeColor="accent3" w:themeTint="BF"/>
        </w:tcBorders>
      </w:tcPr>
    </w:tblStylePr>
    <w:tblStylePr w:type="firstCol">
      <w:rPr>
        <w:b/>
        <w:bCs/>
      </w:rPr>
    </w:tblStylePr>
    <w:tblStylePr w:type="lastCol">
      <w:rPr>
        <w:b/>
        <w:bCs/>
      </w:rPr>
    </w:tblStylePr>
    <w:tblStylePr w:type="band1Vert">
      <w:tblPr/>
      <w:tcPr>
        <w:shd w:val="clear" w:color="auto" w:fill="F8B4C4" w:themeFill="accent3" w:themeFillTint="7F"/>
      </w:tcPr>
    </w:tblStylePr>
    <w:tblStylePr w:type="band1Horz">
      <w:tblPr/>
      <w:tcPr>
        <w:shd w:val="clear" w:color="auto" w:fill="F8B4C4"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CD177" w:themeColor="accent4" w:themeTint="BF"/>
        <w:left w:val="single" w:sz="8" w:space="0" w:color="9CD177" w:themeColor="accent4" w:themeTint="BF"/>
        <w:bottom w:val="single" w:sz="8" w:space="0" w:color="9CD177" w:themeColor="accent4" w:themeTint="BF"/>
        <w:right w:val="single" w:sz="8" w:space="0" w:color="9CD177" w:themeColor="accent4" w:themeTint="BF"/>
        <w:insideH w:val="single" w:sz="8" w:space="0" w:color="9CD177" w:themeColor="accent4" w:themeTint="BF"/>
        <w:insideV w:val="single" w:sz="8" w:space="0" w:color="9CD177" w:themeColor="accent4" w:themeTint="BF"/>
      </w:tblBorders>
    </w:tblPr>
    <w:tcPr>
      <w:shd w:val="clear" w:color="auto" w:fill="DEF0D2" w:themeFill="accent4" w:themeFillTint="3F"/>
    </w:tcPr>
    <w:tblStylePr w:type="firstRow">
      <w:rPr>
        <w:b/>
        <w:bCs/>
      </w:rPr>
    </w:tblStylePr>
    <w:tblStylePr w:type="lastRow">
      <w:rPr>
        <w:b/>
        <w:bCs/>
      </w:rPr>
      <w:tblPr/>
      <w:tcPr>
        <w:tcBorders>
          <w:top w:val="single" w:sz="18" w:space="0" w:color="9CD177" w:themeColor="accent4" w:themeTint="BF"/>
        </w:tcBorders>
      </w:tcPr>
    </w:tblStylePr>
    <w:tblStylePr w:type="firstCol">
      <w:rPr>
        <w:b/>
        <w:bCs/>
      </w:rPr>
    </w:tblStylePr>
    <w:tblStylePr w:type="lastCol">
      <w:rPr>
        <w:b/>
        <w:bCs/>
      </w:rPr>
    </w:tblStylePr>
    <w:tblStylePr w:type="band1Vert">
      <w:tblPr/>
      <w:tcPr>
        <w:shd w:val="clear" w:color="auto" w:fill="BDE0A4" w:themeFill="accent4" w:themeFillTint="7F"/>
      </w:tcPr>
    </w:tblStylePr>
    <w:tblStylePr w:type="band1Horz">
      <w:tblPr/>
      <w:tcPr>
        <w:shd w:val="clear" w:color="auto" w:fill="BDE0A4"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36DCD8" w:themeColor="accent5" w:themeTint="BF"/>
        <w:left w:val="single" w:sz="8" w:space="0" w:color="36DCD8" w:themeColor="accent5" w:themeTint="BF"/>
        <w:bottom w:val="single" w:sz="8" w:space="0" w:color="36DCD8" w:themeColor="accent5" w:themeTint="BF"/>
        <w:right w:val="single" w:sz="8" w:space="0" w:color="36DCD8" w:themeColor="accent5" w:themeTint="BF"/>
        <w:insideH w:val="single" w:sz="8" w:space="0" w:color="36DCD8" w:themeColor="accent5" w:themeTint="BF"/>
        <w:insideV w:val="single" w:sz="8" w:space="0" w:color="36DCD8" w:themeColor="accent5" w:themeTint="BF"/>
      </w:tblBorders>
    </w:tblPr>
    <w:tcPr>
      <w:shd w:val="clear" w:color="auto" w:fill="BDF3F2" w:themeFill="accent5" w:themeFillTint="3F"/>
    </w:tcPr>
    <w:tblStylePr w:type="firstRow">
      <w:rPr>
        <w:b/>
        <w:bCs/>
      </w:rPr>
    </w:tblStylePr>
    <w:tblStylePr w:type="lastRow">
      <w:rPr>
        <w:b/>
        <w:bCs/>
      </w:rPr>
      <w:tblPr/>
      <w:tcPr>
        <w:tcBorders>
          <w:top w:val="single" w:sz="18" w:space="0" w:color="36DCD8" w:themeColor="accent5" w:themeTint="BF"/>
        </w:tcBorders>
      </w:tcPr>
    </w:tblStylePr>
    <w:tblStylePr w:type="firstCol">
      <w:rPr>
        <w:b/>
        <w:bCs/>
      </w:rPr>
    </w:tblStylePr>
    <w:tblStylePr w:type="lastCol">
      <w:rPr>
        <w:b/>
        <w:bCs/>
      </w:rPr>
    </w:tblStylePr>
    <w:tblStylePr w:type="band1Vert">
      <w:tblPr/>
      <w:tcPr>
        <w:shd w:val="clear" w:color="auto" w:fill="79E8E5" w:themeFill="accent5" w:themeFillTint="7F"/>
      </w:tcPr>
    </w:tblStylePr>
    <w:tblStylePr w:type="band1Horz">
      <w:tblPr/>
      <w:tcPr>
        <w:shd w:val="clear" w:color="auto" w:fill="79E8E5"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CC77E" w:themeColor="accent6" w:themeTint="BF"/>
        <w:left w:val="single" w:sz="8" w:space="0" w:color="FCC77E" w:themeColor="accent6" w:themeTint="BF"/>
        <w:bottom w:val="single" w:sz="8" w:space="0" w:color="FCC77E" w:themeColor="accent6" w:themeTint="BF"/>
        <w:right w:val="single" w:sz="8" w:space="0" w:color="FCC77E" w:themeColor="accent6" w:themeTint="BF"/>
        <w:insideH w:val="single" w:sz="8" w:space="0" w:color="FCC77E" w:themeColor="accent6" w:themeTint="BF"/>
        <w:insideV w:val="single" w:sz="8" w:space="0" w:color="FCC77E" w:themeColor="accent6" w:themeTint="BF"/>
      </w:tblBorders>
    </w:tblPr>
    <w:tcPr>
      <w:shd w:val="clear" w:color="auto" w:fill="FEECD4" w:themeFill="accent6" w:themeFillTint="3F"/>
    </w:tcPr>
    <w:tblStylePr w:type="firstRow">
      <w:rPr>
        <w:b/>
        <w:bCs/>
      </w:rPr>
    </w:tblStylePr>
    <w:tblStylePr w:type="lastRow">
      <w:rPr>
        <w:b/>
        <w:bCs/>
      </w:rPr>
      <w:tblPr/>
      <w:tcPr>
        <w:tcBorders>
          <w:top w:val="single" w:sz="18" w:space="0" w:color="FCC77E" w:themeColor="accent6" w:themeTint="BF"/>
        </w:tcBorders>
      </w:tcPr>
    </w:tblStylePr>
    <w:tblStylePr w:type="firstCol">
      <w:rPr>
        <w:b/>
        <w:bCs/>
      </w:rPr>
    </w:tblStylePr>
    <w:tblStylePr w:type="lastCol">
      <w:rPr>
        <w:b/>
        <w:bCs/>
      </w:rPr>
    </w:tblStylePr>
    <w:tblStylePr w:type="band1Vert">
      <w:tblPr/>
      <w:tcPr>
        <w:shd w:val="clear" w:color="auto" w:fill="FDDAA9" w:themeFill="accent6" w:themeFillTint="7F"/>
      </w:tcPr>
    </w:tblStylePr>
    <w:tblStylePr w:type="band1Horz">
      <w:tblPr/>
      <w:tcPr>
        <w:shd w:val="clear" w:color="auto" w:fill="FDDAA9"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DA8A5" w:themeColor="accent1"/>
        <w:left w:val="single" w:sz="8" w:space="0" w:color="1DA8A5" w:themeColor="accent1"/>
        <w:bottom w:val="single" w:sz="8" w:space="0" w:color="1DA8A5" w:themeColor="accent1"/>
        <w:right w:val="single" w:sz="8" w:space="0" w:color="1DA8A5" w:themeColor="accent1"/>
        <w:insideH w:val="single" w:sz="8" w:space="0" w:color="1DA8A5" w:themeColor="accent1"/>
        <w:insideV w:val="single" w:sz="8" w:space="0" w:color="1DA8A5" w:themeColor="accent1"/>
      </w:tblBorders>
    </w:tblPr>
    <w:tcPr>
      <w:shd w:val="clear" w:color="auto" w:fill="BDF3F2" w:themeFill="accent1" w:themeFillTint="3F"/>
    </w:tcPr>
    <w:tblStylePr w:type="firstRow">
      <w:rPr>
        <w:b/>
        <w:bCs/>
        <w:color w:val="000000" w:themeColor="text1"/>
      </w:rPr>
      <w:tblPr/>
      <w:tcPr>
        <w:shd w:val="clear" w:color="auto" w:fill="E4FA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5F4" w:themeFill="accent1" w:themeFillTint="33"/>
      </w:tcPr>
    </w:tblStylePr>
    <w:tblStylePr w:type="band1Vert">
      <w:tblPr/>
      <w:tcPr>
        <w:shd w:val="clear" w:color="auto" w:fill="79E8E5" w:themeFill="accent1" w:themeFillTint="7F"/>
      </w:tcPr>
    </w:tblStylePr>
    <w:tblStylePr w:type="band1Horz">
      <w:tblPr/>
      <w:tcPr>
        <w:tcBorders>
          <w:insideH w:val="single" w:sz="6" w:space="0" w:color="1DA8A5" w:themeColor="accent1"/>
          <w:insideV w:val="single" w:sz="6" w:space="0" w:color="1DA8A5" w:themeColor="accent1"/>
        </w:tcBorders>
        <w:shd w:val="clear" w:color="auto" w:fill="79E8E5"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B654" w:themeColor="accent2"/>
        <w:left w:val="single" w:sz="8" w:space="0" w:color="FCB654" w:themeColor="accent2"/>
        <w:bottom w:val="single" w:sz="8" w:space="0" w:color="FCB654" w:themeColor="accent2"/>
        <w:right w:val="single" w:sz="8" w:space="0" w:color="FCB654" w:themeColor="accent2"/>
        <w:insideH w:val="single" w:sz="8" w:space="0" w:color="FCB654" w:themeColor="accent2"/>
        <w:insideV w:val="single" w:sz="8" w:space="0" w:color="FCB654" w:themeColor="accent2"/>
      </w:tblBorders>
    </w:tblPr>
    <w:tcPr>
      <w:shd w:val="clear" w:color="auto" w:fill="FEECD4" w:themeFill="accent2" w:themeFillTint="3F"/>
    </w:tcPr>
    <w:tblStylePr w:type="firstRow">
      <w:rPr>
        <w:b/>
        <w:bCs/>
        <w:color w:val="000000" w:themeColor="text1"/>
      </w:rPr>
      <w:tblPr/>
      <w:tcPr>
        <w:shd w:val="clear" w:color="auto" w:fill="FEF7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0DC" w:themeFill="accent2" w:themeFillTint="33"/>
      </w:tcPr>
    </w:tblStylePr>
    <w:tblStylePr w:type="band1Vert">
      <w:tblPr/>
      <w:tcPr>
        <w:shd w:val="clear" w:color="auto" w:fill="FDDAA9" w:themeFill="accent2" w:themeFillTint="7F"/>
      </w:tcPr>
    </w:tblStylePr>
    <w:tblStylePr w:type="band1Horz">
      <w:tblPr/>
      <w:tcPr>
        <w:tcBorders>
          <w:insideH w:val="single" w:sz="6" w:space="0" w:color="FCB654" w:themeColor="accent2"/>
          <w:insideV w:val="single" w:sz="6" w:space="0" w:color="FCB654" w:themeColor="accent2"/>
        </w:tcBorders>
        <w:shd w:val="clear" w:color="auto" w:fill="FDDAA9"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16A8B" w:themeColor="accent3"/>
        <w:left w:val="single" w:sz="8" w:space="0" w:color="F16A8B" w:themeColor="accent3"/>
        <w:bottom w:val="single" w:sz="8" w:space="0" w:color="F16A8B" w:themeColor="accent3"/>
        <w:right w:val="single" w:sz="8" w:space="0" w:color="F16A8B" w:themeColor="accent3"/>
        <w:insideH w:val="single" w:sz="8" w:space="0" w:color="F16A8B" w:themeColor="accent3"/>
        <w:insideV w:val="single" w:sz="8" w:space="0" w:color="F16A8B" w:themeColor="accent3"/>
      </w:tblBorders>
    </w:tblPr>
    <w:tcPr>
      <w:shd w:val="clear" w:color="auto" w:fill="FBDAE2" w:themeFill="accent3" w:themeFillTint="3F"/>
    </w:tcPr>
    <w:tblStylePr w:type="firstRow">
      <w:rPr>
        <w:b/>
        <w:bCs/>
        <w:color w:val="000000" w:themeColor="text1"/>
      </w:rPr>
      <w:tblPr/>
      <w:tcPr>
        <w:shd w:val="clear" w:color="auto" w:fill="FDF0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1E7" w:themeFill="accent3" w:themeFillTint="33"/>
      </w:tcPr>
    </w:tblStylePr>
    <w:tblStylePr w:type="band1Vert">
      <w:tblPr/>
      <w:tcPr>
        <w:shd w:val="clear" w:color="auto" w:fill="F8B4C4" w:themeFill="accent3" w:themeFillTint="7F"/>
      </w:tcPr>
    </w:tblStylePr>
    <w:tblStylePr w:type="band1Horz">
      <w:tblPr/>
      <w:tcPr>
        <w:tcBorders>
          <w:insideH w:val="single" w:sz="6" w:space="0" w:color="F16A8B" w:themeColor="accent3"/>
          <w:insideV w:val="single" w:sz="6" w:space="0" w:color="F16A8B" w:themeColor="accent3"/>
        </w:tcBorders>
        <w:shd w:val="clear" w:color="auto" w:fill="F8B4C4"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BC24A" w:themeColor="accent4"/>
        <w:left w:val="single" w:sz="8" w:space="0" w:color="7BC24A" w:themeColor="accent4"/>
        <w:bottom w:val="single" w:sz="8" w:space="0" w:color="7BC24A" w:themeColor="accent4"/>
        <w:right w:val="single" w:sz="8" w:space="0" w:color="7BC24A" w:themeColor="accent4"/>
        <w:insideH w:val="single" w:sz="8" w:space="0" w:color="7BC24A" w:themeColor="accent4"/>
        <w:insideV w:val="single" w:sz="8" w:space="0" w:color="7BC24A" w:themeColor="accent4"/>
      </w:tblBorders>
    </w:tblPr>
    <w:tcPr>
      <w:shd w:val="clear" w:color="auto" w:fill="DEF0D2" w:themeFill="accent4" w:themeFillTint="3F"/>
    </w:tcPr>
    <w:tblStylePr w:type="firstRow">
      <w:rPr>
        <w:b/>
        <w:bCs/>
        <w:color w:val="000000" w:themeColor="text1"/>
      </w:rPr>
      <w:tblPr/>
      <w:tcPr>
        <w:shd w:val="clear" w:color="auto" w:fill="F1F9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2DA" w:themeFill="accent4" w:themeFillTint="33"/>
      </w:tcPr>
    </w:tblStylePr>
    <w:tblStylePr w:type="band1Vert">
      <w:tblPr/>
      <w:tcPr>
        <w:shd w:val="clear" w:color="auto" w:fill="BDE0A4" w:themeFill="accent4" w:themeFillTint="7F"/>
      </w:tcPr>
    </w:tblStylePr>
    <w:tblStylePr w:type="band1Horz">
      <w:tblPr/>
      <w:tcPr>
        <w:tcBorders>
          <w:insideH w:val="single" w:sz="6" w:space="0" w:color="7BC24A" w:themeColor="accent4"/>
          <w:insideV w:val="single" w:sz="6" w:space="0" w:color="7BC24A" w:themeColor="accent4"/>
        </w:tcBorders>
        <w:shd w:val="clear" w:color="auto" w:fill="BDE0A4"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DA8A5" w:themeColor="accent5"/>
        <w:left w:val="single" w:sz="8" w:space="0" w:color="1DA8A5" w:themeColor="accent5"/>
        <w:bottom w:val="single" w:sz="8" w:space="0" w:color="1DA8A5" w:themeColor="accent5"/>
        <w:right w:val="single" w:sz="8" w:space="0" w:color="1DA8A5" w:themeColor="accent5"/>
        <w:insideH w:val="single" w:sz="8" w:space="0" w:color="1DA8A5" w:themeColor="accent5"/>
        <w:insideV w:val="single" w:sz="8" w:space="0" w:color="1DA8A5" w:themeColor="accent5"/>
      </w:tblBorders>
    </w:tblPr>
    <w:tcPr>
      <w:shd w:val="clear" w:color="auto" w:fill="BDF3F2" w:themeFill="accent5" w:themeFillTint="3F"/>
    </w:tcPr>
    <w:tblStylePr w:type="firstRow">
      <w:rPr>
        <w:b/>
        <w:bCs/>
        <w:color w:val="000000" w:themeColor="text1"/>
      </w:rPr>
      <w:tblPr/>
      <w:tcPr>
        <w:shd w:val="clear" w:color="auto" w:fill="E4FA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5F4" w:themeFill="accent5" w:themeFillTint="33"/>
      </w:tcPr>
    </w:tblStylePr>
    <w:tblStylePr w:type="band1Vert">
      <w:tblPr/>
      <w:tcPr>
        <w:shd w:val="clear" w:color="auto" w:fill="79E8E5" w:themeFill="accent5" w:themeFillTint="7F"/>
      </w:tcPr>
    </w:tblStylePr>
    <w:tblStylePr w:type="band1Horz">
      <w:tblPr/>
      <w:tcPr>
        <w:tcBorders>
          <w:insideH w:val="single" w:sz="6" w:space="0" w:color="1DA8A5" w:themeColor="accent5"/>
          <w:insideV w:val="single" w:sz="6" w:space="0" w:color="1DA8A5" w:themeColor="accent5"/>
        </w:tcBorders>
        <w:shd w:val="clear" w:color="auto" w:fill="79E8E5"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B654" w:themeColor="accent6"/>
        <w:left w:val="single" w:sz="8" w:space="0" w:color="FCB654" w:themeColor="accent6"/>
        <w:bottom w:val="single" w:sz="8" w:space="0" w:color="FCB654" w:themeColor="accent6"/>
        <w:right w:val="single" w:sz="8" w:space="0" w:color="FCB654" w:themeColor="accent6"/>
        <w:insideH w:val="single" w:sz="8" w:space="0" w:color="FCB654" w:themeColor="accent6"/>
        <w:insideV w:val="single" w:sz="8" w:space="0" w:color="FCB654" w:themeColor="accent6"/>
      </w:tblBorders>
    </w:tblPr>
    <w:tcPr>
      <w:shd w:val="clear" w:color="auto" w:fill="FEECD4" w:themeFill="accent6" w:themeFillTint="3F"/>
    </w:tcPr>
    <w:tblStylePr w:type="firstRow">
      <w:rPr>
        <w:b/>
        <w:bCs/>
        <w:color w:val="000000" w:themeColor="text1"/>
      </w:rPr>
      <w:tblPr/>
      <w:tcPr>
        <w:shd w:val="clear" w:color="auto" w:fill="FEF7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0DC" w:themeFill="accent6" w:themeFillTint="33"/>
      </w:tcPr>
    </w:tblStylePr>
    <w:tblStylePr w:type="band1Vert">
      <w:tblPr/>
      <w:tcPr>
        <w:shd w:val="clear" w:color="auto" w:fill="FDDAA9" w:themeFill="accent6" w:themeFillTint="7F"/>
      </w:tcPr>
    </w:tblStylePr>
    <w:tblStylePr w:type="band1Horz">
      <w:tblPr/>
      <w:tcPr>
        <w:tcBorders>
          <w:insideH w:val="single" w:sz="6" w:space="0" w:color="FCB654" w:themeColor="accent6"/>
          <w:insideV w:val="single" w:sz="6" w:space="0" w:color="FCB654" w:themeColor="accent6"/>
        </w:tcBorders>
        <w:shd w:val="clear" w:color="auto" w:fill="FDDAA9"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3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A8A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A8A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A8A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A8A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E8E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E8E5"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C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B65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B65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B65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B65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AA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AA9"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AE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16A8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16A8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16A8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16A8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B4C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B4C4"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0D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BC24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BC24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BC24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BC24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0A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0A4"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3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A8A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A8A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A8A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A8A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E8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E8E5"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C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B65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B65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B65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B65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A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AA9"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1DA8A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535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7D7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7D7B" w:themeFill="accent1" w:themeFillShade="BF"/>
      </w:tcPr>
    </w:tblStylePr>
    <w:tblStylePr w:type="band1Vert">
      <w:tblPr/>
      <w:tcPr>
        <w:tcBorders>
          <w:top w:val="nil"/>
          <w:left w:val="nil"/>
          <w:bottom w:val="nil"/>
          <w:right w:val="nil"/>
          <w:insideH w:val="nil"/>
          <w:insideV w:val="nil"/>
        </w:tcBorders>
        <w:shd w:val="clear" w:color="auto" w:fill="157D7B" w:themeFill="accent1" w:themeFillShade="BF"/>
      </w:tcPr>
    </w:tblStylePr>
    <w:tblStylePr w:type="band1Horz">
      <w:tblPr/>
      <w:tcPr>
        <w:tcBorders>
          <w:top w:val="nil"/>
          <w:left w:val="nil"/>
          <w:bottom w:val="nil"/>
          <w:right w:val="nil"/>
          <w:insideH w:val="nil"/>
          <w:insideV w:val="nil"/>
        </w:tcBorders>
        <w:shd w:val="clear" w:color="auto" w:fill="157D7B"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FCB65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4600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7910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79104" w:themeFill="accent2" w:themeFillShade="BF"/>
      </w:tcPr>
    </w:tblStylePr>
    <w:tblStylePr w:type="band1Vert">
      <w:tblPr/>
      <w:tcPr>
        <w:tcBorders>
          <w:top w:val="nil"/>
          <w:left w:val="nil"/>
          <w:bottom w:val="nil"/>
          <w:right w:val="nil"/>
          <w:insideH w:val="nil"/>
          <w:insideV w:val="nil"/>
        </w:tcBorders>
        <w:shd w:val="clear" w:color="auto" w:fill="F79104" w:themeFill="accent2" w:themeFillShade="BF"/>
      </w:tcPr>
    </w:tblStylePr>
    <w:tblStylePr w:type="band1Horz">
      <w:tblPr/>
      <w:tcPr>
        <w:tcBorders>
          <w:top w:val="nil"/>
          <w:left w:val="nil"/>
          <w:bottom w:val="nil"/>
          <w:right w:val="nil"/>
          <w:insideH w:val="nil"/>
          <w:insideV w:val="nil"/>
        </w:tcBorders>
        <w:shd w:val="clear" w:color="auto" w:fill="F7910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F16A8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D0F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E91A4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E91A4C" w:themeFill="accent3" w:themeFillShade="BF"/>
      </w:tcPr>
    </w:tblStylePr>
    <w:tblStylePr w:type="band1Vert">
      <w:tblPr/>
      <w:tcPr>
        <w:tcBorders>
          <w:top w:val="nil"/>
          <w:left w:val="nil"/>
          <w:bottom w:val="nil"/>
          <w:right w:val="nil"/>
          <w:insideH w:val="nil"/>
          <w:insideV w:val="nil"/>
        </w:tcBorders>
        <w:shd w:val="clear" w:color="auto" w:fill="E91A4C" w:themeFill="accent3" w:themeFillShade="BF"/>
      </w:tcPr>
    </w:tblStylePr>
    <w:tblStylePr w:type="band1Horz">
      <w:tblPr/>
      <w:tcPr>
        <w:tcBorders>
          <w:top w:val="nil"/>
          <w:left w:val="nil"/>
          <w:bottom w:val="nil"/>
          <w:right w:val="nil"/>
          <w:insideH w:val="nil"/>
          <w:insideV w:val="nil"/>
        </w:tcBorders>
        <w:shd w:val="clear" w:color="auto" w:fill="E91A4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7BC24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632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B963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B9632" w:themeFill="accent4" w:themeFillShade="BF"/>
      </w:tcPr>
    </w:tblStylePr>
    <w:tblStylePr w:type="band1Vert">
      <w:tblPr/>
      <w:tcPr>
        <w:tcBorders>
          <w:top w:val="nil"/>
          <w:left w:val="nil"/>
          <w:bottom w:val="nil"/>
          <w:right w:val="nil"/>
          <w:insideH w:val="nil"/>
          <w:insideV w:val="nil"/>
        </w:tcBorders>
        <w:shd w:val="clear" w:color="auto" w:fill="5B9632" w:themeFill="accent4" w:themeFillShade="BF"/>
      </w:tcPr>
    </w:tblStylePr>
    <w:tblStylePr w:type="band1Horz">
      <w:tblPr/>
      <w:tcPr>
        <w:tcBorders>
          <w:top w:val="nil"/>
          <w:left w:val="nil"/>
          <w:bottom w:val="nil"/>
          <w:right w:val="nil"/>
          <w:insideH w:val="nil"/>
          <w:insideV w:val="nil"/>
        </w:tcBorders>
        <w:shd w:val="clear" w:color="auto" w:fill="5B9632"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1DA8A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535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57D7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57D7B" w:themeFill="accent5" w:themeFillShade="BF"/>
      </w:tcPr>
    </w:tblStylePr>
    <w:tblStylePr w:type="band1Vert">
      <w:tblPr/>
      <w:tcPr>
        <w:tcBorders>
          <w:top w:val="nil"/>
          <w:left w:val="nil"/>
          <w:bottom w:val="nil"/>
          <w:right w:val="nil"/>
          <w:insideH w:val="nil"/>
          <w:insideV w:val="nil"/>
        </w:tcBorders>
        <w:shd w:val="clear" w:color="auto" w:fill="157D7B" w:themeFill="accent5" w:themeFillShade="BF"/>
      </w:tcPr>
    </w:tblStylePr>
    <w:tblStylePr w:type="band1Horz">
      <w:tblPr/>
      <w:tcPr>
        <w:tcBorders>
          <w:top w:val="nil"/>
          <w:left w:val="nil"/>
          <w:bottom w:val="nil"/>
          <w:right w:val="nil"/>
          <w:insideH w:val="nil"/>
          <w:insideV w:val="nil"/>
        </w:tcBorders>
        <w:shd w:val="clear" w:color="auto" w:fill="157D7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CB65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4600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7910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79104" w:themeFill="accent6" w:themeFillShade="BF"/>
      </w:tcPr>
    </w:tblStylePr>
    <w:tblStylePr w:type="band1Vert">
      <w:tblPr/>
      <w:tcPr>
        <w:tcBorders>
          <w:top w:val="nil"/>
          <w:left w:val="nil"/>
          <w:bottom w:val="nil"/>
          <w:right w:val="nil"/>
          <w:insideH w:val="nil"/>
          <w:insideV w:val="nil"/>
        </w:tcBorders>
        <w:shd w:val="clear" w:color="auto" w:fill="F79104" w:themeFill="accent6" w:themeFillShade="BF"/>
      </w:tcPr>
    </w:tblStylePr>
    <w:tblStylePr w:type="band1Horz">
      <w:tblPr/>
      <w:tcPr>
        <w:tcBorders>
          <w:top w:val="nil"/>
          <w:left w:val="nil"/>
          <w:bottom w:val="nil"/>
          <w:right w:val="nil"/>
          <w:insideH w:val="nil"/>
          <w:insideV w:val="nil"/>
        </w:tcBorders>
        <w:shd w:val="clear" w:color="auto" w:fill="F79104"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FCB65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CB65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FCB654" w:themeColor="accent2"/>
        <w:left w:val="single" w:sz="4" w:space="0" w:color="1DA8A5" w:themeColor="accent1"/>
        <w:bottom w:val="single" w:sz="4" w:space="0" w:color="1DA8A5" w:themeColor="accent1"/>
        <w:right w:val="single" w:sz="4" w:space="0" w:color="1DA8A5" w:themeColor="accent1"/>
        <w:insideH w:val="single" w:sz="4" w:space="0" w:color="FFFFFF" w:themeColor="background1"/>
        <w:insideV w:val="single" w:sz="4" w:space="0" w:color="FFFFFF" w:themeColor="background1"/>
      </w:tblBorders>
    </w:tblPr>
    <w:tcPr>
      <w:shd w:val="clear" w:color="auto" w:fill="E4FAF9" w:themeFill="accent1" w:themeFillTint="19"/>
    </w:tcPr>
    <w:tblStylePr w:type="firstRow">
      <w:rPr>
        <w:b/>
        <w:bCs/>
      </w:rPr>
      <w:tblPr/>
      <w:tcPr>
        <w:tcBorders>
          <w:top w:val="nil"/>
          <w:left w:val="nil"/>
          <w:bottom w:val="single" w:sz="24" w:space="0" w:color="FCB65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6462" w:themeFill="accent1" w:themeFillShade="99"/>
      </w:tcPr>
    </w:tblStylePr>
    <w:tblStylePr w:type="firstCol">
      <w:rPr>
        <w:color w:val="FFFFFF" w:themeColor="background1"/>
      </w:rPr>
      <w:tblPr/>
      <w:tcPr>
        <w:tcBorders>
          <w:top w:val="nil"/>
          <w:left w:val="nil"/>
          <w:bottom w:val="nil"/>
          <w:right w:val="nil"/>
          <w:insideH w:val="single" w:sz="4" w:space="0" w:color="116462" w:themeColor="accent1" w:themeShade="99"/>
          <w:insideV w:val="nil"/>
        </w:tcBorders>
        <w:shd w:val="clear" w:color="auto" w:fill="11646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6462" w:themeFill="accent1" w:themeFillShade="99"/>
      </w:tcPr>
    </w:tblStylePr>
    <w:tblStylePr w:type="band1Vert">
      <w:tblPr/>
      <w:tcPr>
        <w:shd w:val="clear" w:color="auto" w:fill="94ECEA" w:themeFill="accent1" w:themeFillTint="66"/>
      </w:tcPr>
    </w:tblStylePr>
    <w:tblStylePr w:type="band1Horz">
      <w:tblPr/>
      <w:tcPr>
        <w:shd w:val="clear" w:color="auto" w:fill="79E8E5"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FCB654" w:themeColor="accent2"/>
        <w:left w:val="single" w:sz="4" w:space="0" w:color="FCB654" w:themeColor="accent2"/>
        <w:bottom w:val="single" w:sz="4" w:space="0" w:color="FCB654" w:themeColor="accent2"/>
        <w:right w:val="single" w:sz="4" w:space="0" w:color="FCB654" w:themeColor="accent2"/>
        <w:insideH w:val="single" w:sz="4" w:space="0" w:color="FFFFFF" w:themeColor="background1"/>
        <w:insideV w:val="single" w:sz="4" w:space="0" w:color="FFFFFF" w:themeColor="background1"/>
      </w:tblBorders>
    </w:tblPr>
    <w:tcPr>
      <w:shd w:val="clear" w:color="auto" w:fill="FEF7ED" w:themeFill="accent2" w:themeFillTint="19"/>
    </w:tcPr>
    <w:tblStylePr w:type="firstRow">
      <w:rPr>
        <w:b/>
        <w:bCs/>
      </w:rPr>
      <w:tblPr/>
      <w:tcPr>
        <w:tcBorders>
          <w:top w:val="nil"/>
          <w:left w:val="nil"/>
          <w:bottom w:val="single" w:sz="24" w:space="0" w:color="FCB65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57403" w:themeFill="accent2" w:themeFillShade="99"/>
      </w:tcPr>
    </w:tblStylePr>
    <w:tblStylePr w:type="firstCol">
      <w:rPr>
        <w:color w:val="FFFFFF" w:themeColor="background1"/>
      </w:rPr>
      <w:tblPr/>
      <w:tcPr>
        <w:tcBorders>
          <w:top w:val="nil"/>
          <w:left w:val="nil"/>
          <w:bottom w:val="nil"/>
          <w:right w:val="nil"/>
          <w:insideH w:val="single" w:sz="4" w:space="0" w:color="C57403" w:themeColor="accent2" w:themeShade="99"/>
          <w:insideV w:val="nil"/>
        </w:tcBorders>
        <w:shd w:val="clear" w:color="auto" w:fill="C5740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57403" w:themeFill="accent2" w:themeFillShade="99"/>
      </w:tcPr>
    </w:tblStylePr>
    <w:tblStylePr w:type="band1Vert">
      <w:tblPr/>
      <w:tcPr>
        <w:shd w:val="clear" w:color="auto" w:fill="FDE1BA" w:themeFill="accent2" w:themeFillTint="66"/>
      </w:tcPr>
    </w:tblStylePr>
    <w:tblStylePr w:type="band1Horz">
      <w:tblPr/>
      <w:tcPr>
        <w:shd w:val="clear" w:color="auto" w:fill="FDDAA9"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7BC24A" w:themeColor="accent4"/>
        <w:left w:val="single" w:sz="4" w:space="0" w:color="F16A8B" w:themeColor="accent3"/>
        <w:bottom w:val="single" w:sz="4" w:space="0" w:color="F16A8B" w:themeColor="accent3"/>
        <w:right w:val="single" w:sz="4" w:space="0" w:color="F16A8B" w:themeColor="accent3"/>
        <w:insideH w:val="single" w:sz="4" w:space="0" w:color="FFFFFF" w:themeColor="background1"/>
        <w:insideV w:val="single" w:sz="4" w:space="0" w:color="FFFFFF" w:themeColor="background1"/>
      </w:tblBorders>
    </w:tblPr>
    <w:tcPr>
      <w:shd w:val="clear" w:color="auto" w:fill="FDF0F3" w:themeFill="accent3" w:themeFillTint="19"/>
    </w:tcPr>
    <w:tblStylePr w:type="firstRow">
      <w:rPr>
        <w:b/>
        <w:bCs/>
      </w:rPr>
      <w:tblPr/>
      <w:tcPr>
        <w:tcBorders>
          <w:top w:val="nil"/>
          <w:left w:val="nil"/>
          <w:bottom w:val="single" w:sz="24" w:space="0" w:color="7BC24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E123B" w:themeFill="accent3" w:themeFillShade="99"/>
      </w:tcPr>
    </w:tblStylePr>
    <w:tblStylePr w:type="firstCol">
      <w:rPr>
        <w:color w:val="FFFFFF" w:themeColor="background1"/>
      </w:rPr>
      <w:tblPr/>
      <w:tcPr>
        <w:tcBorders>
          <w:top w:val="nil"/>
          <w:left w:val="nil"/>
          <w:bottom w:val="nil"/>
          <w:right w:val="nil"/>
          <w:insideH w:val="single" w:sz="4" w:space="0" w:color="BE123B" w:themeColor="accent3" w:themeShade="99"/>
          <w:insideV w:val="nil"/>
        </w:tcBorders>
        <w:shd w:val="clear" w:color="auto" w:fill="BE12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E123B" w:themeFill="accent3" w:themeFillShade="99"/>
      </w:tcPr>
    </w:tblStylePr>
    <w:tblStylePr w:type="band1Vert">
      <w:tblPr/>
      <w:tcPr>
        <w:shd w:val="clear" w:color="auto" w:fill="F9C3D0" w:themeFill="accent3" w:themeFillTint="66"/>
      </w:tcPr>
    </w:tblStylePr>
    <w:tblStylePr w:type="band1Horz">
      <w:tblPr/>
      <w:tcPr>
        <w:shd w:val="clear" w:color="auto" w:fill="F8B4C4"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F16A8B" w:themeColor="accent3"/>
        <w:left w:val="single" w:sz="4" w:space="0" w:color="7BC24A" w:themeColor="accent4"/>
        <w:bottom w:val="single" w:sz="4" w:space="0" w:color="7BC24A" w:themeColor="accent4"/>
        <w:right w:val="single" w:sz="4" w:space="0" w:color="7BC24A" w:themeColor="accent4"/>
        <w:insideH w:val="single" w:sz="4" w:space="0" w:color="FFFFFF" w:themeColor="background1"/>
        <w:insideV w:val="single" w:sz="4" w:space="0" w:color="FFFFFF" w:themeColor="background1"/>
      </w:tblBorders>
    </w:tblPr>
    <w:tcPr>
      <w:shd w:val="clear" w:color="auto" w:fill="F1F9ED" w:themeFill="accent4" w:themeFillTint="19"/>
    </w:tcPr>
    <w:tblStylePr w:type="firstRow">
      <w:rPr>
        <w:b/>
        <w:bCs/>
      </w:rPr>
      <w:tblPr/>
      <w:tcPr>
        <w:tcBorders>
          <w:top w:val="nil"/>
          <w:left w:val="nil"/>
          <w:bottom w:val="single" w:sz="24" w:space="0" w:color="F16A8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7828" w:themeFill="accent4" w:themeFillShade="99"/>
      </w:tcPr>
    </w:tblStylePr>
    <w:tblStylePr w:type="firstCol">
      <w:rPr>
        <w:color w:val="FFFFFF" w:themeColor="background1"/>
      </w:rPr>
      <w:tblPr/>
      <w:tcPr>
        <w:tcBorders>
          <w:top w:val="nil"/>
          <w:left w:val="nil"/>
          <w:bottom w:val="nil"/>
          <w:right w:val="nil"/>
          <w:insideH w:val="single" w:sz="4" w:space="0" w:color="497828" w:themeColor="accent4" w:themeShade="99"/>
          <w:insideV w:val="nil"/>
        </w:tcBorders>
        <w:shd w:val="clear" w:color="auto" w:fill="49782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97828" w:themeFill="accent4" w:themeFillShade="99"/>
      </w:tcPr>
    </w:tblStylePr>
    <w:tblStylePr w:type="band1Vert">
      <w:tblPr/>
      <w:tcPr>
        <w:shd w:val="clear" w:color="auto" w:fill="CAE6B6" w:themeFill="accent4" w:themeFillTint="66"/>
      </w:tcPr>
    </w:tblStylePr>
    <w:tblStylePr w:type="band1Horz">
      <w:tblPr/>
      <w:tcPr>
        <w:shd w:val="clear" w:color="auto" w:fill="BDE0A4"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CB654" w:themeColor="accent6"/>
        <w:left w:val="single" w:sz="4" w:space="0" w:color="1DA8A5" w:themeColor="accent5"/>
        <w:bottom w:val="single" w:sz="4" w:space="0" w:color="1DA8A5" w:themeColor="accent5"/>
        <w:right w:val="single" w:sz="4" w:space="0" w:color="1DA8A5" w:themeColor="accent5"/>
        <w:insideH w:val="single" w:sz="4" w:space="0" w:color="FFFFFF" w:themeColor="background1"/>
        <w:insideV w:val="single" w:sz="4" w:space="0" w:color="FFFFFF" w:themeColor="background1"/>
      </w:tblBorders>
    </w:tblPr>
    <w:tcPr>
      <w:shd w:val="clear" w:color="auto" w:fill="E4FAF9" w:themeFill="accent5" w:themeFillTint="19"/>
    </w:tcPr>
    <w:tblStylePr w:type="firstRow">
      <w:rPr>
        <w:b/>
        <w:bCs/>
      </w:rPr>
      <w:tblPr/>
      <w:tcPr>
        <w:tcBorders>
          <w:top w:val="nil"/>
          <w:left w:val="nil"/>
          <w:bottom w:val="single" w:sz="24" w:space="0" w:color="FCB65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6462" w:themeFill="accent5" w:themeFillShade="99"/>
      </w:tcPr>
    </w:tblStylePr>
    <w:tblStylePr w:type="firstCol">
      <w:rPr>
        <w:color w:val="FFFFFF" w:themeColor="background1"/>
      </w:rPr>
      <w:tblPr/>
      <w:tcPr>
        <w:tcBorders>
          <w:top w:val="nil"/>
          <w:left w:val="nil"/>
          <w:bottom w:val="nil"/>
          <w:right w:val="nil"/>
          <w:insideH w:val="single" w:sz="4" w:space="0" w:color="116462" w:themeColor="accent5" w:themeShade="99"/>
          <w:insideV w:val="nil"/>
        </w:tcBorders>
        <w:shd w:val="clear" w:color="auto" w:fill="11646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16462" w:themeFill="accent5" w:themeFillShade="99"/>
      </w:tcPr>
    </w:tblStylePr>
    <w:tblStylePr w:type="band1Vert">
      <w:tblPr/>
      <w:tcPr>
        <w:shd w:val="clear" w:color="auto" w:fill="94ECEA" w:themeFill="accent5" w:themeFillTint="66"/>
      </w:tcPr>
    </w:tblStylePr>
    <w:tblStylePr w:type="band1Horz">
      <w:tblPr/>
      <w:tcPr>
        <w:shd w:val="clear" w:color="auto" w:fill="79E8E5"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1DA8A5" w:themeColor="accent5"/>
        <w:left w:val="single" w:sz="4" w:space="0" w:color="FCB654" w:themeColor="accent6"/>
        <w:bottom w:val="single" w:sz="4" w:space="0" w:color="FCB654" w:themeColor="accent6"/>
        <w:right w:val="single" w:sz="4" w:space="0" w:color="FCB654" w:themeColor="accent6"/>
        <w:insideH w:val="single" w:sz="4" w:space="0" w:color="FFFFFF" w:themeColor="background1"/>
        <w:insideV w:val="single" w:sz="4" w:space="0" w:color="FFFFFF" w:themeColor="background1"/>
      </w:tblBorders>
    </w:tblPr>
    <w:tcPr>
      <w:shd w:val="clear" w:color="auto" w:fill="FEF7ED" w:themeFill="accent6" w:themeFillTint="19"/>
    </w:tcPr>
    <w:tblStylePr w:type="firstRow">
      <w:rPr>
        <w:b/>
        <w:bCs/>
      </w:rPr>
      <w:tblPr/>
      <w:tcPr>
        <w:tcBorders>
          <w:top w:val="nil"/>
          <w:left w:val="nil"/>
          <w:bottom w:val="single" w:sz="24" w:space="0" w:color="1DA8A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57403" w:themeFill="accent6" w:themeFillShade="99"/>
      </w:tcPr>
    </w:tblStylePr>
    <w:tblStylePr w:type="firstCol">
      <w:rPr>
        <w:color w:val="FFFFFF" w:themeColor="background1"/>
      </w:rPr>
      <w:tblPr/>
      <w:tcPr>
        <w:tcBorders>
          <w:top w:val="nil"/>
          <w:left w:val="nil"/>
          <w:bottom w:val="nil"/>
          <w:right w:val="nil"/>
          <w:insideH w:val="single" w:sz="4" w:space="0" w:color="C57403" w:themeColor="accent6" w:themeShade="99"/>
          <w:insideV w:val="nil"/>
        </w:tcBorders>
        <w:shd w:val="clear" w:color="auto" w:fill="C5740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57403" w:themeFill="accent6" w:themeFillShade="99"/>
      </w:tcPr>
    </w:tblStylePr>
    <w:tblStylePr w:type="band1Vert">
      <w:tblPr/>
      <w:tcPr>
        <w:shd w:val="clear" w:color="auto" w:fill="FDE1BA" w:themeFill="accent6" w:themeFillTint="66"/>
      </w:tcPr>
    </w:tblStylePr>
    <w:tblStylePr w:type="band1Horz">
      <w:tblPr/>
      <w:tcPr>
        <w:shd w:val="clear" w:color="auto" w:fill="FDDAA9"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A9911" w:themeFill="accent2" w:themeFillShade="CC"/>
      </w:tcPr>
    </w:tblStylePr>
    <w:tblStylePr w:type="lastRow">
      <w:rPr>
        <w:b/>
        <w:bCs/>
        <w:color w:val="FA99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4FAF9" w:themeFill="accent1" w:themeFillTint="19"/>
    </w:tcPr>
    <w:tblStylePr w:type="firstRow">
      <w:rPr>
        <w:b/>
        <w:bCs/>
        <w:color w:val="FFFFFF" w:themeColor="background1"/>
      </w:rPr>
      <w:tblPr/>
      <w:tcPr>
        <w:tcBorders>
          <w:bottom w:val="single" w:sz="12" w:space="0" w:color="FFFFFF" w:themeColor="background1"/>
        </w:tcBorders>
        <w:shd w:val="clear" w:color="auto" w:fill="FA9911" w:themeFill="accent2" w:themeFillShade="CC"/>
      </w:tcPr>
    </w:tblStylePr>
    <w:tblStylePr w:type="lastRow">
      <w:rPr>
        <w:b/>
        <w:bCs/>
        <w:color w:val="FA99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3F2" w:themeFill="accent1" w:themeFillTint="3F"/>
      </w:tcPr>
    </w:tblStylePr>
    <w:tblStylePr w:type="band1Horz">
      <w:tblPr/>
      <w:tcPr>
        <w:shd w:val="clear" w:color="auto" w:fill="C9F5F4"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EF7ED" w:themeFill="accent2" w:themeFillTint="19"/>
    </w:tcPr>
    <w:tblStylePr w:type="firstRow">
      <w:rPr>
        <w:b/>
        <w:bCs/>
        <w:color w:val="FFFFFF" w:themeColor="background1"/>
      </w:rPr>
      <w:tblPr/>
      <w:tcPr>
        <w:tcBorders>
          <w:bottom w:val="single" w:sz="12" w:space="0" w:color="FFFFFF" w:themeColor="background1"/>
        </w:tcBorders>
        <w:shd w:val="clear" w:color="auto" w:fill="FA9911" w:themeFill="accent2" w:themeFillShade="CC"/>
      </w:tcPr>
    </w:tblStylePr>
    <w:tblStylePr w:type="lastRow">
      <w:rPr>
        <w:b/>
        <w:bCs/>
        <w:color w:val="FA99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CD4" w:themeFill="accent2" w:themeFillTint="3F"/>
      </w:tcPr>
    </w:tblStylePr>
    <w:tblStylePr w:type="band1Horz">
      <w:tblPr/>
      <w:tcPr>
        <w:shd w:val="clear" w:color="auto" w:fill="FEF0DC"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DF0F3" w:themeFill="accent3" w:themeFillTint="19"/>
    </w:tcPr>
    <w:tblStylePr w:type="firstRow">
      <w:rPr>
        <w:b/>
        <w:bCs/>
        <w:color w:val="FFFFFF" w:themeColor="background1"/>
      </w:rPr>
      <w:tblPr/>
      <w:tcPr>
        <w:tcBorders>
          <w:bottom w:val="single" w:sz="12" w:space="0" w:color="FFFFFF" w:themeColor="background1"/>
        </w:tcBorders>
        <w:shd w:val="clear" w:color="auto" w:fill="61A036" w:themeFill="accent4" w:themeFillShade="CC"/>
      </w:tcPr>
    </w:tblStylePr>
    <w:tblStylePr w:type="lastRow">
      <w:rPr>
        <w:b/>
        <w:bCs/>
        <w:color w:val="61A03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AE2" w:themeFill="accent3" w:themeFillTint="3F"/>
      </w:tcPr>
    </w:tblStylePr>
    <w:tblStylePr w:type="band1Horz">
      <w:tblPr/>
      <w:tcPr>
        <w:shd w:val="clear" w:color="auto" w:fill="FCE1E7"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1F9ED" w:themeFill="accent4" w:themeFillTint="19"/>
    </w:tcPr>
    <w:tblStylePr w:type="firstRow">
      <w:rPr>
        <w:b/>
        <w:bCs/>
        <w:color w:val="FFFFFF" w:themeColor="background1"/>
      </w:rPr>
      <w:tblPr/>
      <w:tcPr>
        <w:tcBorders>
          <w:bottom w:val="single" w:sz="12" w:space="0" w:color="FFFFFF" w:themeColor="background1"/>
        </w:tcBorders>
        <w:shd w:val="clear" w:color="auto" w:fill="EB2A59" w:themeFill="accent3" w:themeFillShade="CC"/>
      </w:tcPr>
    </w:tblStylePr>
    <w:tblStylePr w:type="lastRow">
      <w:rPr>
        <w:b/>
        <w:bCs/>
        <w:color w:val="EB2A5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0D2" w:themeFill="accent4" w:themeFillTint="3F"/>
      </w:tcPr>
    </w:tblStylePr>
    <w:tblStylePr w:type="band1Horz">
      <w:tblPr/>
      <w:tcPr>
        <w:shd w:val="clear" w:color="auto" w:fill="E4F2DA"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4FAF9" w:themeFill="accent5" w:themeFillTint="19"/>
    </w:tcPr>
    <w:tblStylePr w:type="firstRow">
      <w:rPr>
        <w:b/>
        <w:bCs/>
        <w:color w:val="FFFFFF" w:themeColor="background1"/>
      </w:rPr>
      <w:tblPr/>
      <w:tcPr>
        <w:tcBorders>
          <w:bottom w:val="single" w:sz="12" w:space="0" w:color="FFFFFF" w:themeColor="background1"/>
        </w:tcBorders>
        <w:shd w:val="clear" w:color="auto" w:fill="FA9911" w:themeFill="accent6" w:themeFillShade="CC"/>
      </w:tcPr>
    </w:tblStylePr>
    <w:tblStylePr w:type="lastRow">
      <w:rPr>
        <w:b/>
        <w:bCs/>
        <w:color w:val="FA991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3F2" w:themeFill="accent5" w:themeFillTint="3F"/>
      </w:tcPr>
    </w:tblStylePr>
    <w:tblStylePr w:type="band1Horz">
      <w:tblPr/>
      <w:tcPr>
        <w:shd w:val="clear" w:color="auto" w:fill="C9F5F4"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7ED" w:themeFill="accent6" w:themeFillTint="19"/>
    </w:tcPr>
    <w:tblStylePr w:type="firstRow">
      <w:rPr>
        <w:b/>
        <w:bCs/>
        <w:color w:val="FFFFFF" w:themeColor="background1"/>
      </w:rPr>
      <w:tblPr/>
      <w:tcPr>
        <w:tcBorders>
          <w:bottom w:val="single" w:sz="12" w:space="0" w:color="FFFFFF" w:themeColor="background1"/>
        </w:tcBorders>
        <w:shd w:val="clear" w:color="auto" w:fill="178683" w:themeFill="accent5" w:themeFillShade="CC"/>
      </w:tcPr>
    </w:tblStylePr>
    <w:tblStylePr w:type="lastRow">
      <w:rPr>
        <w:b/>
        <w:bCs/>
        <w:color w:val="17868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CD4" w:themeFill="accent6" w:themeFillTint="3F"/>
      </w:tcPr>
    </w:tblStylePr>
    <w:tblStylePr w:type="band1Horz">
      <w:tblPr/>
      <w:tcPr>
        <w:shd w:val="clear" w:color="auto" w:fill="FEF0DC"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F5F4" w:themeFill="accent1" w:themeFillTint="33"/>
    </w:tcPr>
    <w:tblStylePr w:type="firstRow">
      <w:rPr>
        <w:b/>
        <w:bCs/>
      </w:rPr>
      <w:tblPr/>
      <w:tcPr>
        <w:shd w:val="clear" w:color="auto" w:fill="94ECEA" w:themeFill="accent1" w:themeFillTint="66"/>
      </w:tcPr>
    </w:tblStylePr>
    <w:tblStylePr w:type="lastRow">
      <w:rPr>
        <w:b/>
        <w:bCs/>
        <w:color w:val="000000" w:themeColor="text1"/>
      </w:rPr>
      <w:tblPr/>
      <w:tcPr>
        <w:shd w:val="clear" w:color="auto" w:fill="94ECEA" w:themeFill="accent1" w:themeFillTint="66"/>
      </w:tcPr>
    </w:tblStylePr>
    <w:tblStylePr w:type="firstCol">
      <w:rPr>
        <w:color w:val="FFFFFF" w:themeColor="background1"/>
      </w:rPr>
      <w:tblPr/>
      <w:tcPr>
        <w:shd w:val="clear" w:color="auto" w:fill="157D7B" w:themeFill="accent1" w:themeFillShade="BF"/>
      </w:tcPr>
    </w:tblStylePr>
    <w:tblStylePr w:type="lastCol">
      <w:rPr>
        <w:color w:val="FFFFFF" w:themeColor="background1"/>
      </w:rPr>
      <w:tblPr/>
      <w:tcPr>
        <w:shd w:val="clear" w:color="auto" w:fill="157D7B" w:themeFill="accent1" w:themeFillShade="BF"/>
      </w:tcPr>
    </w:tblStylePr>
    <w:tblStylePr w:type="band1Vert">
      <w:tblPr/>
      <w:tcPr>
        <w:shd w:val="clear" w:color="auto" w:fill="79E8E5" w:themeFill="accent1" w:themeFillTint="7F"/>
      </w:tcPr>
    </w:tblStylePr>
    <w:tblStylePr w:type="band1Horz">
      <w:tblPr/>
      <w:tcPr>
        <w:shd w:val="clear" w:color="auto" w:fill="79E8E5"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0DC" w:themeFill="accent2" w:themeFillTint="33"/>
    </w:tcPr>
    <w:tblStylePr w:type="firstRow">
      <w:rPr>
        <w:b/>
        <w:bCs/>
      </w:rPr>
      <w:tblPr/>
      <w:tcPr>
        <w:shd w:val="clear" w:color="auto" w:fill="FDE1BA" w:themeFill="accent2" w:themeFillTint="66"/>
      </w:tcPr>
    </w:tblStylePr>
    <w:tblStylePr w:type="lastRow">
      <w:rPr>
        <w:b/>
        <w:bCs/>
        <w:color w:val="000000" w:themeColor="text1"/>
      </w:rPr>
      <w:tblPr/>
      <w:tcPr>
        <w:shd w:val="clear" w:color="auto" w:fill="FDE1BA" w:themeFill="accent2" w:themeFillTint="66"/>
      </w:tcPr>
    </w:tblStylePr>
    <w:tblStylePr w:type="firstCol">
      <w:rPr>
        <w:color w:val="FFFFFF" w:themeColor="background1"/>
      </w:rPr>
      <w:tblPr/>
      <w:tcPr>
        <w:shd w:val="clear" w:color="auto" w:fill="F79104" w:themeFill="accent2" w:themeFillShade="BF"/>
      </w:tcPr>
    </w:tblStylePr>
    <w:tblStylePr w:type="lastCol">
      <w:rPr>
        <w:color w:val="FFFFFF" w:themeColor="background1"/>
      </w:rPr>
      <w:tblPr/>
      <w:tcPr>
        <w:shd w:val="clear" w:color="auto" w:fill="F79104" w:themeFill="accent2" w:themeFillShade="BF"/>
      </w:tcPr>
    </w:tblStylePr>
    <w:tblStylePr w:type="band1Vert">
      <w:tblPr/>
      <w:tcPr>
        <w:shd w:val="clear" w:color="auto" w:fill="FDDAA9" w:themeFill="accent2" w:themeFillTint="7F"/>
      </w:tcPr>
    </w:tblStylePr>
    <w:tblStylePr w:type="band1Horz">
      <w:tblPr/>
      <w:tcPr>
        <w:shd w:val="clear" w:color="auto" w:fill="FDDAA9"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1E7" w:themeFill="accent3" w:themeFillTint="33"/>
    </w:tcPr>
    <w:tblStylePr w:type="firstRow">
      <w:rPr>
        <w:b/>
        <w:bCs/>
      </w:rPr>
      <w:tblPr/>
      <w:tcPr>
        <w:shd w:val="clear" w:color="auto" w:fill="F9C3D0" w:themeFill="accent3" w:themeFillTint="66"/>
      </w:tcPr>
    </w:tblStylePr>
    <w:tblStylePr w:type="lastRow">
      <w:rPr>
        <w:b/>
        <w:bCs/>
        <w:color w:val="000000" w:themeColor="text1"/>
      </w:rPr>
      <w:tblPr/>
      <w:tcPr>
        <w:shd w:val="clear" w:color="auto" w:fill="F9C3D0" w:themeFill="accent3" w:themeFillTint="66"/>
      </w:tcPr>
    </w:tblStylePr>
    <w:tblStylePr w:type="firstCol">
      <w:rPr>
        <w:color w:val="FFFFFF" w:themeColor="background1"/>
      </w:rPr>
      <w:tblPr/>
      <w:tcPr>
        <w:shd w:val="clear" w:color="auto" w:fill="E91A4C" w:themeFill="accent3" w:themeFillShade="BF"/>
      </w:tcPr>
    </w:tblStylePr>
    <w:tblStylePr w:type="lastCol">
      <w:rPr>
        <w:color w:val="FFFFFF" w:themeColor="background1"/>
      </w:rPr>
      <w:tblPr/>
      <w:tcPr>
        <w:shd w:val="clear" w:color="auto" w:fill="E91A4C" w:themeFill="accent3" w:themeFillShade="BF"/>
      </w:tcPr>
    </w:tblStylePr>
    <w:tblStylePr w:type="band1Vert">
      <w:tblPr/>
      <w:tcPr>
        <w:shd w:val="clear" w:color="auto" w:fill="F8B4C4" w:themeFill="accent3" w:themeFillTint="7F"/>
      </w:tcPr>
    </w:tblStylePr>
    <w:tblStylePr w:type="band1Horz">
      <w:tblPr/>
      <w:tcPr>
        <w:shd w:val="clear" w:color="auto" w:fill="F8B4C4"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2DA" w:themeFill="accent4" w:themeFillTint="33"/>
    </w:tcPr>
    <w:tblStylePr w:type="firstRow">
      <w:rPr>
        <w:b/>
        <w:bCs/>
      </w:rPr>
      <w:tblPr/>
      <w:tcPr>
        <w:shd w:val="clear" w:color="auto" w:fill="CAE6B6" w:themeFill="accent4" w:themeFillTint="66"/>
      </w:tcPr>
    </w:tblStylePr>
    <w:tblStylePr w:type="lastRow">
      <w:rPr>
        <w:b/>
        <w:bCs/>
        <w:color w:val="000000" w:themeColor="text1"/>
      </w:rPr>
      <w:tblPr/>
      <w:tcPr>
        <w:shd w:val="clear" w:color="auto" w:fill="CAE6B6" w:themeFill="accent4" w:themeFillTint="66"/>
      </w:tcPr>
    </w:tblStylePr>
    <w:tblStylePr w:type="firstCol">
      <w:rPr>
        <w:color w:val="FFFFFF" w:themeColor="background1"/>
      </w:rPr>
      <w:tblPr/>
      <w:tcPr>
        <w:shd w:val="clear" w:color="auto" w:fill="5B9632" w:themeFill="accent4" w:themeFillShade="BF"/>
      </w:tcPr>
    </w:tblStylePr>
    <w:tblStylePr w:type="lastCol">
      <w:rPr>
        <w:color w:val="FFFFFF" w:themeColor="background1"/>
      </w:rPr>
      <w:tblPr/>
      <w:tcPr>
        <w:shd w:val="clear" w:color="auto" w:fill="5B9632" w:themeFill="accent4" w:themeFillShade="BF"/>
      </w:tcPr>
    </w:tblStylePr>
    <w:tblStylePr w:type="band1Vert">
      <w:tblPr/>
      <w:tcPr>
        <w:shd w:val="clear" w:color="auto" w:fill="BDE0A4" w:themeFill="accent4" w:themeFillTint="7F"/>
      </w:tcPr>
    </w:tblStylePr>
    <w:tblStylePr w:type="band1Horz">
      <w:tblPr/>
      <w:tcPr>
        <w:shd w:val="clear" w:color="auto" w:fill="BDE0A4"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F5F4" w:themeFill="accent5" w:themeFillTint="33"/>
    </w:tcPr>
    <w:tblStylePr w:type="firstRow">
      <w:rPr>
        <w:b/>
        <w:bCs/>
      </w:rPr>
      <w:tblPr/>
      <w:tcPr>
        <w:shd w:val="clear" w:color="auto" w:fill="94ECEA" w:themeFill="accent5" w:themeFillTint="66"/>
      </w:tcPr>
    </w:tblStylePr>
    <w:tblStylePr w:type="lastRow">
      <w:rPr>
        <w:b/>
        <w:bCs/>
        <w:color w:val="000000" w:themeColor="text1"/>
      </w:rPr>
      <w:tblPr/>
      <w:tcPr>
        <w:shd w:val="clear" w:color="auto" w:fill="94ECEA" w:themeFill="accent5" w:themeFillTint="66"/>
      </w:tcPr>
    </w:tblStylePr>
    <w:tblStylePr w:type="firstCol">
      <w:rPr>
        <w:color w:val="FFFFFF" w:themeColor="background1"/>
      </w:rPr>
      <w:tblPr/>
      <w:tcPr>
        <w:shd w:val="clear" w:color="auto" w:fill="157D7B" w:themeFill="accent5" w:themeFillShade="BF"/>
      </w:tcPr>
    </w:tblStylePr>
    <w:tblStylePr w:type="lastCol">
      <w:rPr>
        <w:color w:val="FFFFFF" w:themeColor="background1"/>
      </w:rPr>
      <w:tblPr/>
      <w:tcPr>
        <w:shd w:val="clear" w:color="auto" w:fill="157D7B" w:themeFill="accent5" w:themeFillShade="BF"/>
      </w:tcPr>
    </w:tblStylePr>
    <w:tblStylePr w:type="band1Vert">
      <w:tblPr/>
      <w:tcPr>
        <w:shd w:val="clear" w:color="auto" w:fill="79E8E5" w:themeFill="accent5" w:themeFillTint="7F"/>
      </w:tcPr>
    </w:tblStylePr>
    <w:tblStylePr w:type="band1Horz">
      <w:tblPr/>
      <w:tcPr>
        <w:shd w:val="clear" w:color="auto" w:fill="79E8E5"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0DC" w:themeFill="accent6" w:themeFillTint="33"/>
    </w:tcPr>
    <w:tblStylePr w:type="firstRow">
      <w:rPr>
        <w:b/>
        <w:bCs/>
      </w:rPr>
      <w:tblPr/>
      <w:tcPr>
        <w:shd w:val="clear" w:color="auto" w:fill="FDE1BA" w:themeFill="accent6" w:themeFillTint="66"/>
      </w:tcPr>
    </w:tblStylePr>
    <w:tblStylePr w:type="lastRow">
      <w:rPr>
        <w:b/>
        <w:bCs/>
        <w:color w:val="000000" w:themeColor="text1"/>
      </w:rPr>
      <w:tblPr/>
      <w:tcPr>
        <w:shd w:val="clear" w:color="auto" w:fill="FDE1BA" w:themeFill="accent6" w:themeFillTint="66"/>
      </w:tcPr>
    </w:tblStylePr>
    <w:tblStylePr w:type="firstCol">
      <w:rPr>
        <w:color w:val="FFFFFF" w:themeColor="background1"/>
      </w:rPr>
      <w:tblPr/>
      <w:tcPr>
        <w:shd w:val="clear" w:color="auto" w:fill="F79104" w:themeFill="accent6" w:themeFillShade="BF"/>
      </w:tcPr>
    </w:tblStylePr>
    <w:tblStylePr w:type="lastCol">
      <w:rPr>
        <w:color w:val="FFFFFF" w:themeColor="background1"/>
      </w:rPr>
      <w:tblPr/>
      <w:tcPr>
        <w:shd w:val="clear" w:color="auto" w:fill="F79104" w:themeFill="accent6" w:themeFillShade="BF"/>
      </w:tcPr>
    </w:tblStylePr>
    <w:tblStylePr w:type="band1Vert">
      <w:tblPr/>
      <w:tcPr>
        <w:shd w:val="clear" w:color="auto" w:fill="FDDAA9" w:themeFill="accent6" w:themeFillTint="7F"/>
      </w:tcPr>
    </w:tblStylePr>
    <w:tblStylePr w:type="band1Horz">
      <w:tblPr/>
      <w:tcPr>
        <w:shd w:val="clear" w:color="auto" w:fill="FDDAA9"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ECMM">
      <a:dk1>
        <a:sysClr val="windowText" lastClr="000000"/>
      </a:dk1>
      <a:lt1>
        <a:sysClr val="window" lastClr="FFFFFF"/>
      </a:lt1>
      <a:dk2>
        <a:srgbClr val="0E2841"/>
      </a:dk2>
      <a:lt2>
        <a:srgbClr val="E8E8E8"/>
      </a:lt2>
      <a:accent1>
        <a:srgbClr val="1DA8A5"/>
      </a:accent1>
      <a:accent2>
        <a:srgbClr val="FCB654"/>
      </a:accent2>
      <a:accent3>
        <a:srgbClr val="F16A8B"/>
      </a:accent3>
      <a:accent4>
        <a:srgbClr val="7BC24A"/>
      </a:accent4>
      <a:accent5>
        <a:srgbClr val="1DA8A5"/>
      </a:accent5>
      <a:accent6>
        <a:srgbClr val="FCB654"/>
      </a:accent6>
      <a:hlink>
        <a:srgbClr val="1DA8A5"/>
      </a:hlink>
      <a:folHlink>
        <a:srgbClr val="FCB654"/>
      </a:folHlink>
    </a:clrScheme>
    <a:fontScheme name="AECMM">
      <a:majorFont>
        <a:latin typeface="Comfortaa"/>
        <a:ea typeface=""/>
        <a:cs typeface=""/>
      </a:majorFont>
      <a:minorFont>
        <a:latin typeface="Comfortaa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7CBD345577C924FAD6CE081492B37E7" ma:contentTypeVersion="10" ma:contentTypeDescription="Crear nuevo documento." ma:contentTypeScope="" ma:versionID="a17d0242e14b74a585cd30a80cd2c11a">
  <xsd:schema xmlns:xsd="http://www.w3.org/2001/XMLSchema" xmlns:xs="http://www.w3.org/2001/XMLSchema" xmlns:p="http://schemas.microsoft.com/office/2006/metadata/properties" xmlns:ns2="f7a1be72-1ee1-4573-8526-e25673697626" xmlns:ns3="8bad2696-856c-427f-adb4-4f91636745ad" targetNamespace="http://schemas.microsoft.com/office/2006/metadata/properties" ma:root="true" ma:fieldsID="adb61429ec29b632726e9c7e3fb77b02" ns2:_="" ns3:_="">
    <xsd:import namespace="f7a1be72-1ee1-4573-8526-e25673697626"/>
    <xsd:import namespace="8bad2696-856c-427f-adb4-4f91636745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1be72-1ee1-4573-8526-e25673697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6dcdbebf-31f6-4d99-a63e-f639284a5e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d2696-856c-427f-adb4-4f91636745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bc3354-f055-483c-8b8a-d191aa2dd01a}" ma:internalName="TaxCatchAll" ma:showField="CatchAllData" ma:web="8bad2696-856c-427f-adb4-4f91636745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bad2696-856c-427f-adb4-4f91636745ad" xsi:nil="true"/>
    <lcf76f155ced4ddcb4097134ff3c332f xmlns="f7a1be72-1ee1-4573-8526-e256736976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086194-4BB0-48E3-ABC8-F7C48E20C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1be72-1ee1-4573-8526-e25673697626"/>
    <ds:schemaRef ds:uri="8bad2696-856c-427f-adb4-4f9163674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6AF611E9-C0ED-4EA1-A8B3-8A52997C0CD8}">
  <ds:schemaRefs>
    <ds:schemaRef ds:uri="http://schemas.microsoft.com/sharepoint/v3/contenttype/forms"/>
  </ds:schemaRefs>
</ds:datastoreItem>
</file>

<file path=customXml/itemProps4.xml><?xml version="1.0" encoding="utf-8"?>
<ds:datastoreItem xmlns:ds="http://schemas.openxmlformats.org/officeDocument/2006/customXml" ds:itemID="{7EE5791F-E1F2-4684-A756-7802E2549D29}">
  <ds:schemaRefs>
    <ds:schemaRef ds:uri="http://schemas.microsoft.com/office/2006/metadata/properties"/>
    <ds:schemaRef ds:uri="http://schemas.microsoft.com/office/infopath/2007/PartnerControls"/>
    <ds:schemaRef ds:uri="8bad2696-856c-427f-adb4-4f91636745ad"/>
    <ds:schemaRef ds:uri="f7a1be72-1ee1-4573-8526-e25673697626"/>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427</Words>
  <Characters>2353</Characters>
  <Application>Microsoft Office Word</Application>
  <DocSecurity>0</DocSecurity>
  <Lines>19</Lines>
  <Paragraphs>5</Paragraphs>
  <ScaleCrop>false</ScaleCrop>
  <Manager/>
  <Company/>
  <LinksUpToDate>false</LinksUpToDate>
  <CharactersWithSpaces>2775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 Cervello Pomar</cp:lastModifiedBy>
  <cp:revision>21</cp:revision>
  <dcterms:created xsi:type="dcterms:W3CDTF">2013-12-23T23:15:00Z</dcterms:created>
  <dcterms:modified xsi:type="dcterms:W3CDTF">2026-09-13T09:56:00Z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0x01010067CBD345577C924FAD6CE081492B37E7</vt:lpwstr>
  </property>
  <property fmtid="{D5CDD505-2E9C-101B-9397-08002B2CF9AE}" pid="3" name="MediaServiceImageTags">
    <vt:lpwstr/>
  </property>
</Properties>
</file>