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07E2D" w14:textId="77777777" w:rsidR="00102BFD" w:rsidRPr="0041698A" w:rsidRDefault="00102BFD" w:rsidP="0041698A">
      <w:pPr>
        <w:spacing w:after="0"/>
        <w:jc w:val="both"/>
        <w:rPr>
          <w:rFonts w:asciiTheme="majorHAnsi" w:eastAsiaTheme="majorEastAsia" w:hAnsiTheme="majorHAnsi" w:cstheme="majorBidi"/>
          <w:caps/>
          <w:color w:val="1DA8A5" w:themeColor="accent1"/>
          <w:spacing w:val="10"/>
          <w:sz w:val="52"/>
          <w:szCs w:val="52"/>
          <w:lang w:val="es-ES"/>
        </w:rPr>
      </w:pPr>
      <w:r w:rsidRPr="0041698A">
        <w:rPr>
          <w:rFonts w:asciiTheme="majorHAnsi" w:eastAsiaTheme="majorEastAsia" w:hAnsiTheme="majorHAnsi" w:cstheme="majorBidi"/>
          <w:caps/>
          <w:color w:val="1DA8A5" w:themeColor="accent1"/>
          <w:spacing w:val="10"/>
          <w:sz w:val="52"/>
          <w:szCs w:val="52"/>
          <w:lang w:val="es-ES"/>
        </w:rPr>
        <w:t>ANEXO 1</w:t>
      </w:r>
    </w:p>
    <w:p w14:paraId="78B55AD0" w14:textId="77777777" w:rsidR="00102BFD" w:rsidRPr="0041698A" w:rsidRDefault="00102BFD" w:rsidP="0041698A">
      <w:pPr>
        <w:pStyle w:val="Ttulo1"/>
        <w:pBdr>
          <w:top w:val="none" w:sz="0" w:space="0" w:color="auto"/>
          <w:left w:val="none" w:sz="0" w:space="0" w:color="auto"/>
          <w:bottom w:val="none" w:sz="0" w:space="0" w:color="auto"/>
          <w:right w:val="none" w:sz="0" w:space="0" w:color="auto"/>
        </w:pBdr>
        <w:shd w:val="clear" w:color="auto" w:fill="C9F5F4" w:themeFill="accent1" w:themeFillTint="33"/>
        <w:spacing w:before="120"/>
        <w:ind w:left="710" w:hanging="710"/>
        <w:jc w:val="both"/>
        <w:rPr>
          <w:rFonts w:asciiTheme="majorHAnsi" w:hAnsiTheme="majorHAnsi"/>
          <w:b/>
          <w:color w:val="1DA8A5" w:themeColor="accent1"/>
          <w:sz w:val="32"/>
          <w:lang w:val="es-ES"/>
        </w:rPr>
      </w:pPr>
      <w:r w:rsidRPr="0041698A">
        <w:rPr>
          <w:rFonts w:asciiTheme="majorHAnsi" w:hAnsiTheme="majorHAnsi"/>
          <w:b/>
          <w:color w:val="1DA8A5" w:themeColor="accent1"/>
          <w:sz w:val="32"/>
          <w:lang w:val="es-ES"/>
        </w:rPr>
        <w:t>Resumen del proyecto</w:t>
      </w:r>
    </w:p>
    <w:p w14:paraId="529FCAB3" w14:textId="77777777" w:rsidR="00017EA2" w:rsidRPr="0041698A" w:rsidRDefault="00017EA2" w:rsidP="0041698A">
      <w:pPr>
        <w:spacing w:before="0" w:after="0"/>
        <w:jc w:val="both"/>
        <w:rPr>
          <w:rFonts w:asciiTheme="majorHAnsi" w:hAnsiTheme="majorHAnsi"/>
          <w:lang w:val="es-ES"/>
        </w:rPr>
      </w:pPr>
    </w:p>
    <w:p w14:paraId="672A6659" w14:textId="6069CEED" w:rsidR="000468A9" w:rsidRPr="0041698A" w:rsidRDefault="00102BFD" w:rsidP="0041698A">
      <w:pPr>
        <w:pStyle w:val="Ttulo2"/>
        <w:pBdr>
          <w:top w:val="none" w:sz="0" w:space="0" w:color="auto"/>
          <w:left w:val="none" w:sz="0" w:space="0" w:color="auto"/>
          <w:bottom w:val="none" w:sz="0" w:space="0" w:color="auto"/>
          <w:right w:val="none" w:sz="0" w:space="0" w:color="auto"/>
        </w:pBdr>
        <w:shd w:val="clear" w:color="auto" w:fill="FCE1E7" w:themeFill="accent3" w:themeFillTint="33"/>
        <w:spacing w:before="0"/>
        <w:ind w:left="720" w:hanging="720"/>
        <w:jc w:val="both"/>
        <w:rPr>
          <w:rFonts w:asciiTheme="majorHAnsi" w:hAnsiTheme="majorHAnsi"/>
          <w:b/>
          <w:color w:val="F16A8B" w:themeColor="accent3"/>
          <w:sz w:val="24"/>
          <w:lang w:val="es-ES"/>
        </w:rPr>
      </w:pPr>
      <w:r w:rsidRPr="0041698A">
        <w:rPr>
          <w:rFonts w:asciiTheme="majorHAnsi" w:hAnsiTheme="majorHAnsi"/>
          <w:b/>
          <w:color w:val="F16A8B" w:themeColor="accent3"/>
          <w:sz w:val="24"/>
          <w:lang w:val="es-ES"/>
        </w:rPr>
        <w:t>FASE 1 · Presentación inicial de la candidatura</w:t>
      </w:r>
    </w:p>
    <w:p w14:paraId="60A40F99" w14:textId="77777777" w:rsidR="00435073" w:rsidRPr="0041698A" w:rsidRDefault="00435073" w:rsidP="0041698A">
      <w:pPr>
        <w:spacing w:before="60" w:after="60"/>
        <w:jc w:val="both"/>
        <w:rPr>
          <w:rFonts w:asciiTheme="majorHAnsi" w:hAnsiTheme="majorHAnsi"/>
          <w:b/>
          <w:bCs/>
          <w:color w:val="1DA8A5" w:themeColor="accent5"/>
          <w:lang w:val="es-ES"/>
        </w:rPr>
      </w:pPr>
      <w:r w:rsidRPr="0041698A">
        <w:rPr>
          <w:rFonts w:asciiTheme="majorHAnsi" w:hAnsiTheme="majorHAnsi"/>
          <w:b/>
          <w:bCs/>
          <w:color w:val="1DA8A5" w:themeColor="accent5"/>
          <w:lang w:val="es-ES"/>
        </w:rPr>
        <w:t>OBJETIVO DEL ANEXO</w:t>
      </w:r>
    </w:p>
    <w:p w14:paraId="7B7CFC87" w14:textId="4D56A643" w:rsidR="00102BFD" w:rsidRPr="0041698A" w:rsidRDefault="00435073" w:rsidP="0041698A">
      <w:pPr>
        <w:jc w:val="both"/>
        <w:rPr>
          <w:rFonts w:asciiTheme="majorHAnsi" w:hAnsiTheme="majorHAnsi"/>
          <w:lang w:val="es-ES"/>
        </w:rPr>
      </w:pPr>
      <w:r w:rsidRPr="0041698A">
        <w:rPr>
          <w:rFonts w:asciiTheme="majorHAnsi" w:hAnsiTheme="majorHAnsi"/>
          <w:lang w:val="es-ES"/>
        </w:rPr>
        <w:t>Permitir una evaluación inicial homogénea y ágil para seleccionar los proyectos con mayor adecuación al Premio, impacto potencial en pacientes con cáncer de mama metastásico activo, innovación terapéutica y potencial de traslación.</w:t>
      </w:r>
    </w:p>
    <w:p w14:paraId="23A2B303" w14:textId="2F403BB0" w:rsidR="00102BFD" w:rsidRPr="0041698A" w:rsidRDefault="00435073" w:rsidP="0041698A">
      <w:pPr>
        <w:jc w:val="both"/>
        <w:rPr>
          <w:rFonts w:asciiTheme="majorHAnsi" w:hAnsiTheme="majorHAnsi"/>
          <w:lang w:val="es-ES"/>
        </w:rPr>
      </w:pPr>
      <w:r w:rsidRPr="0041698A">
        <w:rPr>
          <w:rFonts w:asciiTheme="majorHAnsi" w:hAnsiTheme="majorHAnsi"/>
          <w:b/>
          <w:bCs/>
          <w:color w:val="1DA8A5" w:themeColor="accent5"/>
          <w:lang w:val="es-ES"/>
        </w:rPr>
        <w:t>FORMATO</w:t>
      </w:r>
      <w:r w:rsidRPr="0041698A">
        <w:rPr>
          <w:rFonts w:asciiTheme="majorHAnsi" w:hAnsiTheme="majorHAnsi"/>
          <w:b/>
          <w:bCs/>
          <w:color w:val="1DA8A5" w:themeColor="accent5"/>
          <w:lang w:val="es-ES"/>
        </w:rPr>
        <w:br/>
      </w:r>
      <w:r w:rsidRPr="0041698A">
        <w:rPr>
          <w:rFonts w:asciiTheme="majorHAnsi" w:hAnsiTheme="majorHAnsi"/>
          <w:lang w:val="es-ES"/>
        </w:rPr>
        <w:t>Documento obligatorio. Máximo 4 páginas de contenido, más 1 página opcional para figuras, tablas y referencias. Fuente mínima 10 puntos. No se podrán eliminar apartados ni alterar su orden. El límite global de páginas prevalece sobre los límites máximos indicados para cada apartado. Los límites de palabras son máximos y no implican que deban agotarse.</w:t>
      </w:r>
    </w:p>
    <w:p w14:paraId="30F1CABE" w14:textId="424B06BE" w:rsidR="000468A9" w:rsidRPr="0041698A" w:rsidRDefault="007225F8" w:rsidP="0041698A">
      <w:pPr>
        <w:pStyle w:val="Ttulo1"/>
        <w:numPr>
          <w:ilvl w:val="0"/>
          <w:numId w:val="10"/>
        </w:numPr>
        <w:pBdr>
          <w:top w:val="none" w:sz="0" w:space="0" w:color="auto"/>
          <w:left w:val="none" w:sz="0" w:space="0" w:color="auto"/>
          <w:bottom w:val="none" w:sz="0" w:space="0" w:color="auto"/>
          <w:right w:val="none" w:sz="0" w:space="0" w:color="auto"/>
        </w:pBdr>
        <w:shd w:val="clear" w:color="auto" w:fill="C9F5F4" w:themeFill="accent1" w:themeFillTint="33"/>
        <w:spacing w:before="120"/>
        <w:jc w:val="both"/>
        <w:rPr>
          <w:rFonts w:asciiTheme="majorHAnsi" w:hAnsiTheme="majorHAnsi"/>
          <w:b/>
          <w:color w:val="1DA8A5" w:themeColor="accent1"/>
          <w:sz w:val="32"/>
          <w:lang w:val="es-ES"/>
        </w:rPr>
      </w:pPr>
      <w:r w:rsidRPr="0041698A">
        <w:rPr>
          <w:rFonts w:asciiTheme="majorHAnsi" w:hAnsiTheme="majorHAnsi"/>
          <w:b/>
          <w:color w:val="1DA8A5" w:themeColor="accent1"/>
          <w:sz w:val="32"/>
          <w:lang w:val="es-ES"/>
        </w:rPr>
        <w:t>Identificación del proyecto</w:t>
      </w:r>
    </w:p>
    <w:p w14:paraId="1E587346" w14:textId="77777777" w:rsidR="005A61AB" w:rsidRPr="0041698A" w:rsidRDefault="005A61AB" w:rsidP="0041698A">
      <w:pPr>
        <w:spacing w:before="0" w:after="0"/>
        <w:jc w:val="both"/>
        <w:rPr>
          <w:rFonts w:asciiTheme="majorHAnsi" w:hAnsiTheme="majorHAnsi"/>
          <w:lang w:val="es-ES"/>
        </w:rPr>
      </w:pPr>
    </w:p>
    <w:tbl>
      <w:tblPr>
        <w:tblStyle w:val="Cuadrculaclara-nfasis5"/>
        <w:tblW w:w="0" w:type="auto"/>
        <w:tblInd w:w="108" w:type="dxa"/>
        <w:tblLook w:val="0680" w:firstRow="0" w:lastRow="0" w:firstColumn="1" w:lastColumn="0" w:noHBand="1" w:noVBand="1"/>
      </w:tblPr>
      <w:tblGrid>
        <w:gridCol w:w="4459"/>
        <w:gridCol w:w="5849"/>
      </w:tblGrid>
      <w:tr w:rsidR="000468A9" w:rsidRPr="0041698A" w14:paraId="056407AF" w14:textId="77777777" w:rsidTr="00F4465C">
        <w:tc>
          <w:tcPr>
            <w:cnfStyle w:val="001000000000" w:firstRow="0" w:lastRow="0" w:firstColumn="1" w:lastColumn="0" w:oddVBand="0" w:evenVBand="0" w:oddHBand="0" w:evenHBand="0" w:firstRowFirstColumn="0" w:firstRowLastColumn="0" w:lastRowFirstColumn="0" w:lastRowLastColumn="0"/>
            <w:tcW w:w="4459" w:type="dxa"/>
          </w:tcPr>
          <w:p w14:paraId="1722A5BB" w14:textId="77777777" w:rsidR="000468A9" w:rsidRPr="0041698A" w:rsidRDefault="007225F8" w:rsidP="0041698A">
            <w:pPr>
              <w:jc w:val="both"/>
            </w:pPr>
            <w:proofErr w:type="spellStart"/>
            <w:r w:rsidRPr="0041698A">
              <w:rPr>
                <w:color w:val="2C5960"/>
                <w:sz w:val="18"/>
              </w:rPr>
              <w:t>Título</w:t>
            </w:r>
            <w:proofErr w:type="spellEnd"/>
            <w:r w:rsidRPr="0041698A">
              <w:rPr>
                <w:color w:val="2C5960"/>
                <w:sz w:val="18"/>
              </w:rPr>
              <w:t xml:space="preserve"> del </w:t>
            </w:r>
            <w:proofErr w:type="spellStart"/>
            <w:r w:rsidRPr="0041698A">
              <w:rPr>
                <w:color w:val="2C5960"/>
                <w:sz w:val="18"/>
              </w:rPr>
              <w:t>proyecto</w:t>
            </w:r>
            <w:proofErr w:type="spellEnd"/>
          </w:p>
        </w:tc>
        <w:tc>
          <w:tcPr>
            <w:tcW w:w="5849" w:type="dxa"/>
          </w:tcPr>
          <w:p w14:paraId="0A37501D" w14:textId="77777777" w:rsidR="000468A9" w:rsidRPr="0041698A" w:rsidRDefault="000468A9" w:rsidP="0041698A">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rPr>
            </w:pPr>
          </w:p>
        </w:tc>
      </w:tr>
      <w:tr w:rsidR="000468A9" w:rsidRPr="0041698A" w14:paraId="026C10EC" w14:textId="77777777" w:rsidTr="00F4465C">
        <w:tc>
          <w:tcPr>
            <w:cnfStyle w:val="001000000000" w:firstRow="0" w:lastRow="0" w:firstColumn="1" w:lastColumn="0" w:oddVBand="0" w:evenVBand="0" w:oddHBand="0" w:evenHBand="0" w:firstRowFirstColumn="0" w:firstRowLastColumn="0" w:lastRowFirstColumn="0" w:lastRowLastColumn="0"/>
            <w:tcW w:w="4459" w:type="dxa"/>
          </w:tcPr>
          <w:p w14:paraId="3F7D2CB1" w14:textId="77777777" w:rsidR="000468A9" w:rsidRPr="0041698A" w:rsidRDefault="007225F8" w:rsidP="0041698A">
            <w:pPr>
              <w:jc w:val="both"/>
            </w:pPr>
            <w:r w:rsidRPr="0041698A">
              <w:rPr>
                <w:color w:val="2C5960"/>
                <w:sz w:val="18"/>
              </w:rPr>
              <w:t>Acrónimo, si procede</w:t>
            </w:r>
          </w:p>
        </w:tc>
        <w:tc>
          <w:tcPr>
            <w:tcW w:w="5849" w:type="dxa"/>
          </w:tcPr>
          <w:p w14:paraId="5DAB6C7B" w14:textId="77777777" w:rsidR="000468A9" w:rsidRPr="0041698A" w:rsidRDefault="000468A9" w:rsidP="0041698A">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rPr>
            </w:pPr>
          </w:p>
        </w:tc>
      </w:tr>
      <w:tr w:rsidR="000468A9" w:rsidRPr="0041698A" w14:paraId="3ABAB8A3" w14:textId="77777777" w:rsidTr="00F4465C">
        <w:trPr>
          <w:trHeight w:val="300"/>
        </w:trPr>
        <w:tc>
          <w:tcPr>
            <w:cnfStyle w:val="001000000000" w:firstRow="0" w:lastRow="0" w:firstColumn="1" w:lastColumn="0" w:oddVBand="0" w:evenVBand="0" w:oddHBand="0" w:evenHBand="0" w:firstRowFirstColumn="0" w:firstRowLastColumn="0" w:lastRowFirstColumn="0" w:lastRowLastColumn="0"/>
            <w:tcW w:w="4459" w:type="dxa"/>
          </w:tcPr>
          <w:p w14:paraId="092EA806" w14:textId="77777777" w:rsidR="000468A9" w:rsidRPr="0041698A" w:rsidRDefault="007225F8" w:rsidP="0041698A">
            <w:pPr>
              <w:jc w:val="both"/>
            </w:pPr>
            <w:r w:rsidRPr="0041698A">
              <w:rPr>
                <w:color w:val="2C5960"/>
                <w:sz w:val="18"/>
              </w:rPr>
              <w:t>Persona investigadora principal</w:t>
            </w:r>
          </w:p>
        </w:tc>
        <w:tc>
          <w:tcPr>
            <w:tcW w:w="5849" w:type="dxa"/>
          </w:tcPr>
          <w:p w14:paraId="02EB378F" w14:textId="77777777" w:rsidR="000468A9" w:rsidRPr="0041698A" w:rsidRDefault="000468A9" w:rsidP="0041698A">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rPr>
            </w:pPr>
          </w:p>
        </w:tc>
      </w:tr>
      <w:tr w:rsidR="000468A9" w:rsidRPr="0041698A" w14:paraId="07F1ABC4" w14:textId="77777777" w:rsidTr="00F4465C">
        <w:tc>
          <w:tcPr>
            <w:cnfStyle w:val="001000000000" w:firstRow="0" w:lastRow="0" w:firstColumn="1" w:lastColumn="0" w:oddVBand="0" w:evenVBand="0" w:oddHBand="0" w:evenHBand="0" w:firstRowFirstColumn="0" w:firstRowLastColumn="0" w:lastRowFirstColumn="0" w:lastRowLastColumn="0"/>
            <w:tcW w:w="4459" w:type="dxa"/>
          </w:tcPr>
          <w:p w14:paraId="1197E4AF" w14:textId="77777777" w:rsidR="000468A9" w:rsidRPr="0041698A" w:rsidRDefault="007225F8" w:rsidP="0041698A">
            <w:pPr>
              <w:jc w:val="both"/>
              <w:rPr>
                <w:lang w:val="es-ES"/>
              </w:rPr>
            </w:pPr>
            <w:r w:rsidRPr="0041698A">
              <w:rPr>
                <w:color w:val="2C5960"/>
                <w:sz w:val="18"/>
                <w:lang w:val="es-ES"/>
              </w:rPr>
              <w:t>Centro receptor de la ayuda</w:t>
            </w:r>
          </w:p>
        </w:tc>
        <w:tc>
          <w:tcPr>
            <w:tcW w:w="5849" w:type="dxa"/>
          </w:tcPr>
          <w:p w14:paraId="6A05A809" w14:textId="77777777" w:rsidR="000468A9" w:rsidRPr="0041698A" w:rsidRDefault="000468A9" w:rsidP="0041698A">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lang w:val="es-ES"/>
              </w:rPr>
            </w:pPr>
          </w:p>
        </w:tc>
      </w:tr>
      <w:tr w:rsidR="000468A9" w:rsidRPr="0041698A" w14:paraId="358235D4" w14:textId="77777777" w:rsidTr="00F4465C">
        <w:tc>
          <w:tcPr>
            <w:cnfStyle w:val="001000000000" w:firstRow="0" w:lastRow="0" w:firstColumn="1" w:lastColumn="0" w:oddVBand="0" w:evenVBand="0" w:oddHBand="0" w:evenHBand="0" w:firstRowFirstColumn="0" w:firstRowLastColumn="0" w:lastRowFirstColumn="0" w:lastRowLastColumn="0"/>
            <w:tcW w:w="4459" w:type="dxa"/>
          </w:tcPr>
          <w:p w14:paraId="02BBDE38" w14:textId="77777777" w:rsidR="000468A9" w:rsidRPr="0041698A" w:rsidRDefault="007225F8" w:rsidP="0041698A">
            <w:pPr>
              <w:jc w:val="both"/>
            </w:pPr>
            <w:r w:rsidRPr="0041698A">
              <w:rPr>
                <w:color w:val="2C5960"/>
                <w:sz w:val="18"/>
              </w:rPr>
              <w:t xml:space="preserve">Centros </w:t>
            </w:r>
            <w:proofErr w:type="spellStart"/>
            <w:r w:rsidRPr="0041698A">
              <w:rPr>
                <w:color w:val="2C5960"/>
                <w:sz w:val="18"/>
              </w:rPr>
              <w:t>colaboradores</w:t>
            </w:r>
            <w:proofErr w:type="spellEnd"/>
          </w:p>
        </w:tc>
        <w:tc>
          <w:tcPr>
            <w:tcW w:w="5849" w:type="dxa"/>
          </w:tcPr>
          <w:p w14:paraId="5A39BBE3" w14:textId="77777777" w:rsidR="000468A9" w:rsidRPr="0041698A" w:rsidRDefault="000468A9" w:rsidP="0041698A">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rPr>
            </w:pPr>
          </w:p>
        </w:tc>
      </w:tr>
      <w:tr w:rsidR="000468A9" w:rsidRPr="0041698A" w14:paraId="18FAB4C5" w14:textId="77777777" w:rsidTr="00F4465C">
        <w:tc>
          <w:tcPr>
            <w:cnfStyle w:val="001000000000" w:firstRow="0" w:lastRow="0" w:firstColumn="1" w:lastColumn="0" w:oddVBand="0" w:evenVBand="0" w:oddHBand="0" w:evenHBand="0" w:firstRowFirstColumn="0" w:firstRowLastColumn="0" w:lastRowFirstColumn="0" w:lastRowLastColumn="0"/>
            <w:tcW w:w="4459" w:type="dxa"/>
          </w:tcPr>
          <w:p w14:paraId="3DE48C27" w14:textId="77777777" w:rsidR="000468A9" w:rsidRPr="0041698A" w:rsidRDefault="007225F8" w:rsidP="0041698A">
            <w:pPr>
              <w:jc w:val="both"/>
            </w:pPr>
            <w:r w:rsidRPr="0041698A">
              <w:rPr>
                <w:color w:val="2C5960"/>
                <w:sz w:val="18"/>
              </w:rPr>
              <w:t>Duración prevista</w:t>
            </w:r>
          </w:p>
        </w:tc>
        <w:tc>
          <w:tcPr>
            <w:tcW w:w="5849" w:type="dxa"/>
          </w:tcPr>
          <w:p w14:paraId="41C8F396" w14:textId="77777777" w:rsidR="000468A9" w:rsidRPr="0041698A" w:rsidRDefault="000468A9" w:rsidP="0041698A">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rPr>
            </w:pPr>
          </w:p>
        </w:tc>
      </w:tr>
      <w:tr w:rsidR="000468A9" w:rsidRPr="0041698A" w14:paraId="7A0965EB" w14:textId="77777777" w:rsidTr="00F4465C">
        <w:tc>
          <w:tcPr>
            <w:cnfStyle w:val="001000000000" w:firstRow="0" w:lastRow="0" w:firstColumn="1" w:lastColumn="0" w:oddVBand="0" w:evenVBand="0" w:oddHBand="0" w:evenHBand="0" w:firstRowFirstColumn="0" w:firstRowLastColumn="0" w:lastRowFirstColumn="0" w:lastRowLastColumn="0"/>
            <w:tcW w:w="4459" w:type="dxa"/>
          </w:tcPr>
          <w:p w14:paraId="7E07B2E4" w14:textId="6605C6AB" w:rsidR="000468A9" w:rsidRPr="0041698A" w:rsidRDefault="6DDC5820" w:rsidP="0041698A">
            <w:pPr>
              <w:jc w:val="both"/>
              <w:rPr>
                <w:rFonts w:eastAsia="Aptos" w:cs="Aptos"/>
                <w:b w:val="0"/>
                <w:bCs w:val="0"/>
                <w:color w:val="0E5452" w:themeColor="accent1" w:themeShade="80"/>
                <w:sz w:val="18"/>
                <w:szCs w:val="18"/>
                <w:lang w:val="es-ES"/>
              </w:rPr>
            </w:pPr>
            <w:r w:rsidRPr="0041698A">
              <w:rPr>
                <w:rFonts w:eastAsia="Aptos" w:cs="Aptos"/>
                <w:color w:val="0E5452" w:themeColor="accent1" w:themeShade="80"/>
                <w:sz w:val="18"/>
                <w:szCs w:val="18"/>
                <w:lang w:val="es-ES"/>
              </w:rPr>
              <w:t>Importe máximo de financiación AECMM previsto en el presupuesto</w:t>
            </w:r>
          </w:p>
        </w:tc>
        <w:tc>
          <w:tcPr>
            <w:tcW w:w="5849" w:type="dxa"/>
          </w:tcPr>
          <w:p w14:paraId="72A3D3EC" w14:textId="77777777" w:rsidR="000468A9" w:rsidRPr="0041698A" w:rsidRDefault="000468A9" w:rsidP="0041698A">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lang w:val="es-ES"/>
              </w:rPr>
            </w:pPr>
          </w:p>
        </w:tc>
      </w:tr>
      <w:tr w:rsidR="000468A9" w:rsidRPr="0041698A" w14:paraId="01AADDD2" w14:textId="77777777" w:rsidTr="00F4465C">
        <w:tc>
          <w:tcPr>
            <w:cnfStyle w:val="001000000000" w:firstRow="0" w:lastRow="0" w:firstColumn="1" w:lastColumn="0" w:oddVBand="0" w:evenVBand="0" w:oddHBand="0" w:evenHBand="0" w:firstRowFirstColumn="0" w:firstRowLastColumn="0" w:lastRowFirstColumn="0" w:lastRowLastColumn="0"/>
            <w:tcW w:w="4459" w:type="dxa"/>
          </w:tcPr>
          <w:p w14:paraId="4BC1C50C" w14:textId="77777777" w:rsidR="000468A9" w:rsidRPr="0041698A" w:rsidRDefault="007225F8" w:rsidP="0041698A">
            <w:pPr>
              <w:jc w:val="both"/>
            </w:pPr>
            <w:r w:rsidRPr="0041698A">
              <w:rPr>
                <w:color w:val="2C5960"/>
                <w:sz w:val="18"/>
              </w:rPr>
              <w:t xml:space="preserve">Estado del </w:t>
            </w:r>
            <w:proofErr w:type="spellStart"/>
            <w:r w:rsidRPr="0041698A">
              <w:rPr>
                <w:color w:val="2C5960"/>
                <w:sz w:val="18"/>
              </w:rPr>
              <w:t>proyecto</w:t>
            </w:r>
            <w:proofErr w:type="spellEnd"/>
          </w:p>
        </w:tc>
        <w:tc>
          <w:tcPr>
            <w:tcW w:w="5849" w:type="dxa"/>
          </w:tcPr>
          <w:p w14:paraId="2A91420D" w14:textId="5E7B1B1A" w:rsidR="000468A9" w:rsidRPr="0041698A" w:rsidRDefault="70411AC5" w:rsidP="0041698A">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41698A">
              <w:rPr>
                <w:rFonts w:ascii="Segoe UI Symbol" w:hAnsi="Segoe UI Symbol" w:cs="Segoe UI Symbol"/>
                <w:sz w:val="18"/>
                <w:szCs w:val="18"/>
              </w:rPr>
              <w:t>☐</w:t>
            </w:r>
            <w:r w:rsidRPr="0041698A">
              <w:rPr>
                <w:rFonts w:asciiTheme="majorHAnsi" w:hAnsiTheme="majorHAnsi"/>
                <w:sz w:val="18"/>
                <w:szCs w:val="18"/>
              </w:rPr>
              <w:t xml:space="preserve"> No </w:t>
            </w:r>
            <w:proofErr w:type="gramStart"/>
            <w:r w:rsidRPr="0041698A">
              <w:rPr>
                <w:rFonts w:asciiTheme="majorHAnsi" w:hAnsiTheme="majorHAnsi"/>
                <w:sz w:val="18"/>
                <w:szCs w:val="18"/>
              </w:rPr>
              <w:t xml:space="preserve">iniciado  </w:t>
            </w:r>
            <w:r w:rsidRPr="0041698A">
              <w:rPr>
                <w:rFonts w:ascii="Segoe UI Symbol" w:hAnsi="Segoe UI Symbol" w:cs="Segoe UI Symbol"/>
                <w:sz w:val="18"/>
                <w:szCs w:val="18"/>
              </w:rPr>
              <w:t>☐</w:t>
            </w:r>
            <w:proofErr w:type="gramEnd"/>
            <w:r w:rsidRPr="0041698A">
              <w:rPr>
                <w:rFonts w:asciiTheme="majorHAnsi" w:hAnsiTheme="majorHAnsi"/>
                <w:sz w:val="18"/>
                <w:szCs w:val="18"/>
              </w:rPr>
              <w:t xml:space="preserve"> Iniciado </w:t>
            </w:r>
          </w:p>
        </w:tc>
      </w:tr>
      <w:tr w:rsidR="70411AC5" w:rsidRPr="0041698A" w14:paraId="627F405E" w14:textId="77777777" w:rsidTr="00F4465C">
        <w:trPr>
          <w:trHeight w:val="300"/>
        </w:trPr>
        <w:tc>
          <w:tcPr>
            <w:cnfStyle w:val="001000000000" w:firstRow="0" w:lastRow="0" w:firstColumn="1" w:lastColumn="0" w:oddVBand="0" w:evenVBand="0" w:oddHBand="0" w:evenHBand="0" w:firstRowFirstColumn="0" w:firstRowLastColumn="0" w:lastRowFirstColumn="0" w:lastRowLastColumn="0"/>
            <w:tcW w:w="4459" w:type="dxa"/>
          </w:tcPr>
          <w:p w14:paraId="6879E06A" w14:textId="4660ED78" w:rsidR="58FF4BAA" w:rsidRPr="0041698A" w:rsidRDefault="58FF4BAA" w:rsidP="0041698A">
            <w:pPr>
              <w:jc w:val="both"/>
            </w:pPr>
            <w:r w:rsidRPr="0041698A">
              <w:rPr>
                <w:color w:val="2C5960"/>
                <w:sz w:val="18"/>
                <w:szCs w:val="18"/>
              </w:rPr>
              <w:t>Fase principal</w:t>
            </w:r>
          </w:p>
        </w:tc>
        <w:tc>
          <w:tcPr>
            <w:tcW w:w="5849" w:type="dxa"/>
          </w:tcPr>
          <w:p w14:paraId="2F4C7F46" w14:textId="53598B1D" w:rsidR="58FF4BAA" w:rsidRPr="0041698A" w:rsidRDefault="58FF4BAA" w:rsidP="0041698A">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sz w:val="18"/>
                <w:szCs w:val="18"/>
                <w:lang w:val="es-ES"/>
              </w:rPr>
            </w:pPr>
            <w:r w:rsidRPr="0041698A">
              <w:rPr>
                <w:rFonts w:ascii="Segoe UI Symbol" w:hAnsi="Segoe UI Symbol" w:cs="Segoe UI Symbol"/>
                <w:sz w:val="18"/>
                <w:szCs w:val="18"/>
                <w:lang w:val="es-ES"/>
              </w:rPr>
              <w:t>☐</w:t>
            </w:r>
            <w:r w:rsidRPr="0041698A">
              <w:rPr>
                <w:rFonts w:asciiTheme="majorHAnsi" w:hAnsiTheme="majorHAnsi"/>
                <w:sz w:val="18"/>
                <w:szCs w:val="18"/>
                <w:lang w:val="es-ES"/>
              </w:rPr>
              <w:t xml:space="preserve"> </w:t>
            </w:r>
            <w:proofErr w:type="gramStart"/>
            <w:r w:rsidRPr="0041698A">
              <w:rPr>
                <w:rFonts w:asciiTheme="majorHAnsi" w:hAnsiTheme="majorHAnsi"/>
                <w:sz w:val="18"/>
                <w:szCs w:val="18"/>
                <w:lang w:val="es-ES"/>
              </w:rPr>
              <w:t xml:space="preserve">Preclínico  </w:t>
            </w:r>
            <w:r w:rsidRPr="0041698A">
              <w:rPr>
                <w:rFonts w:ascii="Segoe UI Symbol" w:hAnsi="Segoe UI Symbol" w:cs="Segoe UI Symbol"/>
                <w:sz w:val="18"/>
                <w:szCs w:val="18"/>
                <w:lang w:val="es-ES"/>
              </w:rPr>
              <w:t>☐</w:t>
            </w:r>
            <w:proofErr w:type="gramEnd"/>
            <w:r w:rsidRPr="0041698A">
              <w:rPr>
                <w:rFonts w:asciiTheme="majorHAnsi" w:hAnsiTheme="majorHAnsi"/>
                <w:sz w:val="18"/>
                <w:szCs w:val="18"/>
                <w:lang w:val="es-ES"/>
              </w:rPr>
              <w:t xml:space="preserve"> </w:t>
            </w:r>
            <w:proofErr w:type="gramStart"/>
            <w:r w:rsidRPr="0041698A">
              <w:rPr>
                <w:rFonts w:asciiTheme="majorHAnsi" w:hAnsiTheme="majorHAnsi"/>
                <w:sz w:val="18"/>
                <w:szCs w:val="18"/>
                <w:lang w:val="es-ES"/>
              </w:rPr>
              <w:t>Cl</w:t>
            </w:r>
            <w:r w:rsidRPr="0041698A">
              <w:rPr>
                <w:rFonts w:asciiTheme="majorHAnsi" w:hAnsiTheme="majorHAnsi" w:cs="Comfortaa"/>
                <w:sz w:val="18"/>
                <w:szCs w:val="18"/>
                <w:lang w:val="es-ES"/>
              </w:rPr>
              <w:t>í</w:t>
            </w:r>
            <w:r w:rsidRPr="0041698A">
              <w:rPr>
                <w:rFonts w:asciiTheme="majorHAnsi" w:hAnsiTheme="majorHAnsi"/>
                <w:sz w:val="18"/>
                <w:szCs w:val="18"/>
                <w:lang w:val="es-ES"/>
              </w:rPr>
              <w:t xml:space="preserve">nico  </w:t>
            </w:r>
            <w:r w:rsidRPr="0041698A">
              <w:rPr>
                <w:rFonts w:ascii="Segoe UI Symbol" w:hAnsi="Segoe UI Symbol" w:cs="Segoe UI Symbol"/>
                <w:sz w:val="18"/>
                <w:szCs w:val="18"/>
                <w:lang w:val="es-ES"/>
              </w:rPr>
              <w:t>☐</w:t>
            </w:r>
            <w:proofErr w:type="gramEnd"/>
            <w:r w:rsidRPr="0041698A">
              <w:rPr>
                <w:rFonts w:asciiTheme="majorHAnsi" w:hAnsiTheme="majorHAnsi"/>
                <w:sz w:val="18"/>
                <w:szCs w:val="18"/>
                <w:lang w:val="es-ES"/>
              </w:rPr>
              <w:t xml:space="preserve"> Validaci</w:t>
            </w:r>
            <w:r w:rsidRPr="0041698A">
              <w:rPr>
                <w:rFonts w:asciiTheme="majorHAnsi" w:hAnsiTheme="majorHAnsi" w:cs="Comfortaa"/>
                <w:sz w:val="18"/>
                <w:szCs w:val="18"/>
                <w:lang w:val="es-ES"/>
              </w:rPr>
              <w:t>ó</w:t>
            </w:r>
            <w:r w:rsidRPr="0041698A">
              <w:rPr>
                <w:rFonts w:asciiTheme="majorHAnsi" w:hAnsiTheme="majorHAnsi"/>
                <w:sz w:val="18"/>
                <w:szCs w:val="18"/>
                <w:lang w:val="es-ES"/>
              </w:rPr>
              <w:t xml:space="preserve">n </w:t>
            </w:r>
            <w:r w:rsidRPr="0041698A">
              <w:rPr>
                <w:rFonts w:ascii="Segoe UI Symbol" w:hAnsi="Segoe UI Symbol" w:cs="Segoe UI Symbol"/>
                <w:sz w:val="18"/>
                <w:szCs w:val="18"/>
                <w:lang w:val="es-ES"/>
              </w:rPr>
              <w:t>☐</w:t>
            </w:r>
            <w:r w:rsidRPr="0041698A">
              <w:rPr>
                <w:rFonts w:asciiTheme="majorHAnsi" w:hAnsiTheme="majorHAnsi"/>
                <w:sz w:val="18"/>
                <w:szCs w:val="18"/>
                <w:lang w:val="es-ES"/>
              </w:rPr>
              <w:t xml:space="preserve"> Otros: _______________</w:t>
            </w:r>
          </w:p>
        </w:tc>
      </w:tr>
      <w:tr w:rsidR="000468A9" w:rsidRPr="0041698A" w14:paraId="68696CEF" w14:textId="77777777" w:rsidTr="00F4465C">
        <w:tc>
          <w:tcPr>
            <w:cnfStyle w:val="001000000000" w:firstRow="0" w:lastRow="0" w:firstColumn="1" w:lastColumn="0" w:oddVBand="0" w:evenVBand="0" w:oddHBand="0" w:evenHBand="0" w:firstRowFirstColumn="0" w:firstRowLastColumn="0" w:lastRowFirstColumn="0" w:lastRowLastColumn="0"/>
            <w:tcW w:w="4459" w:type="dxa"/>
          </w:tcPr>
          <w:p w14:paraId="32D9C336" w14:textId="77777777" w:rsidR="000468A9" w:rsidRPr="0041698A" w:rsidRDefault="007225F8" w:rsidP="0041698A">
            <w:pPr>
              <w:jc w:val="both"/>
            </w:pPr>
            <w:r w:rsidRPr="0041698A">
              <w:rPr>
                <w:color w:val="2C5960"/>
                <w:sz w:val="18"/>
              </w:rPr>
              <w:t>Tipo principal de proyecto</w:t>
            </w:r>
          </w:p>
        </w:tc>
        <w:tc>
          <w:tcPr>
            <w:tcW w:w="5849" w:type="dxa"/>
          </w:tcPr>
          <w:p w14:paraId="2BE98D0D" w14:textId="77777777" w:rsidR="000468A9" w:rsidRPr="0041698A" w:rsidRDefault="007225F8" w:rsidP="0041698A">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lang w:val="es-ES"/>
              </w:rPr>
            </w:pPr>
            <w:r w:rsidRPr="0041698A">
              <w:rPr>
                <w:rFonts w:ascii="Segoe UI Symbol" w:hAnsi="Segoe UI Symbol" w:cs="Segoe UI Symbol"/>
                <w:sz w:val="18"/>
                <w:lang w:val="es-ES"/>
              </w:rPr>
              <w:t>☐</w:t>
            </w:r>
            <w:r w:rsidRPr="0041698A">
              <w:rPr>
                <w:rFonts w:asciiTheme="majorHAnsi" w:hAnsiTheme="majorHAnsi"/>
                <w:sz w:val="18"/>
                <w:lang w:val="es-ES"/>
              </w:rPr>
              <w:t xml:space="preserve"> </w:t>
            </w:r>
            <w:proofErr w:type="gramStart"/>
            <w:r w:rsidRPr="0041698A">
              <w:rPr>
                <w:rFonts w:asciiTheme="majorHAnsi" w:hAnsiTheme="majorHAnsi"/>
                <w:sz w:val="18"/>
                <w:lang w:val="es-ES"/>
              </w:rPr>
              <w:t xml:space="preserve">Terapéutico  </w:t>
            </w:r>
            <w:r w:rsidRPr="0041698A">
              <w:rPr>
                <w:rFonts w:ascii="Segoe UI Symbol" w:hAnsi="Segoe UI Symbol" w:cs="Segoe UI Symbol"/>
                <w:sz w:val="18"/>
                <w:lang w:val="es-ES"/>
              </w:rPr>
              <w:t>☐</w:t>
            </w:r>
            <w:proofErr w:type="gramEnd"/>
            <w:r w:rsidRPr="0041698A">
              <w:rPr>
                <w:rFonts w:asciiTheme="majorHAnsi" w:hAnsiTheme="majorHAnsi"/>
                <w:sz w:val="18"/>
                <w:lang w:val="es-ES"/>
              </w:rPr>
              <w:t xml:space="preserve"> Nueva </w:t>
            </w:r>
            <w:proofErr w:type="gramStart"/>
            <w:r w:rsidRPr="0041698A">
              <w:rPr>
                <w:rFonts w:asciiTheme="majorHAnsi" w:hAnsiTheme="majorHAnsi"/>
                <w:sz w:val="18"/>
                <w:lang w:val="es-ES"/>
              </w:rPr>
              <w:t xml:space="preserve">diana  </w:t>
            </w:r>
            <w:r w:rsidRPr="0041698A">
              <w:rPr>
                <w:rFonts w:ascii="Segoe UI Symbol" w:hAnsi="Segoe UI Symbol" w:cs="Segoe UI Symbol"/>
                <w:sz w:val="18"/>
                <w:lang w:val="es-ES"/>
              </w:rPr>
              <w:t>☐</w:t>
            </w:r>
            <w:proofErr w:type="gramEnd"/>
            <w:r w:rsidRPr="0041698A">
              <w:rPr>
                <w:rFonts w:asciiTheme="majorHAnsi" w:hAnsiTheme="majorHAnsi"/>
                <w:sz w:val="18"/>
                <w:lang w:val="es-ES"/>
              </w:rPr>
              <w:t xml:space="preserve"> Nueva </w:t>
            </w:r>
            <w:proofErr w:type="gramStart"/>
            <w:r w:rsidRPr="0041698A">
              <w:rPr>
                <w:rFonts w:asciiTheme="majorHAnsi" w:hAnsiTheme="majorHAnsi"/>
                <w:sz w:val="18"/>
                <w:lang w:val="es-ES"/>
              </w:rPr>
              <w:t>combinaci</w:t>
            </w:r>
            <w:r w:rsidRPr="0041698A">
              <w:rPr>
                <w:rFonts w:asciiTheme="majorHAnsi" w:hAnsiTheme="majorHAnsi" w:cs="Comfortaa"/>
                <w:sz w:val="18"/>
                <w:lang w:val="es-ES"/>
              </w:rPr>
              <w:t>ó</w:t>
            </w:r>
            <w:r w:rsidRPr="0041698A">
              <w:rPr>
                <w:rFonts w:asciiTheme="majorHAnsi" w:hAnsiTheme="majorHAnsi"/>
                <w:sz w:val="18"/>
                <w:lang w:val="es-ES"/>
              </w:rPr>
              <w:t xml:space="preserve">n  </w:t>
            </w:r>
            <w:r w:rsidRPr="0041698A">
              <w:rPr>
                <w:rFonts w:ascii="Segoe UI Symbol" w:hAnsi="Segoe UI Symbol" w:cs="Segoe UI Symbol"/>
                <w:sz w:val="18"/>
                <w:lang w:val="es-ES"/>
              </w:rPr>
              <w:t>☐</w:t>
            </w:r>
            <w:proofErr w:type="gramEnd"/>
            <w:r w:rsidRPr="0041698A">
              <w:rPr>
                <w:rFonts w:asciiTheme="majorHAnsi" w:hAnsiTheme="majorHAnsi"/>
                <w:sz w:val="18"/>
                <w:lang w:val="es-ES"/>
              </w:rPr>
              <w:t xml:space="preserve"> </w:t>
            </w:r>
            <w:proofErr w:type="gramStart"/>
            <w:r w:rsidRPr="0041698A">
              <w:rPr>
                <w:rFonts w:asciiTheme="majorHAnsi" w:hAnsiTheme="majorHAnsi"/>
                <w:sz w:val="18"/>
                <w:lang w:val="es-ES"/>
              </w:rPr>
              <w:t xml:space="preserve">Resistencia  </w:t>
            </w:r>
            <w:r w:rsidRPr="0041698A">
              <w:rPr>
                <w:rFonts w:ascii="Segoe UI Symbol" w:hAnsi="Segoe UI Symbol" w:cs="Segoe UI Symbol"/>
                <w:sz w:val="18"/>
                <w:lang w:val="es-ES"/>
              </w:rPr>
              <w:t>☐</w:t>
            </w:r>
            <w:proofErr w:type="gramEnd"/>
            <w:r w:rsidRPr="0041698A">
              <w:rPr>
                <w:rFonts w:asciiTheme="majorHAnsi" w:hAnsiTheme="majorHAnsi"/>
                <w:sz w:val="18"/>
                <w:lang w:val="es-ES"/>
              </w:rPr>
              <w:t xml:space="preserve"> Biomarcador </w:t>
            </w:r>
            <w:proofErr w:type="gramStart"/>
            <w:r w:rsidRPr="0041698A">
              <w:rPr>
                <w:rFonts w:asciiTheme="majorHAnsi" w:hAnsiTheme="majorHAnsi"/>
                <w:sz w:val="18"/>
                <w:lang w:val="es-ES"/>
              </w:rPr>
              <w:t xml:space="preserve">accionable  </w:t>
            </w:r>
            <w:r w:rsidRPr="0041698A">
              <w:rPr>
                <w:rFonts w:ascii="Segoe UI Symbol" w:hAnsi="Segoe UI Symbol" w:cs="Segoe UI Symbol"/>
                <w:sz w:val="18"/>
                <w:lang w:val="es-ES"/>
              </w:rPr>
              <w:t>☐</w:t>
            </w:r>
            <w:proofErr w:type="gramEnd"/>
            <w:r w:rsidRPr="0041698A">
              <w:rPr>
                <w:rFonts w:asciiTheme="majorHAnsi" w:hAnsiTheme="majorHAnsi"/>
                <w:sz w:val="18"/>
                <w:lang w:val="es-ES"/>
              </w:rPr>
              <w:t xml:space="preserve"> Diagn</w:t>
            </w:r>
            <w:r w:rsidRPr="0041698A">
              <w:rPr>
                <w:rFonts w:asciiTheme="majorHAnsi" w:hAnsiTheme="majorHAnsi" w:cs="Comfortaa"/>
                <w:sz w:val="18"/>
                <w:lang w:val="es-ES"/>
              </w:rPr>
              <w:t>ó</w:t>
            </w:r>
            <w:r w:rsidRPr="0041698A">
              <w:rPr>
                <w:rFonts w:asciiTheme="majorHAnsi" w:hAnsiTheme="majorHAnsi"/>
                <w:sz w:val="18"/>
                <w:lang w:val="es-ES"/>
              </w:rPr>
              <w:t xml:space="preserve">stico con consecuencia </w:t>
            </w:r>
            <w:proofErr w:type="gramStart"/>
            <w:r w:rsidRPr="0041698A">
              <w:rPr>
                <w:rFonts w:asciiTheme="majorHAnsi" w:hAnsiTheme="majorHAnsi"/>
                <w:sz w:val="18"/>
                <w:lang w:val="es-ES"/>
              </w:rPr>
              <w:t>terap</w:t>
            </w:r>
            <w:r w:rsidRPr="0041698A">
              <w:rPr>
                <w:rFonts w:asciiTheme="majorHAnsi" w:hAnsiTheme="majorHAnsi" w:cs="Comfortaa"/>
                <w:sz w:val="18"/>
                <w:lang w:val="es-ES"/>
              </w:rPr>
              <w:t>é</w:t>
            </w:r>
            <w:r w:rsidRPr="0041698A">
              <w:rPr>
                <w:rFonts w:asciiTheme="majorHAnsi" w:hAnsiTheme="majorHAnsi"/>
                <w:sz w:val="18"/>
                <w:lang w:val="es-ES"/>
              </w:rPr>
              <w:t xml:space="preserve">utica  </w:t>
            </w:r>
            <w:r w:rsidRPr="0041698A">
              <w:rPr>
                <w:rFonts w:ascii="Segoe UI Symbol" w:hAnsi="Segoe UI Symbol" w:cs="Segoe UI Symbol"/>
                <w:sz w:val="18"/>
                <w:lang w:val="es-ES"/>
              </w:rPr>
              <w:t>☐</w:t>
            </w:r>
            <w:proofErr w:type="gramEnd"/>
            <w:r w:rsidRPr="0041698A">
              <w:rPr>
                <w:rFonts w:asciiTheme="majorHAnsi" w:hAnsiTheme="majorHAnsi"/>
                <w:sz w:val="18"/>
                <w:lang w:val="es-ES"/>
              </w:rPr>
              <w:t xml:space="preserve"> Calidad de </w:t>
            </w:r>
            <w:proofErr w:type="gramStart"/>
            <w:r w:rsidRPr="0041698A">
              <w:rPr>
                <w:rFonts w:asciiTheme="majorHAnsi" w:hAnsiTheme="majorHAnsi"/>
                <w:sz w:val="18"/>
                <w:lang w:val="es-ES"/>
              </w:rPr>
              <w:t xml:space="preserve">vida  </w:t>
            </w:r>
            <w:r w:rsidRPr="0041698A">
              <w:rPr>
                <w:rFonts w:ascii="Segoe UI Symbol" w:hAnsi="Segoe UI Symbol" w:cs="Segoe UI Symbol"/>
                <w:sz w:val="18"/>
                <w:lang w:val="es-ES"/>
              </w:rPr>
              <w:t>☐</w:t>
            </w:r>
            <w:proofErr w:type="gramEnd"/>
            <w:r w:rsidRPr="0041698A">
              <w:rPr>
                <w:rFonts w:asciiTheme="majorHAnsi" w:hAnsiTheme="majorHAnsi"/>
                <w:sz w:val="18"/>
                <w:lang w:val="es-ES"/>
              </w:rPr>
              <w:t xml:space="preserve"> Otro</w:t>
            </w:r>
          </w:p>
        </w:tc>
      </w:tr>
    </w:tbl>
    <w:p w14:paraId="657BEC7B" w14:textId="379D7EDD" w:rsidR="000468A9" w:rsidRPr="0041698A" w:rsidRDefault="007225F8" w:rsidP="0041698A">
      <w:pPr>
        <w:pStyle w:val="Ttulo1"/>
        <w:numPr>
          <w:ilvl w:val="0"/>
          <w:numId w:val="10"/>
        </w:numPr>
        <w:pBdr>
          <w:top w:val="none" w:sz="0" w:space="0" w:color="auto"/>
          <w:left w:val="none" w:sz="0" w:space="0" w:color="auto"/>
          <w:bottom w:val="none" w:sz="0" w:space="0" w:color="auto"/>
          <w:right w:val="none" w:sz="0" w:space="0" w:color="auto"/>
        </w:pBdr>
        <w:shd w:val="clear" w:color="auto" w:fill="C9F5F4" w:themeFill="accent1" w:themeFillTint="33"/>
        <w:spacing w:before="120"/>
        <w:jc w:val="both"/>
        <w:rPr>
          <w:rFonts w:asciiTheme="majorHAnsi" w:hAnsiTheme="majorHAnsi"/>
          <w:b/>
          <w:color w:val="1DA8A5" w:themeColor="accent1"/>
          <w:sz w:val="32"/>
          <w:lang w:val="es-ES"/>
        </w:rPr>
      </w:pPr>
      <w:r w:rsidRPr="0041698A">
        <w:rPr>
          <w:rFonts w:asciiTheme="majorHAnsi" w:hAnsiTheme="majorHAnsi"/>
          <w:b/>
          <w:color w:val="1DA8A5" w:themeColor="accent1"/>
          <w:sz w:val="32"/>
          <w:lang w:val="es-ES"/>
        </w:rPr>
        <w:t>Contexto y necesidad científica</w:t>
      </w:r>
    </w:p>
    <w:p w14:paraId="78E9A881" w14:textId="77777777" w:rsidR="000468A9" w:rsidRPr="0041698A" w:rsidRDefault="007225F8" w:rsidP="0041698A">
      <w:pPr>
        <w:jc w:val="both"/>
        <w:rPr>
          <w:rFonts w:asciiTheme="majorHAnsi" w:hAnsiTheme="majorHAnsi"/>
          <w:color w:val="000000" w:themeColor="text1"/>
          <w:lang w:val="es-ES"/>
        </w:rPr>
      </w:pPr>
      <w:r w:rsidRPr="0041698A">
        <w:rPr>
          <w:rFonts w:asciiTheme="majorHAnsi" w:hAnsiTheme="majorHAnsi"/>
          <w:b/>
          <w:color w:val="000000" w:themeColor="text1"/>
          <w:lang w:val="es-ES"/>
        </w:rPr>
        <w:t>Extensión máxima: 350 palabras</w:t>
      </w:r>
    </w:p>
    <w:tbl>
      <w:tblPr>
        <w:tblStyle w:val="Tablaconcuadrcula"/>
        <w:tblW w:w="0" w:type="auto"/>
        <w:tblInd w:w="120" w:type="dxa"/>
        <w:tblLook w:val="04A0" w:firstRow="1" w:lastRow="0" w:firstColumn="1" w:lastColumn="0" w:noHBand="0" w:noVBand="1"/>
      </w:tblPr>
      <w:tblGrid>
        <w:gridCol w:w="10080"/>
      </w:tblGrid>
      <w:tr w:rsidR="000468A9" w:rsidRPr="0041698A" w14:paraId="2E2EFAC4" w14:textId="77777777" w:rsidTr="00F4465C">
        <w:tc>
          <w:tcPr>
            <w:tcW w:w="10080" w:type="dxa"/>
            <w:tcMar>
              <w:top w:w="120" w:type="dxa"/>
              <w:left w:w="120" w:type="dxa"/>
              <w:bottom w:w="400" w:type="dxa"/>
              <w:right w:w="120" w:type="dxa"/>
            </w:tcMar>
            <w:vAlign w:val="center"/>
          </w:tcPr>
          <w:p w14:paraId="3077C8E3" w14:textId="77777777" w:rsidR="000468A9" w:rsidRPr="0041698A" w:rsidRDefault="007225F8" w:rsidP="0041698A">
            <w:pPr>
              <w:jc w:val="both"/>
              <w:rPr>
                <w:rFonts w:asciiTheme="majorHAnsi" w:hAnsiTheme="majorHAnsi"/>
                <w:color w:val="ADADAD" w:themeColor="background2" w:themeShade="BF"/>
                <w:lang w:val="es-ES"/>
              </w:rPr>
            </w:pPr>
            <w:r w:rsidRPr="0041698A">
              <w:rPr>
                <w:rFonts w:asciiTheme="majorHAnsi" w:hAnsiTheme="majorHAnsi"/>
                <w:color w:val="ADADAD" w:themeColor="background2" w:themeShade="BF"/>
                <w:sz w:val="18"/>
                <w:lang w:val="es-ES"/>
              </w:rPr>
              <w:t>Describa el problema científico y clínico que aborda, el estado actual del conocimiento y la necesidad que justifica el proyecto.</w:t>
            </w:r>
          </w:p>
        </w:tc>
      </w:tr>
    </w:tbl>
    <w:p w14:paraId="7088A3C2" w14:textId="7768D7E0" w:rsidR="000468A9" w:rsidRPr="0041698A" w:rsidRDefault="007225F8" w:rsidP="0041698A">
      <w:pPr>
        <w:pStyle w:val="Ttulo1"/>
        <w:keepNext/>
        <w:keepLines/>
        <w:numPr>
          <w:ilvl w:val="0"/>
          <w:numId w:val="10"/>
        </w:numPr>
        <w:pBdr>
          <w:top w:val="none" w:sz="0" w:space="0" w:color="auto"/>
          <w:left w:val="none" w:sz="0" w:space="0" w:color="auto"/>
          <w:bottom w:val="none" w:sz="0" w:space="0" w:color="auto"/>
          <w:right w:val="none" w:sz="0" w:space="0" w:color="auto"/>
        </w:pBdr>
        <w:shd w:val="clear" w:color="auto" w:fill="C9F5F4" w:themeFill="accent1" w:themeFillTint="33"/>
        <w:spacing w:before="120"/>
        <w:jc w:val="both"/>
        <w:rPr>
          <w:rFonts w:asciiTheme="majorHAnsi" w:hAnsiTheme="majorHAnsi"/>
          <w:b/>
          <w:color w:val="1DA8A5" w:themeColor="accent1"/>
          <w:sz w:val="32"/>
          <w:lang w:val="es-ES"/>
        </w:rPr>
      </w:pPr>
      <w:r w:rsidRPr="0041698A">
        <w:rPr>
          <w:rFonts w:asciiTheme="majorHAnsi" w:hAnsiTheme="majorHAnsi"/>
          <w:b/>
          <w:color w:val="1DA8A5" w:themeColor="accent1"/>
          <w:sz w:val="32"/>
          <w:lang w:val="es-ES"/>
        </w:rPr>
        <w:lastRenderedPageBreak/>
        <w:t>Hipótesis y objetivos</w:t>
      </w:r>
    </w:p>
    <w:p w14:paraId="3CBF0CBA" w14:textId="77777777" w:rsidR="000468A9" w:rsidRPr="0041698A" w:rsidRDefault="007225F8" w:rsidP="0041698A">
      <w:pPr>
        <w:keepNext/>
        <w:keepLines/>
        <w:jc w:val="both"/>
        <w:rPr>
          <w:rFonts w:asciiTheme="majorHAnsi" w:hAnsiTheme="majorHAnsi"/>
          <w:color w:val="000000" w:themeColor="text1"/>
          <w:lang w:val="es-ES"/>
        </w:rPr>
      </w:pPr>
      <w:r w:rsidRPr="0041698A">
        <w:rPr>
          <w:rFonts w:asciiTheme="majorHAnsi" w:hAnsiTheme="majorHAnsi"/>
          <w:b/>
          <w:color w:val="000000" w:themeColor="text1"/>
          <w:lang w:val="es-ES"/>
        </w:rPr>
        <w:t>Extensión máxima: 250 palabras</w:t>
      </w:r>
    </w:p>
    <w:tbl>
      <w:tblPr>
        <w:tblStyle w:val="Tablaconcuadrcula"/>
        <w:tblW w:w="0" w:type="auto"/>
        <w:tblInd w:w="120" w:type="dxa"/>
        <w:tblLook w:val="04A0" w:firstRow="1" w:lastRow="0" w:firstColumn="1" w:lastColumn="0" w:noHBand="0" w:noVBand="1"/>
      </w:tblPr>
      <w:tblGrid>
        <w:gridCol w:w="10080"/>
      </w:tblGrid>
      <w:tr w:rsidR="000468A9" w:rsidRPr="0041698A" w14:paraId="589BA658" w14:textId="77777777" w:rsidTr="00F4465C">
        <w:tc>
          <w:tcPr>
            <w:tcW w:w="10080" w:type="dxa"/>
            <w:tcMar>
              <w:top w:w="120" w:type="dxa"/>
              <w:left w:w="120" w:type="dxa"/>
              <w:bottom w:w="400" w:type="dxa"/>
              <w:right w:w="120" w:type="dxa"/>
            </w:tcMar>
            <w:vAlign w:val="center"/>
          </w:tcPr>
          <w:p w14:paraId="5C4CEEE8" w14:textId="77777777" w:rsidR="000468A9" w:rsidRPr="0041698A" w:rsidRDefault="007225F8" w:rsidP="0041698A">
            <w:pPr>
              <w:keepNext/>
              <w:keepLines/>
              <w:jc w:val="both"/>
              <w:rPr>
                <w:rFonts w:asciiTheme="majorHAnsi" w:hAnsiTheme="majorHAnsi"/>
                <w:color w:val="ADADAD" w:themeColor="background2" w:themeShade="BF"/>
                <w:lang w:val="es-ES"/>
              </w:rPr>
            </w:pPr>
            <w:r w:rsidRPr="0041698A">
              <w:rPr>
                <w:rFonts w:asciiTheme="majorHAnsi" w:hAnsiTheme="majorHAnsi"/>
                <w:color w:val="ADADAD" w:themeColor="background2" w:themeShade="BF"/>
                <w:sz w:val="18"/>
                <w:lang w:val="es-ES"/>
              </w:rPr>
              <w:t>Formule la hipótesis principal y enumere el objetivo principal y los objetivos secundarios.</w:t>
            </w:r>
          </w:p>
        </w:tc>
      </w:tr>
    </w:tbl>
    <w:p w14:paraId="3F915B78" w14:textId="45706BE6" w:rsidR="000468A9" w:rsidRPr="0041698A" w:rsidRDefault="007225F8" w:rsidP="0041698A">
      <w:pPr>
        <w:pStyle w:val="Ttulo1"/>
        <w:numPr>
          <w:ilvl w:val="0"/>
          <w:numId w:val="10"/>
        </w:numPr>
        <w:pBdr>
          <w:top w:val="none" w:sz="0" w:space="0" w:color="auto"/>
          <w:left w:val="none" w:sz="0" w:space="0" w:color="auto"/>
          <w:bottom w:val="none" w:sz="0" w:space="0" w:color="auto"/>
          <w:right w:val="none" w:sz="0" w:space="0" w:color="auto"/>
        </w:pBdr>
        <w:shd w:val="clear" w:color="auto" w:fill="C9F5F4" w:themeFill="accent1" w:themeFillTint="33"/>
        <w:spacing w:before="120"/>
        <w:jc w:val="both"/>
        <w:rPr>
          <w:rFonts w:asciiTheme="majorHAnsi" w:hAnsiTheme="majorHAnsi"/>
          <w:b/>
          <w:color w:val="1DA8A5" w:themeColor="accent1"/>
          <w:sz w:val="32"/>
          <w:lang w:val="es-ES"/>
        </w:rPr>
      </w:pPr>
      <w:r w:rsidRPr="0041698A">
        <w:rPr>
          <w:rFonts w:asciiTheme="majorHAnsi" w:hAnsiTheme="majorHAnsi"/>
          <w:b/>
          <w:color w:val="1DA8A5" w:themeColor="accent1"/>
          <w:sz w:val="32"/>
          <w:lang w:val="es-ES"/>
        </w:rPr>
        <w:t>Plan de trabajo resumido</w:t>
      </w:r>
    </w:p>
    <w:p w14:paraId="0948DE73" w14:textId="77777777" w:rsidR="000468A9" w:rsidRPr="0041698A" w:rsidRDefault="007225F8" w:rsidP="0041698A">
      <w:pPr>
        <w:jc w:val="both"/>
        <w:rPr>
          <w:rFonts w:asciiTheme="majorHAnsi" w:hAnsiTheme="majorHAnsi"/>
          <w:color w:val="000000" w:themeColor="text1"/>
          <w:lang w:val="es-ES"/>
        </w:rPr>
      </w:pPr>
      <w:r w:rsidRPr="0041698A">
        <w:rPr>
          <w:rFonts w:asciiTheme="majorHAnsi" w:hAnsiTheme="majorHAnsi"/>
          <w:b/>
          <w:color w:val="000000" w:themeColor="text1"/>
          <w:lang w:val="es-ES"/>
        </w:rPr>
        <w:t>Extensión máxima: 450 palabras</w:t>
      </w:r>
    </w:p>
    <w:tbl>
      <w:tblPr>
        <w:tblStyle w:val="Tablaconcuadrcula"/>
        <w:tblW w:w="0" w:type="auto"/>
        <w:tblInd w:w="120" w:type="dxa"/>
        <w:tblLook w:val="04A0" w:firstRow="1" w:lastRow="0" w:firstColumn="1" w:lastColumn="0" w:noHBand="0" w:noVBand="1"/>
      </w:tblPr>
      <w:tblGrid>
        <w:gridCol w:w="10080"/>
      </w:tblGrid>
      <w:tr w:rsidR="000468A9" w:rsidRPr="0041698A" w14:paraId="45AEC5FB" w14:textId="77777777" w:rsidTr="00F4465C">
        <w:tc>
          <w:tcPr>
            <w:tcW w:w="10080" w:type="dxa"/>
            <w:tcMar>
              <w:top w:w="120" w:type="dxa"/>
              <w:left w:w="120" w:type="dxa"/>
              <w:bottom w:w="400" w:type="dxa"/>
              <w:right w:w="120" w:type="dxa"/>
            </w:tcMar>
            <w:vAlign w:val="center"/>
          </w:tcPr>
          <w:p w14:paraId="0CB11B8C" w14:textId="77777777" w:rsidR="000468A9" w:rsidRPr="0041698A" w:rsidRDefault="007225F8" w:rsidP="0041698A">
            <w:pPr>
              <w:jc w:val="both"/>
              <w:rPr>
                <w:rFonts w:asciiTheme="majorHAnsi" w:hAnsiTheme="majorHAnsi"/>
                <w:color w:val="ADADAD" w:themeColor="background2" w:themeShade="BF"/>
                <w:lang w:val="es-ES"/>
              </w:rPr>
            </w:pPr>
            <w:r w:rsidRPr="0041698A">
              <w:rPr>
                <w:rFonts w:asciiTheme="majorHAnsi" w:hAnsiTheme="majorHAnsi"/>
                <w:color w:val="ADADAD" w:themeColor="background2" w:themeShade="BF"/>
                <w:sz w:val="18"/>
                <w:lang w:val="es-ES"/>
              </w:rPr>
              <w:t>Describa de forma sintética el diseño, las principales actividades, la población o material de estudio y los resultados previstos.</w:t>
            </w:r>
          </w:p>
        </w:tc>
      </w:tr>
    </w:tbl>
    <w:p w14:paraId="286AFE5E" w14:textId="545D5BB5" w:rsidR="000468A9" w:rsidRPr="0041698A" w:rsidRDefault="007225F8" w:rsidP="0041698A">
      <w:pPr>
        <w:pStyle w:val="Ttulo1"/>
        <w:numPr>
          <w:ilvl w:val="0"/>
          <w:numId w:val="10"/>
        </w:numPr>
        <w:pBdr>
          <w:top w:val="none" w:sz="0" w:space="0" w:color="auto"/>
          <w:left w:val="none" w:sz="0" w:space="0" w:color="auto"/>
          <w:bottom w:val="none" w:sz="0" w:space="0" w:color="auto"/>
          <w:right w:val="none" w:sz="0" w:space="0" w:color="auto"/>
        </w:pBdr>
        <w:shd w:val="clear" w:color="auto" w:fill="C9F5F4" w:themeFill="accent1" w:themeFillTint="33"/>
        <w:spacing w:before="120"/>
        <w:jc w:val="both"/>
        <w:rPr>
          <w:rFonts w:asciiTheme="majorHAnsi" w:hAnsiTheme="majorHAnsi"/>
          <w:b/>
          <w:color w:val="1DA8A5" w:themeColor="accent1"/>
          <w:sz w:val="32"/>
          <w:lang w:val="es-ES"/>
        </w:rPr>
      </w:pPr>
      <w:r w:rsidRPr="0041698A">
        <w:rPr>
          <w:rFonts w:asciiTheme="majorHAnsi" w:hAnsiTheme="majorHAnsi"/>
          <w:b/>
          <w:color w:val="1DA8A5" w:themeColor="accent1"/>
          <w:sz w:val="32"/>
          <w:lang w:val="es-ES"/>
        </w:rPr>
        <w:t>Adecuación a los objetivos del Premio</w:t>
      </w:r>
    </w:p>
    <w:p w14:paraId="2B268CDF" w14:textId="77777777" w:rsidR="000468A9" w:rsidRPr="0041698A" w:rsidRDefault="007225F8" w:rsidP="0041698A">
      <w:pPr>
        <w:jc w:val="both"/>
        <w:rPr>
          <w:rFonts w:asciiTheme="majorHAnsi" w:hAnsiTheme="majorHAnsi"/>
          <w:color w:val="000000" w:themeColor="text1"/>
        </w:rPr>
      </w:pPr>
      <w:proofErr w:type="spellStart"/>
      <w:r w:rsidRPr="0041698A">
        <w:rPr>
          <w:rFonts w:asciiTheme="majorHAnsi" w:hAnsiTheme="majorHAnsi"/>
          <w:b/>
          <w:color w:val="000000" w:themeColor="text1"/>
        </w:rPr>
        <w:t>Extensión</w:t>
      </w:r>
      <w:proofErr w:type="spellEnd"/>
      <w:r w:rsidRPr="0041698A">
        <w:rPr>
          <w:rFonts w:asciiTheme="majorHAnsi" w:hAnsiTheme="majorHAnsi"/>
          <w:b/>
          <w:color w:val="000000" w:themeColor="text1"/>
        </w:rPr>
        <w:t xml:space="preserve"> </w:t>
      </w:r>
      <w:proofErr w:type="spellStart"/>
      <w:r w:rsidRPr="0041698A">
        <w:rPr>
          <w:rFonts w:asciiTheme="majorHAnsi" w:hAnsiTheme="majorHAnsi"/>
          <w:b/>
          <w:color w:val="000000" w:themeColor="text1"/>
        </w:rPr>
        <w:t>máxima</w:t>
      </w:r>
      <w:proofErr w:type="spellEnd"/>
      <w:r w:rsidRPr="0041698A">
        <w:rPr>
          <w:rFonts w:asciiTheme="majorHAnsi" w:hAnsiTheme="majorHAnsi"/>
          <w:b/>
          <w:color w:val="000000" w:themeColor="text1"/>
        </w:rPr>
        <w:t>: 300 palabras</w:t>
      </w:r>
    </w:p>
    <w:tbl>
      <w:tblPr>
        <w:tblStyle w:val="Tablaconcuadrcula"/>
        <w:tblW w:w="0" w:type="auto"/>
        <w:tblInd w:w="120" w:type="dxa"/>
        <w:tblLook w:val="04A0" w:firstRow="1" w:lastRow="0" w:firstColumn="1" w:lastColumn="0" w:noHBand="0" w:noVBand="1"/>
      </w:tblPr>
      <w:tblGrid>
        <w:gridCol w:w="10080"/>
      </w:tblGrid>
      <w:tr w:rsidR="000468A9" w:rsidRPr="0041698A" w14:paraId="1AA296BA" w14:textId="77777777" w:rsidTr="00F4465C">
        <w:tc>
          <w:tcPr>
            <w:tcW w:w="10080" w:type="dxa"/>
            <w:tcMar>
              <w:top w:w="120" w:type="dxa"/>
              <w:left w:w="120" w:type="dxa"/>
              <w:bottom w:w="400" w:type="dxa"/>
              <w:right w:w="120" w:type="dxa"/>
            </w:tcMar>
            <w:vAlign w:val="center"/>
          </w:tcPr>
          <w:p w14:paraId="180F78EB" w14:textId="77777777" w:rsidR="000468A9" w:rsidRPr="0041698A" w:rsidRDefault="007225F8" w:rsidP="0041698A">
            <w:pPr>
              <w:jc w:val="both"/>
              <w:rPr>
                <w:rFonts w:asciiTheme="majorHAnsi" w:hAnsiTheme="majorHAnsi"/>
                <w:color w:val="ADADAD" w:themeColor="background2" w:themeShade="BF"/>
                <w:lang w:val="es-ES"/>
              </w:rPr>
            </w:pPr>
            <w:r w:rsidRPr="0041698A">
              <w:rPr>
                <w:rFonts w:asciiTheme="majorHAnsi" w:hAnsiTheme="majorHAnsi"/>
                <w:color w:val="ADADAD" w:themeColor="background2" w:themeShade="BF"/>
                <w:sz w:val="18"/>
                <w:lang w:val="es-ES"/>
              </w:rPr>
              <w:t>Explique por qué el proyecto está específicamente centrado en cáncer de mama metastásico y cómo responde a las prioridades de la convocatoria. Indique si el beneficio se dirige a personas con enfermedad metastásica activa y por qué no se trata principalmente de prevención de metástasis en enfermedad localizada.</w:t>
            </w:r>
          </w:p>
        </w:tc>
      </w:tr>
    </w:tbl>
    <w:p w14:paraId="19594483" w14:textId="22E41812" w:rsidR="000468A9" w:rsidRPr="0041698A" w:rsidRDefault="007225F8" w:rsidP="0041698A">
      <w:pPr>
        <w:pStyle w:val="Ttulo1"/>
        <w:numPr>
          <w:ilvl w:val="0"/>
          <w:numId w:val="10"/>
        </w:numPr>
        <w:pBdr>
          <w:top w:val="none" w:sz="0" w:space="0" w:color="auto"/>
          <w:left w:val="none" w:sz="0" w:space="0" w:color="auto"/>
          <w:bottom w:val="none" w:sz="0" w:space="0" w:color="auto"/>
          <w:right w:val="none" w:sz="0" w:space="0" w:color="auto"/>
        </w:pBdr>
        <w:shd w:val="clear" w:color="auto" w:fill="C9F5F4" w:themeFill="accent1" w:themeFillTint="33"/>
        <w:spacing w:before="120"/>
        <w:jc w:val="both"/>
        <w:rPr>
          <w:rFonts w:asciiTheme="majorHAnsi" w:hAnsiTheme="majorHAnsi"/>
          <w:b/>
          <w:color w:val="1DA8A5" w:themeColor="accent1"/>
          <w:sz w:val="32"/>
          <w:lang w:val="es-ES"/>
        </w:rPr>
      </w:pPr>
      <w:r w:rsidRPr="0041698A">
        <w:rPr>
          <w:rFonts w:asciiTheme="majorHAnsi" w:hAnsiTheme="majorHAnsi"/>
          <w:b/>
          <w:color w:val="1DA8A5" w:themeColor="accent1"/>
          <w:sz w:val="32"/>
          <w:lang w:val="es-ES"/>
        </w:rPr>
        <w:t>Impacto potencial en pacientes con CMm activo</w:t>
      </w:r>
    </w:p>
    <w:p w14:paraId="7326059A" w14:textId="77777777" w:rsidR="000468A9" w:rsidRPr="0041698A" w:rsidRDefault="007225F8" w:rsidP="0041698A">
      <w:pPr>
        <w:jc w:val="both"/>
        <w:rPr>
          <w:rFonts w:asciiTheme="majorHAnsi" w:hAnsiTheme="majorHAnsi"/>
          <w:color w:val="000000" w:themeColor="text1"/>
        </w:rPr>
      </w:pPr>
      <w:proofErr w:type="spellStart"/>
      <w:r w:rsidRPr="0041698A">
        <w:rPr>
          <w:rFonts w:asciiTheme="majorHAnsi" w:hAnsiTheme="majorHAnsi"/>
          <w:b/>
          <w:color w:val="000000" w:themeColor="text1"/>
        </w:rPr>
        <w:t>Extensión</w:t>
      </w:r>
      <w:proofErr w:type="spellEnd"/>
      <w:r w:rsidRPr="0041698A">
        <w:rPr>
          <w:rFonts w:asciiTheme="majorHAnsi" w:hAnsiTheme="majorHAnsi"/>
          <w:b/>
          <w:color w:val="000000" w:themeColor="text1"/>
        </w:rPr>
        <w:t xml:space="preserve"> </w:t>
      </w:r>
      <w:proofErr w:type="spellStart"/>
      <w:r w:rsidRPr="0041698A">
        <w:rPr>
          <w:rFonts w:asciiTheme="majorHAnsi" w:hAnsiTheme="majorHAnsi"/>
          <w:b/>
          <w:color w:val="000000" w:themeColor="text1"/>
        </w:rPr>
        <w:t>máxima</w:t>
      </w:r>
      <w:proofErr w:type="spellEnd"/>
      <w:r w:rsidRPr="0041698A">
        <w:rPr>
          <w:rFonts w:asciiTheme="majorHAnsi" w:hAnsiTheme="majorHAnsi"/>
          <w:b/>
          <w:color w:val="000000" w:themeColor="text1"/>
        </w:rPr>
        <w:t>: 350 palabras</w:t>
      </w:r>
    </w:p>
    <w:tbl>
      <w:tblPr>
        <w:tblStyle w:val="Tablaconcuadrcula"/>
        <w:tblW w:w="0" w:type="auto"/>
        <w:tblInd w:w="120" w:type="dxa"/>
        <w:tblLook w:val="04A0" w:firstRow="1" w:lastRow="0" w:firstColumn="1" w:lastColumn="0" w:noHBand="0" w:noVBand="1"/>
      </w:tblPr>
      <w:tblGrid>
        <w:gridCol w:w="10080"/>
      </w:tblGrid>
      <w:tr w:rsidR="000468A9" w:rsidRPr="0041698A" w14:paraId="1356C1B9" w14:textId="77777777" w:rsidTr="00F4465C">
        <w:tc>
          <w:tcPr>
            <w:tcW w:w="10080" w:type="dxa"/>
            <w:tcMar>
              <w:top w:w="120" w:type="dxa"/>
              <w:left w:w="120" w:type="dxa"/>
              <w:bottom w:w="400" w:type="dxa"/>
              <w:right w:w="120" w:type="dxa"/>
            </w:tcMar>
            <w:vAlign w:val="center"/>
          </w:tcPr>
          <w:p w14:paraId="34C795F7" w14:textId="77777777" w:rsidR="000468A9" w:rsidRPr="0041698A" w:rsidRDefault="007225F8" w:rsidP="0041698A">
            <w:pPr>
              <w:jc w:val="both"/>
              <w:rPr>
                <w:rFonts w:asciiTheme="majorHAnsi" w:hAnsiTheme="majorHAnsi"/>
                <w:color w:val="ADADAD" w:themeColor="background2" w:themeShade="BF"/>
                <w:lang w:val="es-ES"/>
              </w:rPr>
            </w:pPr>
            <w:r w:rsidRPr="0041698A">
              <w:rPr>
                <w:rFonts w:asciiTheme="majorHAnsi" w:hAnsiTheme="majorHAnsi"/>
                <w:color w:val="ADADAD" w:themeColor="background2" w:themeShade="BF"/>
                <w:sz w:val="18"/>
                <w:lang w:val="es-ES"/>
              </w:rPr>
              <w:t>Identifique la población beneficiaria, subtipo o situación clínica, necesidad no cubierta y resultados que se pretende mejorar: supervivencia, progresión, respuesta, resistencias, síntomas, toxicidad o calidad de vida.</w:t>
            </w:r>
          </w:p>
        </w:tc>
      </w:tr>
    </w:tbl>
    <w:p w14:paraId="11870324" w14:textId="0ADBE56D" w:rsidR="000468A9" w:rsidRPr="0041698A" w:rsidRDefault="007225F8" w:rsidP="0041698A">
      <w:pPr>
        <w:pStyle w:val="Ttulo1"/>
        <w:numPr>
          <w:ilvl w:val="0"/>
          <w:numId w:val="10"/>
        </w:numPr>
        <w:pBdr>
          <w:top w:val="none" w:sz="0" w:space="0" w:color="auto"/>
          <w:left w:val="none" w:sz="0" w:space="0" w:color="auto"/>
          <w:bottom w:val="none" w:sz="0" w:space="0" w:color="auto"/>
          <w:right w:val="none" w:sz="0" w:space="0" w:color="auto"/>
        </w:pBdr>
        <w:shd w:val="clear" w:color="auto" w:fill="C9F5F4" w:themeFill="accent1" w:themeFillTint="33"/>
        <w:spacing w:before="120"/>
        <w:jc w:val="both"/>
        <w:rPr>
          <w:rFonts w:asciiTheme="majorHAnsi" w:hAnsiTheme="majorHAnsi"/>
          <w:b/>
          <w:color w:val="1DA8A5" w:themeColor="accent1"/>
          <w:sz w:val="32"/>
          <w:lang w:val="es-ES"/>
        </w:rPr>
      </w:pPr>
      <w:r w:rsidRPr="0041698A">
        <w:rPr>
          <w:rFonts w:asciiTheme="majorHAnsi" w:hAnsiTheme="majorHAnsi"/>
          <w:b/>
          <w:color w:val="1DA8A5" w:themeColor="accent1"/>
          <w:sz w:val="32"/>
          <w:lang w:val="es-ES"/>
        </w:rPr>
        <w:t>Innovación terapéutica y valor diferencial</w:t>
      </w:r>
    </w:p>
    <w:p w14:paraId="738A7C62" w14:textId="77777777" w:rsidR="000468A9" w:rsidRPr="0041698A" w:rsidRDefault="007225F8" w:rsidP="0041698A">
      <w:pPr>
        <w:jc w:val="both"/>
        <w:rPr>
          <w:rFonts w:asciiTheme="majorHAnsi" w:hAnsiTheme="majorHAnsi"/>
          <w:color w:val="000000" w:themeColor="text1"/>
          <w:lang w:val="es-ES"/>
        </w:rPr>
      </w:pPr>
      <w:r w:rsidRPr="0041698A">
        <w:rPr>
          <w:rFonts w:asciiTheme="majorHAnsi" w:hAnsiTheme="majorHAnsi"/>
          <w:b/>
          <w:color w:val="000000" w:themeColor="text1"/>
          <w:lang w:val="es-ES"/>
        </w:rPr>
        <w:t>Extensión máxima: 300 palabras</w:t>
      </w:r>
    </w:p>
    <w:tbl>
      <w:tblPr>
        <w:tblStyle w:val="Tablaconcuadrcula"/>
        <w:tblW w:w="0" w:type="auto"/>
        <w:tblInd w:w="120" w:type="dxa"/>
        <w:tblLook w:val="04A0" w:firstRow="1" w:lastRow="0" w:firstColumn="1" w:lastColumn="0" w:noHBand="0" w:noVBand="1"/>
      </w:tblPr>
      <w:tblGrid>
        <w:gridCol w:w="10080"/>
      </w:tblGrid>
      <w:tr w:rsidR="000468A9" w:rsidRPr="0041698A" w14:paraId="6C996F86" w14:textId="77777777" w:rsidTr="00F4465C">
        <w:tc>
          <w:tcPr>
            <w:tcW w:w="10080" w:type="dxa"/>
            <w:tcMar>
              <w:top w:w="120" w:type="dxa"/>
              <w:left w:w="120" w:type="dxa"/>
              <w:bottom w:w="400" w:type="dxa"/>
              <w:right w:w="120" w:type="dxa"/>
            </w:tcMar>
            <w:vAlign w:val="center"/>
          </w:tcPr>
          <w:p w14:paraId="2FF0CA00" w14:textId="77777777" w:rsidR="000468A9" w:rsidRPr="0041698A" w:rsidRDefault="007225F8" w:rsidP="0041698A">
            <w:pPr>
              <w:jc w:val="both"/>
              <w:rPr>
                <w:rFonts w:asciiTheme="majorHAnsi" w:hAnsiTheme="majorHAnsi"/>
                <w:color w:val="ADADAD" w:themeColor="background2" w:themeShade="BF"/>
                <w:lang w:val="es-ES"/>
              </w:rPr>
            </w:pPr>
            <w:r w:rsidRPr="0041698A">
              <w:rPr>
                <w:rFonts w:asciiTheme="majorHAnsi" w:hAnsiTheme="majorHAnsi"/>
                <w:color w:val="ADADAD" w:themeColor="background2" w:themeShade="BF"/>
                <w:sz w:val="18"/>
                <w:lang w:val="es-ES"/>
              </w:rPr>
              <w:t>Describa qué aporta frente al conocimiento o tratamiento existente. Indique si propone una nueva diana, fármaco, combinación, biomarcador accionable, estrategia frente a resistencias o cambio relevante en la toma de decisiones.</w:t>
            </w:r>
          </w:p>
        </w:tc>
      </w:tr>
    </w:tbl>
    <w:p w14:paraId="3EF73013" w14:textId="77DD9584" w:rsidR="000468A9" w:rsidRPr="0041698A" w:rsidRDefault="007225F8" w:rsidP="0041698A">
      <w:pPr>
        <w:pStyle w:val="Ttulo1"/>
        <w:numPr>
          <w:ilvl w:val="0"/>
          <w:numId w:val="10"/>
        </w:numPr>
        <w:pBdr>
          <w:top w:val="none" w:sz="0" w:space="0" w:color="auto"/>
          <w:left w:val="none" w:sz="0" w:space="0" w:color="auto"/>
          <w:bottom w:val="none" w:sz="0" w:space="0" w:color="auto"/>
          <w:right w:val="none" w:sz="0" w:space="0" w:color="auto"/>
        </w:pBdr>
        <w:shd w:val="clear" w:color="auto" w:fill="C9F5F4" w:themeFill="accent1" w:themeFillTint="33"/>
        <w:spacing w:before="120"/>
        <w:jc w:val="both"/>
        <w:rPr>
          <w:rFonts w:asciiTheme="majorHAnsi" w:hAnsiTheme="majorHAnsi"/>
          <w:b/>
          <w:color w:val="1DA8A5" w:themeColor="accent1"/>
          <w:sz w:val="32"/>
          <w:lang w:val="es-ES"/>
        </w:rPr>
      </w:pPr>
      <w:r w:rsidRPr="0041698A">
        <w:rPr>
          <w:rFonts w:asciiTheme="majorHAnsi" w:hAnsiTheme="majorHAnsi"/>
          <w:b/>
          <w:color w:val="1DA8A5" w:themeColor="accent1"/>
          <w:sz w:val="32"/>
          <w:lang w:val="es-ES"/>
        </w:rPr>
        <w:t>Potencial de traslación clínica</w:t>
      </w:r>
    </w:p>
    <w:p w14:paraId="080341C0" w14:textId="77777777" w:rsidR="000468A9" w:rsidRPr="0041698A" w:rsidRDefault="007225F8" w:rsidP="0041698A">
      <w:pPr>
        <w:jc w:val="both"/>
        <w:rPr>
          <w:rFonts w:asciiTheme="majorHAnsi" w:hAnsiTheme="majorHAnsi"/>
          <w:color w:val="000000" w:themeColor="text1"/>
          <w:lang w:val="es-ES"/>
        </w:rPr>
      </w:pPr>
      <w:r w:rsidRPr="0041698A">
        <w:rPr>
          <w:rFonts w:asciiTheme="majorHAnsi" w:hAnsiTheme="majorHAnsi"/>
          <w:b/>
          <w:color w:val="000000" w:themeColor="text1"/>
          <w:lang w:val="es-ES"/>
        </w:rPr>
        <w:t>Extensión máxima: 250 palabras</w:t>
      </w:r>
    </w:p>
    <w:tbl>
      <w:tblPr>
        <w:tblStyle w:val="Tablaconcuadrcula"/>
        <w:tblW w:w="0" w:type="auto"/>
        <w:tblInd w:w="120" w:type="dxa"/>
        <w:tblLook w:val="04A0" w:firstRow="1" w:lastRow="0" w:firstColumn="1" w:lastColumn="0" w:noHBand="0" w:noVBand="1"/>
      </w:tblPr>
      <w:tblGrid>
        <w:gridCol w:w="10080"/>
      </w:tblGrid>
      <w:tr w:rsidR="000468A9" w:rsidRPr="0041698A" w14:paraId="5572556D" w14:textId="77777777" w:rsidTr="00F4465C">
        <w:tc>
          <w:tcPr>
            <w:tcW w:w="10080" w:type="dxa"/>
            <w:tcMar>
              <w:top w:w="120" w:type="dxa"/>
              <w:left w:w="120" w:type="dxa"/>
              <w:bottom w:w="400" w:type="dxa"/>
              <w:right w:w="120" w:type="dxa"/>
            </w:tcMar>
            <w:vAlign w:val="center"/>
          </w:tcPr>
          <w:p w14:paraId="20B19D1A" w14:textId="77777777" w:rsidR="000468A9" w:rsidRPr="0041698A" w:rsidRDefault="007225F8" w:rsidP="0041698A">
            <w:pPr>
              <w:jc w:val="both"/>
              <w:rPr>
                <w:rFonts w:asciiTheme="majorHAnsi" w:hAnsiTheme="majorHAnsi"/>
                <w:color w:val="ADADAD" w:themeColor="background2" w:themeShade="BF"/>
                <w:lang w:val="es-ES"/>
              </w:rPr>
            </w:pPr>
            <w:r w:rsidRPr="0041698A">
              <w:rPr>
                <w:rFonts w:asciiTheme="majorHAnsi" w:hAnsiTheme="majorHAnsi"/>
                <w:color w:val="ADADAD" w:themeColor="background2" w:themeShade="BF"/>
                <w:sz w:val="18"/>
                <w:lang w:val="es-ES"/>
              </w:rPr>
              <w:t>Indique el siguiente paso tras el proyecto, el horizonte temporal estimado hasta una posible aplicación clínica, las validaciones necesarias y las principales barreras.</w:t>
            </w:r>
          </w:p>
        </w:tc>
      </w:tr>
    </w:tbl>
    <w:p w14:paraId="14676C85" w14:textId="6A68E102" w:rsidR="000468A9" w:rsidRPr="0041698A" w:rsidRDefault="039186DA" w:rsidP="0041698A">
      <w:pPr>
        <w:pStyle w:val="Ttulo1"/>
        <w:numPr>
          <w:ilvl w:val="0"/>
          <w:numId w:val="10"/>
        </w:numPr>
        <w:pBdr>
          <w:top w:val="none" w:sz="0" w:space="0" w:color="auto"/>
          <w:left w:val="none" w:sz="0" w:space="0" w:color="auto"/>
          <w:bottom w:val="none" w:sz="0" w:space="0" w:color="auto"/>
          <w:right w:val="none" w:sz="0" w:space="0" w:color="auto"/>
        </w:pBdr>
        <w:shd w:val="clear" w:color="auto" w:fill="C9F5F4" w:themeFill="accent1" w:themeFillTint="33"/>
        <w:spacing w:before="120"/>
        <w:jc w:val="both"/>
        <w:rPr>
          <w:rFonts w:asciiTheme="majorHAnsi" w:hAnsiTheme="majorHAnsi"/>
          <w:b/>
          <w:color w:val="1DA8A5" w:themeColor="accent1"/>
          <w:sz w:val="32"/>
          <w:lang w:val="es-ES"/>
        </w:rPr>
      </w:pPr>
      <w:r w:rsidRPr="0041698A">
        <w:rPr>
          <w:rFonts w:asciiTheme="majorHAnsi" w:hAnsiTheme="majorHAnsi"/>
          <w:b/>
          <w:color w:val="1DA8A5" w:themeColor="accent1"/>
          <w:sz w:val="32"/>
          <w:lang w:val="es-ES"/>
        </w:rPr>
        <w:t>Idoneidad y trayectoria del IP y del equipo</w:t>
      </w:r>
    </w:p>
    <w:p w14:paraId="12A5FF91" w14:textId="3D02217C" w:rsidR="000468A9" w:rsidRPr="0041698A" w:rsidRDefault="7661409C" w:rsidP="0041698A">
      <w:pPr>
        <w:jc w:val="both"/>
        <w:rPr>
          <w:rFonts w:asciiTheme="majorHAnsi" w:hAnsiTheme="majorHAnsi"/>
          <w:color w:val="000000" w:themeColor="text1"/>
          <w:lang w:val="es-ES"/>
        </w:rPr>
      </w:pPr>
      <w:r w:rsidRPr="0041698A">
        <w:rPr>
          <w:rFonts w:asciiTheme="majorHAnsi" w:hAnsiTheme="majorHAnsi"/>
          <w:b/>
          <w:bCs/>
          <w:color w:val="000000" w:themeColor="text1"/>
          <w:lang w:val="es-ES"/>
        </w:rPr>
        <w:lastRenderedPageBreak/>
        <w:t xml:space="preserve">Extensión máxima: </w:t>
      </w:r>
      <w:r w:rsidR="03AD1D8E" w:rsidRPr="0041698A">
        <w:rPr>
          <w:rFonts w:asciiTheme="majorHAnsi" w:hAnsiTheme="majorHAnsi"/>
          <w:b/>
          <w:bCs/>
          <w:color w:val="000000" w:themeColor="text1"/>
          <w:lang w:val="es-ES"/>
        </w:rPr>
        <w:t>300</w:t>
      </w:r>
      <w:r w:rsidRPr="0041698A">
        <w:rPr>
          <w:rFonts w:asciiTheme="majorHAnsi" w:hAnsiTheme="majorHAnsi"/>
          <w:b/>
          <w:bCs/>
          <w:color w:val="000000" w:themeColor="text1"/>
          <w:lang w:val="es-ES"/>
        </w:rPr>
        <w:t xml:space="preserve"> palabras</w:t>
      </w:r>
    </w:p>
    <w:p w14:paraId="4DF74DBE" w14:textId="3CDB74AF" w:rsidR="40F17863" w:rsidRPr="0041698A" w:rsidRDefault="40F17863" w:rsidP="0041698A">
      <w:pPr>
        <w:pBdr>
          <w:top w:val="single" w:sz="4" w:space="4" w:color="000000"/>
          <w:left w:val="single" w:sz="4" w:space="0" w:color="000000"/>
          <w:bottom w:val="single" w:sz="4" w:space="4" w:color="000000"/>
          <w:right w:val="single" w:sz="4" w:space="4" w:color="000000"/>
        </w:pBdr>
        <w:jc w:val="both"/>
        <w:rPr>
          <w:rFonts w:asciiTheme="majorHAnsi" w:hAnsiTheme="majorHAnsi"/>
          <w:color w:val="ADADAD" w:themeColor="background2" w:themeShade="BF"/>
          <w:lang w:val="es-ES"/>
        </w:rPr>
      </w:pPr>
      <w:r w:rsidRPr="0041698A">
        <w:rPr>
          <w:rFonts w:asciiTheme="majorHAnsi" w:eastAsia="Aptos" w:hAnsiTheme="majorHAnsi" w:cs="Aptos"/>
          <w:color w:val="ADADAD" w:themeColor="background2" w:themeShade="BF"/>
          <w:sz w:val="18"/>
          <w:szCs w:val="18"/>
          <w:lang w:val="es-ES"/>
        </w:rPr>
        <w:t>Identifique brevemente los perfiles clave del equipo y explique la experiencia y capacidades complementarias directamente relacionadas con la ejecución de la propuesta.</w:t>
      </w:r>
    </w:p>
    <w:p w14:paraId="6D4C9C8E" w14:textId="32A04C52" w:rsidR="000468A9" w:rsidRPr="0041698A" w:rsidRDefault="31A999F9" w:rsidP="0041698A">
      <w:pPr>
        <w:pStyle w:val="Ttulo1"/>
        <w:keepNext/>
        <w:keepLines/>
        <w:numPr>
          <w:ilvl w:val="0"/>
          <w:numId w:val="10"/>
        </w:numPr>
        <w:pBdr>
          <w:top w:val="none" w:sz="0" w:space="0" w:color="auto"/>
          <w:left w:val="none" w:sz="0" w:space="0" w:color="auto"/>
          <w:bottom w:val="none" w:sz="0" w:space="0" w:color="auto"/>
          <w:right w:val="none" w:sz="0" w:space="0" w:color="auto"/>
        </w:pBdr>
        <w:shd w:val="clear" w:color="auto" w:fill="C9F5F4" w:themeFill="accent1" w:themeFillTint="33"/>
        <w:spacing w:before="120"/>
        <w:jc w:val="both"/>
        <w:rPr>
          <w:rFonts w:asciiTheme="majorHAnsi" w:hAnsiTheme="majorHAnsi"/>
          <w:b/>
          <w:color w:val="1DA8A5" w:themeColor="accent1"/>
          <w:sz w:val="32"/>
          <w:lang w:val="es-ES"/>
        </w:rPr>
      </w:pPr>
      <w:r w:rsidRPr="0041698A">
        <w:rPr>
          <w:rFonts w:asciiTheme="majorHAnsi" w:hAnsiTheme="majorHAnsi"/>
          <w:b/>
          <w:color w:val="1DA8A5" w:themeColor="accent1"/>
          <w:sz w:val="32"/>
          <w:lang w:val="es-ES"/>
        </w:rPr>
        <w:t>Referencias principales</w:t>
      </w:r>
    </w:p>
    <w:p w14:paraId="0C8E4686" w14:textId="77777777" w:rsidR="000468A9" w:rsidRPr="0041698A" w:rsidRDefault="007225F8" w:rsidP="0041698A">
      <w:pPr>
        <w:keepNext/>
        <w:keepLines/>
        <w:jc w:val="both"/>
        <w:rPr>
          <w:rFonts w:asciiTheme="majorHAnsi" w:hAnsiTheme="majorHAnsi"/>
          <w:color w:val="000000" w:themeColor="text1"/>
        </w:rPr>
      </w:pPr>
      <w:r w:rsidRPr="0041698A">
        <w:rPr>
          <w:rFonts w:asciiTheme="majorHAnsi" w:hAnsiTheme="majorHAnsi"/>
          <w:b/>
          <w:color w:val="000000" w:themeColor="text1"/>
        </w:rPr>
        <w:t>Extensión máxima: 10 referencias</w:t>
      </w:r>
    </w:p>
    <w:tbl>
      <w:tblPr>
        <w:tblStyle w:val="Tablaconcuadrcula"/>
        <w:tblW w:w="0" w:type="auto"/>
        <w:tblInd w:w="120" w:type="dxa"/>
        <w:tblLook w:val="04A0" w:firstRow="1" w:lastRow="0" w:firstColumn="1" w:lastColumn="0" w:noHBand="0" w:noVBand="1"/>
      </w:tblPr>
      <w:tblGrid>
        <w:gridCol w:w="10080"/>
      </w:tblGrid>
      <w:tr w:rsidR="000468A9" w:rsidRPr="0041698A" w14:paraId="21EEB98A" w14:textId="77777777" w:rsidTr="00F4465C">
        <w:tc>
          <w:tcPr>
            <w:tcW w:w="10080" w:type="dxa"/>
            <w:tcMar>
              <w:top w:w="120" w:type="dxa"/>
              <w:left w:w="120" w:type="dxa"/>
              <w:bottom w:w="400" w:type="dxa"/>
              <w:right w:w="120" w:type="dxa"/>
            </w:tcMar>
            <w:vAlign w:val="center"/>
          </w:tcPr>
          <w:p w14:paraId="45EEFB14" w14:textId="77777777" w:rsidR="000468A9" w:rsidRPr="0041698A" w:rsidRDefault="007225F8" w:rsidP="0041698A">
            <w:pPr>
              <w:jc w:val="both"/>
              <w:rPr>
                <w:rFonts w:asciiTheme="majorHAnsi" w:hAnsiTheme="majorHAnsi"/>
                <w:color w:val="ADADAD" w:themeColor="background2" w:themeShade="BF"/>
                <w:lang w:val="es-ES"/>
              </w:rPr>
            </w:pPr>
            <w:r w:rsidRPr="0041698A">
              <w:rPr>
                <w:rFonts w:asciiTheme="majorHAnsi" w:hAnsiTheme="majorHAnsi"/>
                <w:color w:val="ADADAD" w:themeColor="background2" w:themeShade="BF"/>
                <w:sz w:val="18"/>
                <w:lang w:val="es-ES"/>
              </w:rPr>
              <w:t>Incluya un máximo de 10 referencias bibliográficas directamente relacionadas con la propuesta.</w:t>
            </w:r>
          </w:p>
        </w:tc>
      </w:tr>
    </w:tbl>
    <w:p w14:paraId="741D9311" w14:textId="25A8DFC8" w:rsidR="000468A9" w:rsidRPr="0041698A" w:rsidRDefault="31A999F9" w:rsidP="0041698A">
      <w:pPr>
        <w:pStyle w:val="Ttulo1"/>
        <w:numPr>
          <w:ilvl w:val="0"/>
          <w:numId w:val="10"/>
        </w:numPr>
        <w:pBdr>
          <w:top w:val="none" w:sz="0" w:space="0" w:color="auto"/>
          <w:left w:val="none" w:sz="0" w:space="0" w:color="auto"/>
          <w:bottom w:val="none" w:sz="0" w:space="0" w:color="auto"/>
          <w:right w:val="none" w:sz="0" w:space="0" w:color="auto"/>
        </w:pBdr>
        <w:shd w:val="clear" w:color="auto" w:fill="C9F5F4" w:themeFill="accent1" w:themeFillTint="33"/>
        <w:spacing w:before="120"/>
        <w:jc w:val="both"/>
        <w:rPr>
          <w:rFonts w:asciiTheme="majorHAnsi" w:hAnsiTheme="majorHAnsi"/>
          <w:b/>
          <w:color w:val="1DA8A5" w:themeColor="accent1"/>
          <w:sz w:val="32"/>
          <w:lang w:val="es-ES"/>
        </w:rPr>
      </w:pPr>
      <w:r w:rsidRPr="0041698A">
        <w:rPr>
          <w:rFonts w:asciiTheme="majorHAnsi" w:hAnsiTheme="majorHAnsi"/>
          <w:b/>
          <w:color w:val="1DA8A5" w:themeColor="accent1"/>
          <w:sz w:val="32"/>
          <w:lang w:val="es-ES"/>
        </w:rPr>
        <w:t>Figuras y tablas opcionales</w:t>
      </w:r>
    </w:p>
    <w:p w14:paraId="6E5A8DE8" w14:textId="77777777" w:rsidR="000468A9" w:rsidRPr="0041698A" w:rsidRDefault="007225F8" w:rsidP="0041698A">
      <w:pPr>
        <w:jc w:val="both"/>
        <w:rPr>
          <w:rFonts w:asciiTheme="majorHAnsi" w:hAnsiTheme="majorHAnsi"/>
          <w:lang w:val="es-ES"/>
        </w:rPr>
      </w:pPr>
      <w:r w:rsidRPr="0041698A">
        <w:rPr>
          <w:rFonts w:asciiTheme="majorHAnsi" w:hAnsiTheme="majorHAnsi"/>
          <w:lang w:val="es-ES"/>
        </w:rPr>
        <w:t>Puede añadirse una única página adicional con figuras o tablas. No podrá utilizarse para ampliar texto narrativo.</w:t>
      </w:r>
    </w:p>
    <w:p w14:paraId="0274F927" w14:textId="77777777" w:rsidR="000468A9" w:rsidRPr="0041698A" w:rsidRDefault="007225F8" w:rsidP="0041698A">
      <w:pPr>
        <w:pStyle w:val="Ttulo1"/>
        <w:numPr>
          <w:ilvl w:val="0"/>
          <w:numId w:val="10"/>
        </w:numPr>
        <w:pBdr>
          <w:top w:val="none" w:sz="0" w:space="0" w:color="auto"/>
          <w:left w:val="none" w:sz="0" w:space="0" w:color="auto"/>
          <w:bottom w:val="none" w:sz="0" w:space="0" w:color="auto"/>
          <w:right w:val="none" w:sz="0" w:space="0" w:color="auto"/>
        </w:pBdr>
        <w:shd w:val="clear" w:color="auto" w:fill="C9F5F4" w:themeFill="accent1" w:themeFillTint="33"/>
        <w:spacing w:before="120"/>
        <w:jc w:val="both"/>
        <w:rPr>
          <w:rFonts w:asciiTheme="majorHAnsi" w:hAnsiTheme="majorHAnsi"/>
          <w:b/>
          <w:color w:val="1DA8A5" w:themeColor="accent1"/>
          <w:sz w:val="32"/>
          <w:lang w:val="es-ES"/>
        </w:rPr>
      </w:pPr>
      <w:r w:rsidRPr="0041698A">
        <w:rPr>
          <w:rFonts w:asciiTheme="majorHAnsi" w:hAnsiTheme="majorHAnsi"/>
          <w:b/>
          <w:color w:val="1DA8A5" w:themeColor="accent1"/>
          <w:sz w:val="32"/>
          <w:lang w:val="es-ES"/>
        </w:rPr>
        <w:t>Declaración y firma</w:t>
      </w:r>
    </w:p>
    <w:p w14:paraId="0D0B940D" w14:textId="15091F17" w:rsidR="000468A9" w:rsidRPr="0041698A" w:rsidRDefault="00F4465C" w:rsidP="0041698A">
      <w:pPr>
        <w:jc w:val="both"/>
        <w:rPr>
          <w:rFonts w:asciiTheme="majorHAnsi" w:hAnsiTheme="majorHAnsi"/>
          <w:lang w:val="es-ES"/>
        </w:rPr>
      </w:pPr>
      <w:r w:rsidRPr="0041698A">
        <w:rPr>
          <w:rFonts w:asciiTheme="majorHAnsi" w:hAnsiTheme="majorHAnsi"/>
          <w:lang w:val="es-ES"/>
        </w:rPr>
        <w:t>Declaro que la información incluida en este anexo es veraz, completa y se ajusta a las Bases de la convocatoria. Autorizo su utilización para la evaluación y gestión del Premio, conforme a la normativa aplicable.</w:t>
      </w:r>
    </w:p>
    <w:tbl>
      <w:tblPr>
        <w:tblStyle w:val="Cuadrculaclara-nfasis5"/>
        <w:tblW w:w="0" w:type="auto"/>
        <w:tblInd w:w="108" w:type="dxa"/>
        <w:tblLook w:val="0680" w:firstRow="0" w:lastRow="0" w:firstColumn="1" w:lastColumn="0" w:noHBand="1" w:noVBand="1"/>
      </w:tblPr>
      <w:tblGrid>
        <w:gridCol w:w="3010"/>
        <w:gridCol w:w="6633"/>
      </w:tblGrid>
      <w:tr w:rsidR="000468A9" w:rsidRPr="0041698A" w14:paraId="5BB258A5" w14:textId="77777777" w:rsidTr="00EC3379">
        <w:tc>
          <w:tcPr>
            <w:cnfStyle w:val="001000000000" w:firstRow="0" w:lastRow="0" w:firstColumn="1" w:lastColumn="0" w:oddVBand="0" w:evenVBand="0" w:oddHBand="0" w:evenHBand="0" w:firstRowFirstColumn="0" w:firstRowLastColumn="0" w:lastRowFirstColumn="0" w:lastRowLastColumn="0"/>
            <w:tcW w:w="3010" w:type="dxa"/>
          </w:tcPr>
          <w:p w14:paraId="3F794A44" w14:textId="77777777" w:rsidR="000468A9" w:rsidRPr="0041698A" w:rsidRDefault="007225F8" w:rsidP="0041698A">
            <w:pPr>
              <w:jc w:val="both"/>
            </w:pPr>
            <w:r w:rsidRPr="0041698A">
              <w:rPr>
                <w:color w:val="2C5960"/>
                <w:sz w:val="18"/>
              </w:rPr>
              <w:t xml:space="preserve">Nombre y </w:t>
            </w:r>
            <w:proofErr w:type="spellStart"/>
            <w:r w:rsidRPr="0041698A">
              <w:rPr>
                <w:color w:val="2C5960"/>
                <w:sz w:val="18"/>
              </w:rPr>
              <w:t>apellidos</w:t>
            </w:r>
            <w:proofErr w:type="spellEnd"/>
          </w:p>
        </w:tc>
        <w:tc>
          <w:tcPr>
            <w:tcW w:w="6633" w:type="dxa"/>
          </w:tcPr>
          <w:p w14:paraId="0E27B00A" w14:textId="77777777" w:rsidR="000468A9" w:rsidRPr="0041698A" w:rsidRDefault="000468A9" w:rsidP="0041698A">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rPr>
            </w:pPr>
          </w:p>
        </w:tc>
      </w:tr>
      <w:tr w:rsidR="000468A9" w:rsidRPr="0041698A" w14:paraId="52BDFC89" w14:textId="77777777" w:rsidTr="00EC3379">
        <w:tc>
          <w:tcPr>
            <w:cnfStyle w:val="001000000000" w:firstRow="0" w:lastRow="0" w:firstColumn="1" w:lastColumn="0" w:oddVBand="0" w:evenVBand="0" w:oddHBand="0" w:evenHBand="0" w:firstRowFirstColumn="0" w:firstRowLastColumn="0" w:lastRowFirstColumn="0" w:lastRowLastColumn="0"/>
            <w:tcW w:w="3010" w:type="dxa"/>
          </w:tcPr>
          <w:p w14:paraId="593BB73F" w14:textId="77777777" w:rsidR="000468A9" w:rsidRPr="0041698A" w:rsidRDefault="007225F8" w:rsidP="0041698A">
            <w:pPr>
              <w:jc w:val="both"/>
            </w:pPr>
            <w:r w:rsidRPr="0041698A">
              <w:rPr>
                <w:color w:val="2C5960"/>
                <w:sz w:val="18"/>
              </w:rPr>
              <w:t>Lugar y fecha</w:t>
            </w:r>
          </w:p>
        </w:tc>
        <w:tc>
          <w:tcPr>
            <w:tcW w:w="6633" w:type="dxa"/>
          </w:tcPr>
          <w:p w14:paraId="60061E4C" w14:textId="77777777" w:rsidR="000468A9" w:rsidRPr="0041698A" w:rsidRDefault="000468A9" w:rsidP="0041698A">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rPr>
            </w:pPr>
          </w:p>
        </w:tc>
      </w:tr>
      <w:tr w:rsidR="000468A9" w:rsidRPr="0041698A" w14:paraId="7C15739C" w14:textId="77777777" w:rsidTr="00EC3379">
        <w:tc>
          <w:tcPr>
            <w:cnfStyle w:val="001000000000" w:firstRow="0" w:lastRow="0" w:firstColumn="1" w:lastColumn="0" w:oddVBand="0" w:evenVBand="0" w:oddHBand="0" w:evenHBand="0" w:firstRowFirstColumn="0" w:firstRowLastColumn="0" w:lastRowFirstColumn="0" w:lastRowLastColumn="0"/>
            <w:tcW w:w="3010" w:type="dxa"/>
          </w:tcPr>
          <w:p w14:paraId="24FE1423" w14:textId="77777777" w:rsidR="000468A9" w:rsidRPr="0041698A" w:rsidRDefault="007225F8" w:rsidP="0041698A">
            <w:pPr>
              <w:jc w:val="both"/>
            </w:pPr>
            <w:r w:rsidRPr="0041698A">
              <w:rPr>
                <w:color w:val="2C5960"/>
                <w:sz w:val="18"/>
              </w:rPr>
              <w:t>Firma</w:t>
            </w:r>
          </w:p>
        </w:tc>
        <w:tc>
          <w:tcPr>
            <w:tcW w:w="6633" w:type="dxa"/>
          </w:tcPr>
          <w:p w14:paraId="44EAFD9C" w14:textId="77777777" w:rsidR="000468A9" w:rsidRPr="0041698A" w:rsidRDefault="007225F8" w:rsidP="0041698A">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41698A">
              <w:rPr>
                <w:rFonts w:asciiTheme="majorHAnsi" w:hAnsiTheme="majorHAnsi"/>
                <w:sz w:val="18"/>
              </w:rPr>
              <w:br/>
            </w:r>
            <w:r w:rsidRPr="0041698A">
              <w:rPr>
                <w:rFonts w:asciiTheme="majorHAnsi" w:hAnsiTheme="majorHAnsi"/>
                <w:sz w:val="18"/>
              </w:rPr>
              <w:br/>
            </w:r>
          </w:p>
        </w:tc>
      </w:tr>
    </w:tbl>
    <w:p w14:paraId="26E0D8FB" w14:textId="53BA17E7" w:rsidR="20B636ED" w:rsidRPr="0041698A" w:rsidRDefault="20B636ED" w:rsidP="0041698A">
      <w:pPr>
        <w:jc w:val="both"/>
        <w:rPr>
          <w:rFonts w:asciiTheme="majorHAnsi" w:hAnsiTheme="majorHAnsi"/>
        </w:rPr>
      </w:pPr>
    </w:p>
    <w:sectPr w:rsidR="20B636ED" w:rsidRPr="0041698A" w:rsidSect="00034616">
      <w:footerReference w:type="default" r:id="rId11"/>
      <w:pgSz w:w="12240" w:h="15840"/>
      <w:pgMar w:top="907" w:right="1020" w:bottom="907"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45C18" w14:textId="77777777" w:rsidR="00B82EFD" w:rsidRDefault="00B82EFD">
      <w:pPr>
        <w:spacing w:before="0" w:after="0" w:line="240" w:lineRule="auto"/>
      </w:pPr>
      <w:r>
        <w:separator/>
      </w:r>
    </w:p>
  </w:endnote>
  <w:endnote w:type="continuationSeparator" w:id="0">
    <w:p w14:paraId="2F3E1351" w14:textId="77777777" w:rsidR="00B82EFD" w:rsidRDefault="00B82EF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fortaa Light">
    <w:altName w:val="Calibri"/>
    <w:charset w:val="00"/>
    <w:family w:val="auto"/>
    <w:pitch w:val="variable"/>
    <w:sig w:usb0="20000287" w:usb1="00000002" w:usb2="00000000" w:usb3="00000000" w:csb0="0000019F" w:csb1="00000000"/>
  </w:font>
  <w:font w:name="MS Mincho">
    <w:panose1 w:val="02020609040205080304"/>
    <w:charset w:val="80"/>
    <w:family w:val="modern"/>
    <w:pitch w:val="fixed"/>
    <w:sig w:usb0="E00002FF" w:usb1="6AC7FDFB" w:usb2="08000012" w:usb3="00000000" w:csb0="0002009F" w:csb1="00000000"/>
  </w:font>
  <w:font w:name="Comfortaa">
    <w:panose1 w:val="020F0603070000060003"/>
    <w:charset w:val="00"/>
    <w:family w:val="swiss"/>
    <w:pitch w:val="variable"/>
    <w:sig w:usb0="A00000A7" w:usb1="5000004A" w:usb2="00000000" w:usb3="00000000" w:csb0="00000111"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CB1BC" w14:textId="77777777" w:rsidR="009746B4" w:rsidRDefault="009746B4" w:rsidP="009746B4">
    <w:pPr>
      <w:tabs>
        <w:tab w:val="center" w:pos="4550"/>
        <w:tab w:val="left" w:pos="5818"/>
      </w:tabs>
      <w:ind w:right="260"/>
      <w:jc w:val="right"/>
      <w:rPr>
        <w:color w:val="2C7FCE" w:themeColor="text2" w:themeTint="99"/>
      </w:rPr>
    </w:pPr>
    <w:r>
      <w:rPr>
        <w:rFonts w:ascii="Comfortaa" w:hAnsi="Comfortaa"/>
        <w:b/>
        <w:bCs/>
        <w:noProof/>
        <w:sz w:val="22"/>
        <w:szCs w:val="22"/>
      </w:rPr>
      <w:drawing>
        <wp:anchor distT="0" distB="0" distL="114300" distR="114300" simplePos="0" relativeHeight="251670528" behindDoc="1" locked="0" layoutInCell="1" allowOverlap="1" wp14:anchorId="32620AC9" wp14:editId="76449EC0">
          <wp:simplePos x="0" y="0"/>
          <wp:positionH relativeFrom="margin">
            <wp:posOffset>-14964</wp:posOffset>
          </wp:positionH>
          <wp:positionV relativeFrom="paragraph">
            <wp:posOffset>109027</wp:posOffset>
          </wp:positionV>
          <wp:extent cx="6631388" cy="53534"/>
          <wp:effectExtent l="0" t="0" r="0" b="3810"/>
          <wp:wrapNone/>
          <wp:docPr id="40899222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203444" name="Imagen 1750203444"/>
                  <pic:cNvPicPr/>
                </pic:nvPicPr>
                <pic:blipFill rotWithShape="1">
                  <a:blip r:embed="rId1">
                    <a:extLst>
                      <a:ext uri="{28A0092B-C50C-407E-A947-70E740481C1C}">
                        <a14:useLocalDpi xmlns:a14="http://schemas.microsoft.com/office/drawing/2010/main" val="0"/>
                      </a:ext>
                    </a:extLst>
                  </a:blip>
                  <a:srcRect l="-381" t="98736" r="381" b="609"/>
                  <a:stretch>
                    <a:fillRect/>
                  </a:stretch>
                </pic:blipFill>
                <pic:spPr bwMode="auto">
                  <a:xfrm>
                    <a:off x="0" y="0"/>
                    <a:ext cx="11598464" cy="9363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3EDD17" w14:textId="2ED30E53" w:rsidR="000468A9" w:rsidRPr="009746B4" w:rsidRDefault="009746B4" w:rsidP="009746B4">
    <w:pPr>
      <w:pStyle w:val="Piedepgina"/>
      <w:spacing w:before="120"/>
      <w:rPr>
        <w:rFonts w:ascii="Comfortaa" w:hAnsi="Comfortaa"/>
      </w:rPr>
    </w:pPr>
    <w:r w:rsidRPr="00C1236F">
      <w:rPr>
        <w:rFonts w:ascii="Comfortaa" w:hAnsi="Comfortaa"/>
      </w:rPr>
      <w:t>Premio M. Chiara Giorgetti 2026</w:t>
    </w:r>
    <w:r w:rsidR="00533443">
      <w:rPr>
        <w:rFonts w:ascii="Comfortaa" w:hAnsi="Comfortaa"/>
      </w:rPr>
      <w:tab/>
    </w:r>
    <w:r w:rsidR="00533443">
      <w:rPr>
        <w:rFonts w:ascii="Comfortaa" w:hAnsi="Comfortaa"/>
      </w:rPr>
      <w:tab/>
      <w:t xml:space="preserve">     </w:t>
    </w:r>
    <w:r w:rsidRPr="00C1236F">
      <w:rPr>
        <w:rFonts w:ascii="Comfortaa" w:hAnsi="Comfortaa"/>
        <w:color w:val="0A1D30" w:themeColor="text2" w:themeShade="BF"/>
      </w:rPr>
      <w:fldChar w:fldCharType="begin"/>
    </w:r>
    <w:r w:rsidRPr="00C1236F">
      <w:rPr>
        <w:rFonts w:ascii="Comfortaa" w:hAnsi="Comfortaa"/>
        <w:color w:val="0A1D30" w:themeColor="text2" w:themeShade="BF"/>
      </w:rPr>
      <w:instrText>PAGE   \* MERGEFORMAT</w:instrText>
    </w:r>
    <w:r w:rsidRPr="00C1236F">
      <w:rPr>
        <w:rFonts w:ascii="Comfortaa" w:hAnsi="Comfortaa"/>
        <w:color w:val="0A1D30" w:themeColor="text2" w:themeShade="BF"/>
      </w:rPr>
      <w:fldChar w:fldCharType="separate"/>
    </w:r>
    <w:r>
      <w:rPr>
        <w:rFonts w:ascii="Comfortaa" w:hAnsi="Comfortaa"/>
        <w:color w:val="0A1D30" w:themeColor="text2" w:themeShade="BF"/>
      </w:rPr>
      <w:t>6</w:t>
    </w:r>
    <w:r w:rsidRPr="00C1236F">
      <w:rPr>
        <w:rFonts w:ascii="Comfortaa" w:hAnsi="Comfortaa"/>
        <w:color w:val="0A1D30" w:themeColor="text2" w:themeShade="BF"/>
      </w:rPr>
      <w:fldChar w:fldCharType="end"/>
    </w:r>
    <w:r w:rsidRPr="00C1236F">
      <w:rPr>
        <w:rFonts w:ascii="Comfortaa" w:hAnsi="Comfortaa"/>
        <w:color w:val="0A1D30" w:themeColor="text2" w:themeShade="BF"/>
      </w:rPr>
      <w:t xml:space="preserve"> | </w:t>
    </w:r>
    <w:r w:rsidRPr="00C1236F">
      <w:rPr>
        <w:rFonts w:ascii="Comfortaa" w:hAnsi="Comfortaa"/>
        <w:color w:val="0A1D30" w:themeColor="text2" w:themeShade="BF"/>
      </w:rPr>
      <w:fldChar w:fldCharType="begin"/>
    </w:r>
    <w:r w:rsidRPr="00C1236F">
      <w:rPr>
        <w:rFonts w:ascii="Comfortaa" w:hAnsi="Comfortaa"/>
        <w:color w:val="0A1D30" w:themeColor="text2" w:themeShade="BF"/>
      </w:rPr>
      <w:instrText>NUMPAGES  \* Arabic  \* MERGEFORMAT</w:instrText>
    </w:r>
    <w:r w:rsidRPr="00C1236F">
      <w:rPr>
        <w:rFonts w:ascii="Comfortaa" w:hAnsi="Comfortaa"/>
        <w:color w:val="0A1D30" w:themeColor="text2" w:themeShade="BF"/>
      </w:rPr>
      <w:fldChar w:fldCharType="separate"/>
    </w:r>
    <w:r>
      <w:rPr>
        <w:rFonts w:ascii="Comfortaa" w:hAnsi="Comfortaa"/>
        <w:color w:val="0A1D30" w:themeColor="text2" w:themeShade="BF"/>
      </w:rPr>
      <w:t>6</w:t>
    </w:r>
    <w:r w:rsidRPr="00C1236F">
      <w:rPr>
        <w:rFonts w:ascii="Comfortaa" w:hAnsi="Comfortaa"/>
        <w:color w:val="0A1D30" w:themeColor="text2" w:themeShade="B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13D5A" w14:textId="77777777" w:rsidR="00B82EFD" w:rsidRDefault="00B82EFD">
      <w:pPr>
        <w:spacing w:before="0" w:after="0" w:line="240" w:lineRule="auto"/>
      </w:pPr>
      <w:r>
        <w:separator/>
      </w:r>
    </w:p>
  </w:footnote>
  <w:footnote w:type="continuationSeparator" w:id="0">
    <w:p w14:paraId="4D5D2CB8" w14:textId="77777777" w:rsidR="00B82EFD" w:rsidRDefault="00B82EFD">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62D67F7F"/>
    <w:multiLevelType w:val="hybridMultilevel"/>
    <w:tmpl w:val="6510B2AE"/>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16cid:durableId="187332258">
    <w:abstractNumId w:val="8"/>
  </w:num>
  <w:num w:numId="2" w16cid:durableId="319966499">
    <w:abstractNumId w:val="6"/>
  </w:num>
  <w:num w:numId="3" w16cid:durableId="1083769026">
    <w:abstractNumId w:val="5"/>
  </w:num>
  <w:num w:numId="4" w16cid:durableId="150223309">
    <w:abstractNumId w:val="4"/>
  </w:num>
  <w:num w:numId="5" w16cid:durableId="1214806159">
    <w:abstractNumId w:val="7"/>
  </w:num>
  <w:num w:numId="6" w16cid:durableId="427891148">
    <w:abstractNumId w:val="3"/>
  </w:num>
  <w:num w:numId="7" w16cid:durableId="1747457543">
    <w:abstractNumId w:val="2"/>
  </w:num>
  <w:num w:numId="8" w16cid:durableId="768156448">
    <w:abstractNumId w:val="1"/>
  </w:num>
  <w:num w:numId="9" w16cid:durableId="2076394137">
    <w:abstractNumId w:val="0"/>
  </w:num>
  <w:num w:numId="10" w16cid:durableId="21242238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7EA2"/>
    <w:rsid w:val="00034616"/>
    <w:rsid w:val="000468A9"/>
    <w:rsid w:val="0006063C"/>
    <w:rsid w:val="00102BFD"/>
    <w:rsid w:val="0015074B"/>
    <w:rsid w:val="00175235"/>
    <w:rsid w:val="001F0E6A"/>
    <w:rsid w:val="0029639D"/>
    <w:rsid w:val="00326F90"/>
    <w:rsid w:val="0041698A"/>
    <w:rsid w:val="00435073"/>
    <w:rsid w:val="00533443"/>
    <w:rsid w:val="005A61AB"/>
    <w:rsid w:val="005D26B6"/>
    <w:rsid w:val="007225F8"/>
    <w:rsid w:val="00775A1F"/>
    <w:rsid w:val="00851580"/>
    <w:rsid w:val="009746B4"/>
    <w:rsid w:val="009C68A5"/>
    <w:rsid w:val="009E6779"/>
    <w:rsid w:val="00A54046"/>
    <w:rsid w:val="00AA1D8D"/>
    <w:rsid w:val="00AD6842"/>
    <w:rsid w:val="00B47730"/>
    <w:rsid w:val="00B82EFD"/>
    <w:rsid w:val="00CB0664"/>
    <w:rsid w:val="00EC3379"/>
    <w:rsid w:val="00F4465C"/>
    <w:rsid w:val="00FC693F"/>
    <w:rsid w:val="014C4BC5"/>
    <w:rsid w:val="039186DA"/>
    <w:rsid w:val="03AD1D8E"/>
    <w:rsid w:val="0C814BD3"/>
    <w:rsid w:val="0F1FB8D7"/>
    <w:rsid w:val="0F346A32"/>
    <w:rsid w:val="12FFE9E4"/>
    <w:rsid w:val="1386D6A8"/>
    <w:rsid w:val="1A1B0F1B"/>
    <w:rsid w:val="20B636ED"/>
    <w:rsid w:val="239A97D1"/>
    <w:rsid w:val="25EBDFB9"/>
    <w:rsid w:val="289CEFDD"/>
    <w:rsid w:val="31A999F9"/>
    <w:rsid w:val="33691C8C"/>
    <w:rsid w:val="34852C4C"/>
    <w:rsid w:val="34DE6C5C"/>
    <w:rsid w:val="39C65952"/>
    <w:rsid w:val="4075F396"/>
    <w:rsid w:val="40F17863"/>
    <w:rsid w:val="43806290"/>
    <w:rsid w:val="43E4CAFB"/>
    <w:rsid w:val="44915284"/>
    <w:rsid w:val="4922DE08"/>
    <w:rsid w:val="4A4D19D3"/>
    <w:rsid w:val="4BFFDEEF"/>
    <w:rsid w:val="4FEEE47F"/>
    <w:rsid w:val="54C0E011"/>
    <w:rsid w:val="58FF4BAA"/>
    <w:rsid w:val="59AD4C04"/>
    <w:rsid w:val="59CE36E9"/>
    <w:rsid w:val="5B7E2E96"/>
    <w:rsid w:val="5DE2ACE5"/>
    <w:rsid w:val="625D93A9"/>
    <w:rsid w:val="663D25AB"/>
    <w:rsid w:val="6DDC5820"/>
    <w:rsid w:val="70264DA3"/>
    <w:rsid w:val="70411AC5"/>
    <w:rsid w:val="7560FE17"/>
    <w:rsid w:val="7661409C"/>
    <w:rsid w:val="7A7A69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75EC5074-11E0-4D5D-AC87-272C89409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E6A"/>
  </w:style>
  <w:style w:type="paragraph" w:styleId="Ttulo1">
    <w:name w:val="heading 1"/>
    <w:basedOn w:val="Normal"/>
    <w:next w:val="Normal"/>
    <w:link w:val="Ttulo1Car"/>
    <w:uiPriority w:val="9"/>
    <w:qFormat/>
    <w:rsid w:val="001F0E6A"/>
    <w:pPr>
      <w:pBdr>
        <w:top w:val="single" w:sz="24" w:space="0" w:color="1DA8A5" w:themeColor="accent1"/>
        <w:left w:val="single" w:sz="24" w:space="0" w:color="1DA8A5" w:themeColor="accent1"/>
        <w:bottom w:val="single" w:sz="24" w:space="0" w:color="1DA8A5" w:themeColor="accent1"/>
        <w:right w:val="single" w:sz="24" w:space="0" w:color="1DA8A5" w:themeColor="accent1"/>
      </w:pBdr>
      <w:shd w:val="clear" w:color="auto" w:fill="1DA8A5" w:themeFill="accent1"/>
      <w:spacing w:after="0"/>
      <w:outlineLvl w:val="0"/>
    </w:pPr>
    <w:rPr>
      <w:caps/>
      <w:color w:val="FFFFFF" w:themeColor="background1"/>
      <w:spacing w:val="15"/>
      <w:sz w:val="22"/>
      <w:szCs w:val="22"/>
    </w:rPr>
  </w:style>
  <w:style w:type="paragraph" w:styleId="Ttulo2">
    <w:name w:val="heading 2"/>
    <w:basedOn w:val="Normal"/>
    <w:next w:val="Normal"/>
    <w:link w:val="Ttulo2Car"/>
    <w:uiPriority w:val="9"/>
    <w:unhideWhenUsed/>
    <w:qFormat/>
    <w:rsid w:val="001F0E6A"/>
    <w:pPr>
      <w:pBdr>
        <w:top w:val="single" w:sz="24" w:space="0" w:color="C9F5F4" w:themeColor="accent1" w:themeTint="33"/>
        <w:left w:val="single" w:sz="24" w:space="0" w:color="C9F5F4" w:themeColor="accent1" w:themeTint="33"/>
        <w:bottom w:val="single" w:sz="24" w:space="0" w:color="C9F5F4" w:themeColor="accent1" w:themeTint="33"/>
        <w:right w:val="single" w:sz="24" w:space="0" w:color="C9F5F4" w:themeColor="accent1" w:themeTint="33"/>
      </w:pBdr>
      <w:shd w:val="clear" w:color="auto" w:fill="C9F5F4" w:themeFill="accent1" w:themeFillTint="33"/>
      <w:spacing w:after="0"/>
      <w:outlineLvl w:val="1"/>
    </w:pPr>
    <w:rPr>
      <w:caps/>
      <w:spacing w:val="15"/>
    </w:rPr>
  </w:style>
  <w:style w:type="paragraph" w:styleId="Ttulo3">
    <w:name w:val="heading 3"/>
    <w:basedOn w:val="Normal"/>
    <w:next w:val="Normal"/>
    <w:link w:val="Ttulo3Car"/>
    <w:uiPriority w:val="9"/>
    <w:unhideWhenUsed/>
    <w:qFormat/>
    <w:rsid w:val="001F0E6A"/>
    <w:pPr>
      <w:pBdr>
        <w:top w:val="single" w:sz="6" w:space="2" w:color="1DA8A5" w:themeColor="accent1"/>
      </w:pBdr>
      <w:spacing w:before="300" w:after="0"/>
      <w:outlineLvl w:val="2"/>
    </w:pPr>
    <w:rPr>
      <w:caps/>
      <w:color w:val="0E5351" w:themeColor="accent1" w:themeShade="7F"/>
      <w:spacing w:val="15"/>
    </w:rPr>
  </w:style>
  <w:style w:type="paragraph" w:styleId="Ttulo4">
    <w:name w:val="heading 4"/>
    <w:basedOn w:val="Normal"/>
    <w:next w:val="Normal"/>
    <w:link w:val="Ttulo4Car"/>
    <w:uiPriority w:val="9"/>
    <w:semiHidden/>
    <w:unhideWhenUsed/>
    <w:qFormat/>
    <w:rsid w:val="001F0E6A"/>
    <w:pPr>
      <w:pBdr>
        <w:top w:val="dotted" w:sz="6" w:space="2" w:color="1DA8A5" w:themeColor="accent1"/>
      </w:pBdr>
      <w:spacing w:before="200" w:after="0"/>
      <w:outlineLvl w:val="3"/>
    </w:pPr>
    <w:rPr>
      <w:caps/>
      <w:color w:val="157D7B" w:themeColor="accent1" w:themeShade="BF"/>
      <w:spacing w:val="10"/>
    </w:rPr>
  </w:style>
  <w:style w:type="paragraph" w:styleId="Ttulo5">
    <w:name w:val="heading 5"/>
    <w:basedOn w:val="Normal"/>
    <w:next w:val="Normal"/>
    <w:link w:val="Ttulo5Car"/>
    <w:uiPriority w:val="9"/>
    <w:semiHidden/>
    <w:unhideWhenUsed/>
    <w:qFormat/>
    <w:rsid w:val="001F0E6A"/>
    <w:pPr>
      <w:pBdr>
        <w:bottom w:val="single" w:sz="6" w:space="1" w:color="1DA8A5" w:themeColor="accent1"/>
      </w:pBdr>
      <w:spacing w:before="200" w:after="0"/>
      <w:outlineLvl w:val="4"/>
    </w:pPr>
    <w:rPr>
      <w:caps/>
      <w:color w:val="157D7B" w:themeColor="accent1" w:themeShade="BF"/>
      <w:spacing w:val="10"/>
    </w:rPr>
  </w:style>
  <w:style w:type="paragraph" w:styleId="Ttulo6">
    <w:name w:val="heading 6"/>
    <w:basedOn w:val="Normal"/>
    <w:next w:val="Normal"/>
    <w:link w:val="Ttulo6Car"/>
    <w:uiPriority w:val="9"/>
    <w:semiHidden/>
    <w:unhideWhenUsed/>
    <w:qFormat/>
    <w:rsid w:val="001F0E6A"/>
    <w:pPr>
      <w:pBdr>
        <w:bottom w:val="dotted" w:sz="6" w:space="1" w:color="1DA8A5" w:themeColor="accent1"/>
      </w:pBdr>
      <w:spacing w:before="200" w:after="0"/>
      <w:outlineLvl w:val="5"/>
    </w:pPr>
    <w:rPr>
      <w:caps/>
      <w:color w:val="157D7B" w:themeColor="accent1" w:themeShade="BF"/>
      <w:spacing w:val="10"/>
    </w:rPr>
  </w:style>
  <w:style w:type="paragraph" w:styleId="Ttulo7">
    <w:name w:val="heading 7"/>
    <w:basedOn w:val="Normal"/>
    <w:next w:val="Normal"/>
    <w:link w:val="Ttulo7Car"/>
    <w:uiPriority w:val="9"/>
    <w:semiHidden/>
    <w:unhideWhenUsed/>
    <w:qFormat/>
    <w:rsid w:val="001F0E6A"/>
    <w:pPr>
      <w:spacing w:before="200" w:after="0"/>
      <w:outlineLvl w:val="6"/>
    </w:pPr>
    <w:rPr>
      <w:caps/>
      <w:color w:val="157D7B" w:themeColor="accent1" w:themeShade="BF"/>
      <w:spacing w:val="10"/>
    </w:rPr>
  </w:style>
  <w:style w:type="paragraph" w:styleId="Ttulo8">
    <w:name w:val="heading 8"/>
    <w:basedOn w:val="Normal"/>
    <w:next w:val="Normal"/>
    <w:link w:val="Ttulo8Car"/>
    <w:uiPriority w:val="9"/>
    <w:semiHidden/>
    <w:unhideWhenUsed/>
    <w:qFormat/>
    <w:rsid w:val="001F0E6A"/>
    <w:pPr>
      <w:spacing w:before="200" w:after="0"/>
      <w:outlineLvl w:val="7"/>
    </w:pPr>
    <w:rPr>
      <w:caps/>
      <w:spacing w:val="10"/>
      <w:sz w:val="18"/>
      <w:szCs w:val="18"/>
    </w:rPr>
  </w:style>
  <w:style w:type="paragraph" w:styleId="Ttulo9">
    <w:name w:val="heading 9"/>
    <w:basedOn w:val="Normal"/>
    <w:next w:val="Normal"/>
    <w:link w:val="Ttulo9Car"/>
    <w:uiPriority w:val="9"/>
    <w:semiHidden/>
    <w:unhideWhenUsed/>
    <w:qFormat/>
    <w:rsid w:val="001F0E6A"/>
    <w:pPr>
      <w:spacing w:before="200" w:after="0"/>
      <w:outlineLvl w:val="8"/>
    </w:pPr>
    <w:rPr>
      <w:i/>
      <w:iCs/>
      <w:caps/>
      <w:spacing w:val="10"/>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1F0E6A"/>
    <w:pPr>
      <w:spacing w:after="0" w:line="240" w:lineRule="auto"/>
    </w:pPr>
  </w:style>
  <w:style w:type="character" w:customStyle="1" w:styleId="Ttulo1Car">
    <w:name w:val="Título 1 Car"/>
    <w:basedOn w:val="Fuentedeprrafopredeter"/>
    <w:link w:val="Ttulo1"/>
    <w:uiPriority w:val="9"/>
    <w:rsid w:val="001F0E6A"/>
    <w:rPr>
      <w:caps/>
      <w:color w:val="FFFFFF" w:themeColor="background1"/>
      <w:spacing w:val="15"/>
      <w:sz w:val="22"/>
      <w:szCs w:val="22"/>
      <w:shd w:val="clear" w:color="auto" w:fill="1DA8A5" w:themeFill="accent1"/>
    </w:rPr>
  </w:style>
  <w:style w:type="character" w:customStyle="1" w:styleId="Ttulo2Car">
    <w:name w:val="Título 2 Car"/>
    <w:basedOn w:val="Fuentedeprrafopredeter"/>
    <w:link w:val="Ttulo2"/>
    <w:uiPriority w:val="9"/>
    <w:rsid w:val="001F0E6A"/>
    <w:rPr>
      <w:caps/>
      <w:spacing w:val="15"/>
      <w:shd w:val="clear" w:color="auto" w:fill="C9F5F4" w:themeFill="accent1" w:themeFillTint="33"/>
    </w:rPr>
  </w:style>
  <w:style w:type="character" w:customStyle="1" w:styleId="Ttulo3Car">
    <w:name w:val="Título 3 Car"/>
    <w:basedOn w:val="Fuentedeprrafopredeter"/>
    <w:link w:val="Ttulo3"/>
    <w:uiPriority w:val="9"/>
    <w:rsid w:val="001F0E6A"/>
    <w:rPr>
      <w:caps/>
      <w:color w:val="0E5351" w:themeColor="accent1" w:themeShade="7F"/>
      <w:spacing w:val="15"/>
    </w:rPr>
  </w:style>
  <w:style w:type="paragraph" w:styleId="Ttulo">
    <w:name w:val="Title"/>
    <w:basedOn w:val="Normal"/>
    <w:next w:val="Normal"/>
    <w:link w:val="TtuloCar"/>
    <w:uiPriority w:val="10"/>
    <w:qFormat/>
    <w:rsid w:val="001F0E6A"/>
    <w:pPr>
      <w:spacing w:before="0" w:after="0"/>
    </w:pPr>
    <w:rPr>
      <w:rFonts w:asciiTheme="majorHAnsi" w:eastAsiaTheme="majorEastAsia" w:hAnsiTheme="majorHAnsi" w:cstheme="majorBidi"/>
      <w:caps/>
      <w:color w:val="1DA8A5" w:themeColor="accent1"/>
      <w:spacing w:val="10"/>
      <w:sz w:val="52"/>
      <w:szCs w:val="52"/>
    </w:rPr>
  </w:style>
  <w:style w:type="character" w:customStyle="1" w:styleId="TtuloCar">
    <w:name w:val="Título Car"/>
    <w:basedOn w:val="Fuentedeprrafopredeter"/>
    <w:link w:val="Ttulo"/>
    <w:uiPriority w:val="10"/>
    <w:rsid w:val="001F0E6A"/>
    <w:rPr>
      <w:rFonts w:asciiTheme="majorHAnsi" w:eastAsiaTheme="majorEastAsia" w:hAnsiTheme="majorHAnsi" w:cstheme="majorBidi"/>
      <w:caps/>
      <w:color w:val="1DA8A5" w:themeColor="accent1"/>
      <w:spacing w:val="10"/>
      <w:sz w:val="52"/>
      <w:szCs w:val="52"/>
    </w:rPr>
  </w:style>
  <w:style w:type="paragraph" w:styleId="Subttulo">
    <w:name w:val="Subtitle"/>
    <w:basedOn w:val="Normal"/>
    <w:next w:val="Normal"/>
    <w:link w:val="SubttuloCar"/>
    <w:uiPriority w:val="11"/>
    <w:qFormat/>
    <w:rsid w:val="001F0E6A"/>
    <w:pPr>
      <w:spacing w:before="0" w:after="500" w:line="240" w:lineRule="auto"/>
    </w:pPr>
    <w:rPr>
      <w:caps/>
      <w:color w:val="595959" w:themeColor="text1" w:themeTint="A6"/>
      <w:spacing w:val="10"/>
      <w:sz w:val="21"/>
      <w:szCs w:val="21"/>
    </w:rPr>
  </w:style>
  <w:style w:type="character" w:customStyle="1" w:styleId="SubttuloCar">
    <w:name w:val="Subtítulo Car"/>
    <w:basedOn w:val="Fuentedeprrafopredeter"/>
    <w:link w:val="Subttulo"/>
    <w:uiPriority w:val="11"/>
    <w:rsid w:val="001F0E6A"/>
    <w:rPr>
      <w:caps/>
      <w:color w:val="595959" w:themeColor="text1" w:themeTint="A6"/>
      <w:spacing w:val="10"/>
      <w:sz w:val="21"/>
      <w:szCs w:val="21"/>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1F0E6A"/>
    <w:rPr>
      <w:i/>
      <w:iCs/>
      <w:sz w:val="24"/>
      <w:szCs w:val="24"/>
    </w:rPr>
  </w:style>
  <w:style w:type="character" w:customStyle="1" w:styleId="CitaCar">
    <w:name w:val="Cita Car"/>
    <w:basedOn w:val="Fuentedeprrafopredeter"/>
    <w:link w:val="Cita"/>
    <w:uiPriority w:val="29"/>
    <w:rsid w:val="001F0E6A"/>
    <w:rPr>
      <w:i/>
      <w:iCs/>
      <w:sz w:val="24"/>
      <w:szCs w:val="24"/>
    </w:rPr>
  </w:style>
  <w:style w:type="character" w:customStyle="1" w:styleId="Ttulo4Car">
    <w:name w:val="Título 4 Car"/>
    <w:basedOn w:val="Fuentedeprrafopredeter"/>
    <w:link w:val="Ttulo4"/>
    <w:uiPriority w:val="9"/>
    <w:semiHidden/>
    <w:rsid w:val="001F0E6A"/>
    <w:rPr>
      <w:caps/>
      <w:color w:val="157D7B" w:themeColor="accent1" w:themeShade="BF"/>
      <w:spacing w:val="10"/>
    </w:rPr>
  </w:style>
  <w:style w:type="character" w:customStyle="1" w:styleId="Ttulo5Car">
    <w:name w:val="Título 5 Car"/>
    <w:basedOn w:val="Fuentedeprrafopredeter"/>
    <w:link w:val="Ttulo5"/>
    <w:uiPriority w:val="9"/>
    <w:semiHidden/>
    <w:rsid w:val="001F0E6A"/>
    <w:rPr>
      <w:caps/>
      <w:color w:val="157D7B" w:themeColor="accent1" w:themeShade="BF"/>
      <w:spacing w:val="10"/>
    </w:rPr>
  </w:style>
  <w:style w:type="character" w:customStyle="1" w:styleId="Ttulo6Car">
    <w:name w:val="Título 6 Car"/>
    <w:basedOn w:val="Fuentedeprrafopredeter"/>
    <w:link w:val="Ttulo6"/>
    <w:uiPriority w:val="9"/>
    <w:semiHidden/>
    <w:rsid w:val="001F0E6A"/>
    <w:rPr>
      <w:caps/>
      <w:color w:val="157D7B" w:themeColor="accent1" w:themeShade="BF"/>
      <w:spacing w:val="10"/>
    </w:rPr>
  </w:style>
  <w:style w:type="character" w:customStyle="1" w:styleId="Ttulo7Car">
    <w:name w:val="Título 7 Car"/>
    <w:basedOn w:val="Fuentedeprrafopredeter"/>
    <w:link w:val="Ttulo7"/>
    <w:uiPriority w:val="9"/>
    <w:semiHidden/>
    <w:rsid w:val="001F0E6A"/>
    <w:rPr>
      <w:caps/>
      <w:color w:val="157D7B" w:themeColor="accent1" w:themeShade="BF"/>
      <w:spacing w:val="10"/>
    </w:rPr>
  </w:style>
  <w:style w:type="character" w:customStyle="1" w:styleId="Ttulo8Car">
    <w:name w:val="Título 8 Car"/>
    <w:basedOn w:val="Fuentedeprrafopredeter"/>
    <w:link w:val="Ttulo8"/>
    <w:uiPriority w:val="9"/>
    <w:semiHidden/>
    <w:rsid w:val="001F0E6A"/>
    <w:rPr>
      <w:caps/>
      <w:spacing w:val="10"/>
      <w:sz w:val="18"/>
      <w:szCs w:val="18"/>
    </w:rPr>
  </w:style>
  <w:style w:type="character" w:customStyle="1" w:styleId="Ttulo9Car">
    <w:name w:val="Título 9 Car"/>
    <w:basedOn w:val="Fuentedeprrafopredeter"/>
    <w:link w:val="Ttulo9"/>
    <w:uiPriority w:val="9"/>
    <w:semiHidden/>
    <w:rsid w:val="001F0E6A"/>
    <w:rPr>
      <w:i/>
      <w:iCs/>
      <w:caps/>
      <w:spacing w:val="10"/>
      <w:sz w:val="18"/>
      <w:szCs w:val="18"/>
    </w:rPr>
  </w:style>
  <w:style w:type="paragraph" w:styleId="Descripcin">
    <w:name w:val="caption"/>
    <w:basedOn w:val="Normal"/>
    <w:next w:val="Normal"/>
    <w:uiPriority w:val="35"/>
    <w:semiHidden/>
    <w:unhideWhenUsed/>
    <w:qFormat/>
    <w:rsid w:val="001F0E6A"/>
    <w:rPr>
      <w:b/>
      <w:bCs/>
      <w:color w:val="157D7B" w:themeColor="accent1" w:themeShade="BF"/>
      <w:sz w:val="16"/>
      <w:szCs w:val="16"/>
    </w:rPr>
  </w:style>
  <w:style w:type="character" w:styleId="Fuerte">
    <w:name w:val="Strong"/>
    <w:uiPriority w:val="22"/>
    <w:qFormat/>
    <w:rsid w:val="001F0E6A"/>
    <w:rPr>
      <w:b/>
      <w:bCs/>
    </w:rPr>
  </w:style>
  <w:style w:type="character" w:styleId="nfasis">
    <w:name w:val="Emphasis"/>
    <w:uiPriority w:val="20"/>
    <w:qFormat/>
    <w:rsid w:val="001F0E6A"/>
    <w:rPr>
      <w:caps/>
      <w:color w:val="0E5351" w:themeColor="accent1" w:themeShade="7F"/>
      <w:spacing w:val="5"/>
    </w:rPr>
  </w:style>
  <w:style w:type="paragraph" w:styleId="Citadestacada">
    <w:name w:val="Intense Quote"/>
    <w:basedOn w:val="Normal"/>
    <w:next w:val="Normal"/>
    <w:link w:val="CitadestacadaCar"/>
    <w:uiPriority w:val="30"/>
    <w:qFormat/>
    <w:rsid w:val="001F0E6A"/>
    <w:pPr>
      <w:spacing w:before="240" w:after="240" w:line="240" w:lineRule="auto"/>
      <w:ind w:left="1080" w:right="1080"/>
      <w:jc w:val="center"/>
    </w:pPr>
    <w:rPr>
      <w:color w:val="1DA8A5" w:themeColor="accent1"/>
      <w:sz w:val="24"/>
      <w:szCs w:val="24"/>
    </w:rPr>
  </w:style>
  <w:style w:type="character" w:customStyle="1" w:styleId="CitadestacadaCar">
    <w:name w:val="Cita destacada Car"/>
    <w:basedOn w:val="Fuentedeprrafopredeter"/>
    <w:link w:val="Citadestacada"/>
    <w:uiPriority w:val="30"/>
    <w:rsid w:val="001F0E6A"/>
    <w:rPr>
      <w:color w:val="1DA8A5" w:themeColor="accent1"/>
      <w:sz w:val="24"/>
      <w:szCs w:val="24"/>
    </w:rPr>
  </w:style>
  <w:style w:type="character" w:styleId="nfasissutil">
    <w:name w:val="Subtle Emphasis"/>
    <w:uiPriority w:val="19"/>
    <w:qFormat/>
    <w:rsid w:val="001F0E6A"/>
    <w:rPr>
      <w:i/>
      <w:iCs/>
      <w:color w:val="0E5351" w:themeColor="accent1" w:themeShade="7F"/>
    </w:rPr>
  </w:style>
  <w:style w:type="character" w:styleId="nfasisintenso">
    <w:name w:val="Intense Emphasis"/>
    <w:uiPriority w:val="21"/>
    <w:qFormat/>
    <w:rsid w:val="001F0E6A"/>
    <w:rPr>
      <w:b/>
      <w:bCs/>
      <w:caps/>
      <w:color w:val="0E5351" w:themeColor="accent1" w:themeShade="7F"/>
      <w:spacing w:val="10"/>
    </w:rPr>
  </w:style>
  <w:style w:type="character" w:styleId="Referenciasutil">
    <w:name w:val="Subtle Reference"/>
    <w:uiPriority w:val="31"/>
    <w:qFormat/>
    <w:rsid w:val="001F0E6A"/>
    <w:rPr>
      <w:b/>
      <w:bCs/>
      <w:color w:val="1DA8A5" w:themeColor="accent1"/>
    </w:rPr>
  </w:style>
  <w:style w:type="character" w:styleId="Referenciaintensa">
    <w:name w:val="Intense Reference"/>
    <w:uiPriority w:val="32"/>
    <w:qFormat/>
    <w:rsid w:val="001F0E6A"/>
    <w:rPr>
      <w:b/>
      <w:bCs/>
      <w:i/>
      <w:iCs/>
      <w:caps/>
      <w:color w:val="1DA8A5" w:themeColor="accent1"/>
    </w:rPr>
  </w:style>
  <w:style w:type="character" w:styleId="Ttulodellibro">
    <w:name w:val="Book Title"/>
    <w:uiPriority w:val="33"/>
    <w:qFormat/>
    <w:rsid w:val="001F0E6A"/>
    <w:rPr>
      <w:b/>
      <w:bCs/>
      <w:i/>
      <w:iCs/>
      <w:spacing w:val="0"/>
    </w:rPr>
  </w:style>
  <w:style w:type="paragraph" w:styleId="TtuloTDC">
    <w:name w:val="TOC Heading"/>
    <w:basedOn w:val="Ttulo1"/>
    <w:next w:val="Normal"/>
    <w:uiPriority w:val="39"/>
    <w:semiHidden/>
    <w:unhideWhenUsed/>
    <w:qFormat/>
    <w:rsid w:val="001F0E6A"/>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157D7B" w:themeColor="accent1" w:themeShade="BF"/>
    </w:rPr>
    <w:tblPr>
      <w:tblStyleRowBandSize w:val="1"/>
      <w:tblStyleColBandSize w:val="1"/>
      <w:tblBorders>
        <w:top w:val="single" w:sz="8" w:space="0" w:color="1DA8A5" w:themeColor="accent1"/>
        <w:bottom w:val="single" w:sz="8" w:space="0" w:color="1DA8A5" w:themeColor="accent1"/>
      </w:tblBorders>
    </w:tblPr>
    <w:tblStylePr w:type="firstRow">
      <w:pPr>
        <w:spacing w:before="0" w:after="0" w:line="240" w:lineRule="auto"/>
      </w:pPr>
      <w:rPr>
        <w:b/>
        <w:bCs/>
      </w:rPr>
      <w:tblPr/>
      <w:tcPr>
        <w:tcBorders>
          <w:top w:val="single" w:sz="8" w:space="0" w:color="1DA8A5" w:themeColor="accent1"/>
          <w:left w:val="nil"/>
          <w:bottom w:val="single" w:sz="8" w:space="0" w:color="1DA8A5" w:themeColor="accent1"/>
          <w:right w:val="nil"/>
          <w:insideH w:val="nil"/>
          <w:insideV w:val="nil"/>
        </w:tcBorders>
      </w:tcPr>
    </w:tblStylePr>
    <w:tblStylePr w:type="lastRow">
      <w:pPr>
        <w:spacing w:before="0" w:after="0" w:line="240" w:lineRule="auto"/>
      </w:pPr>
      <w:rPr>
        <w:b/>
        <w:bCs/>
      </w:rPr>
      <w:tblPr/>
      <w:tcPr>
        <w:tcBorders>
          <w:top w:val="single" w:sz="8" w:space="0" w:color="1DA8A5" w:themeColor="accent1"/>
          <w:left w:val="nil"/>
          <w:bottom w:val="single" w:sz="8" w:space="0" w:color="1DA8A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F3F2" w:themeFill="accent1" w:themeFillTint="3F"/>
      </w:tcPr>
    </w:tblStylePr>
    <w:tblStylePr w:type="band1Horz">
      <w:tblPr/>
      <w:tcPr>
        <w:tcBorders>
          <w:left w:val="nil"/>
          <w:right w:val="nil"/>
          <w:insideH w:val="nil"/>
          <w:insideV w:val="nil"/>
        </w:tcBorders>
        <w:shd w:val="clear" w:color="auto" w:fill="BDF3F2" w:themeFill="accent1" w:themeFillTint="3F"/>
      </w:tcPr>
    </w:tblStylePr>
  </w:style>
  <w:style w:type="table" w:styleId="Sombreadoclaro-nfasis2">
    <w:name w:val="Light Shading Accent 2"/>
    <w:basedOn w:val="Tablanormal"/>
    <w:uiPriority w:val="60"/>
    <w:rsid w:val="00FC693F"/>
    <w:pPr>
      <w:spacing w:after="0" w:line="240" w:lineRule="auto"/>
    </w:pPr>
    <w:rPr>
      <w:color w:val="F79104" w:themeColor="accent2" w:themeShade="BF"/>
    </w:rPr>
    <w:tblPr>
      <w:tblStyleRowBandSize w:val="1"/>
      <w:tblStyleColBandSize w:val="1"/>
      <w:tblBorders>
        <w:top w:val="single" w:sz="8" w:space="0" w:color="FCB654" w:themeColor="accent2"/>
        <w:bottom w:val="single" w:sz="8" w:space="0" w:color="FCB654" w:themeColor="accent2"/>
      </w:tblBorders>
    </w:tblPr>
    <w:tblStylePr w:type="firstRow">
      <w:pPr>
        <w:spacing w:before="0" w:after="0" w:line="240" w:lineRule="auto"/>
      </w:pPr>
      <w:rPr>
        <w:b/>
        <w:bCs/>
      </w:rPr>
      <w:tblPr/>
      <w:tcPr>
        <w:tcBorders>
          <w:top w:val="single" w:sz="8" w:space="0" w:color="FCB654" w:themeColor="accent2"/>
          <w:left w:val="nil"/>
          <w:bottom w:val="single" w:sz="8" w:space="0" w:color="FCB654" w:themeColor="accent2"/>
          <w:right w:val="nil"/>
          <w:insideH w:val="nil"/>
          <w:insideV w:val="nil"/>
        </w:tcBorders>
      </w:tcPr>
    </w:tblStylePr>
    <w:tblStylePr w:type="lastRow">
      <w:pPr>
        <w:spacing w:before="0" w:after="0" w:line="240" w:lineRule="auto"/>
      </w:pPr>
      <w:rPr>
        <w:b/>
        <w:bCs/>
      </w:rPr>
      <w:tblPr/>
      <w:tcPr>
        <w:tcBorders>
          <w:top w:val="single" w:sz="8" w:space="0" w:color="FCB654" w:themeColor="accent2"/>
          <w:left w:val="nil"/>
          <w:bottom w:val="single" w:sz="8" w:space="0" w:color="FCB654"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CD4" w:themeFill="accent2" w:themeFillTint="3F"/>
      </w:tcPr>
    </w:tblStylePr>
    <w:tblStylePr w:type="band1Horz">
      <w:tblPr/>
      <w:tcPr>
        <w:tcBorders>
          <w:left w:val="nil"/>
          <w:right w:val="nil"/>
          <w:insideH w:val="nil"/>
          <w:insideV w:val="nil"/>
        </w:tcBorders>
        <w:shd w:val="clear" w:color="auto" w:fill="FEECD4" w:themeFill="accent2" w:themeFillTint="3F"/>
      </w:tcPr>
    </w:tblStylePr>
  </w:style>
  <w:style w:type="table" w:styleId="Sombreadoclaro-nfasis3">
    <w:name w:val="Light Shading Accent 3"/>
    <w:basedOn w:val="Tablanormal"/>
    <w:uiPriority w:val="60"/>
    <w:rsid w:val="00FC693F"/>
    <w:pPr>
      <w:spacing w:after="0" w:line="240" w:lineRule="auto"/>
    </w:pPr>
    <w:rPr>
      <w:color w:val="E91A4C" w:themeColor="accent3" w:themeShade="BF"/>
    </w:rPr>
    <w:tblPr>
      <w:tblStyleRowBandSize w:val="1"/>
      <w:tblStyleColBandSize w:val="1"/>
      <w:tblBorders>
        <w:top w:val="single" w:sz="8" w:space="0" w:color="F16A8B" w:themeColor="accent3"/>
        <w:bottom w:val="single" w:sz="8" w:space="0" w:color="F16A8B" w:themeColor="accent3"/>
      </w:tblBorders>
    </w:tblPr>
    <w:tblStylePr w:type="firstRow">
      <w:pPr>
        <w:spacing w:before="0" w:after="0" w:line="240" w:lineRule="auto"/>
      </w:pPr>
      <w:rPr>
        <w:b/>
        <w:bCs/>
      </w:rPr>
      <w:tblPr/>
      <w:tcPr>
        <w:tcBorders>
          <w:top w:val="single" w:sz="8" w:space="0" w:color="F16A8B" w:themeColor="accent3"/>
          <w:left w:val="nil"/>
          <w:bottom w:val="single" w:sz="8" w:space="0" w:color="F16A8B" w:themeColor="accent3"/>
          <w:right w:val="nil"/>
          <w:insideH w:val="nil"/>
          <w:insideV w:val="nil"/>
        </w:tcBorders>
      </w:tcPr>
    </w:tblStylePr>
    <w:tblStylePr w:type="lastRow">
      <w:pPr>
        <w:spacing w:before="0" w:after="0" w:line="240" w:lineRule="auto"/>
      </w:pPr>
      <w:rPr>
        <w:b/>
        <w:bCs/>
      </w:rPr>
      <w:tblPr/>
      <w:tcPr>
        <w:tcBorders>
          <w:top w:val="single" w:sz="8" w:space="0" w:color="F16A8B" w:themeColor="accent3"/>
          <w:left w:val="nil"/>
          <w:bottom w:val="single" w:sz="8" w:space="0" w:color="F16A8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AE2" w:themeFill="accent3" w:themeFillTint="3F"/>
      </w:tcPr>
    </w:tblStylePr>
    <w:tblStylePr w:type="band1Horz">
      <w:tblPr/>
      <w:tcPr>
        <w:tcBorders>
          <w:left w:val="nil"/>
          <w:right w:val="nil"/>
          <w:insideH w:val="nil"/>
          <w:insideV w:val="nil"/>
        </w:tcBorders>
        <w:shd w:val="clear" w:color="auto" w:fill="FBDAE2" w:themeFill="accent3" w:themeFillTint="3F"/>
      </w:tcPr>
    </w:tblStylePr>
  </w:style>
  <w:style w:type="table" w:styleId="Sombreadoclaro-nfasis4">
    <w:name w:val="Light Shading Accent 4"/>
    <w:basedOn w:val="Tablanormal"/>
    <w:uiPriority w:val="60"/>
    <w:rsid w:val="00FC693F"/>
    <w:pPr>
      <w:spacing w:after="0" w:line="240" w:lineRule="auto"/>
    </w:pPr>
    <w:rPr>
      <w:color w:val="5B9632" w:themeColor="accent4" w:themeShade="BF"/>
    </w:rPr>
    <w:tblPr>
      <w:tblStyleRowBandSize w:val="1"/>
      <w:tblStyleColBandSize w:val="1"/>
      <w:tblBorders>
        <w:top w:val="single" w:sz="8" w:space="0" w:color="7BC24A" w:themeColor="accent4"/>
        <w:bottom w:val="single" w:sz="8" w:space="0" w:color="7BC24A" w:themeColor="accent4"/>
      </w:tblBorders>
    </w:tblPr>
    <w:tblStylePr w:type="firstRow">
      <w:pPr>
        <w:spacing w:before="0" w:after="0" w:line="240" w:lineRule="auto"/>
      </w:pPr>
      <w:rPr>
        <w:b/>
        <w:bCs/>
      </w:rPr>
      <w:tblPr/>
      <w:tcPr>
        <w:tcBorders>
          <w:top w:val="single" w:sz="8" w:space="0" w:color="7BC24A" w:themeColor="accent4"/>
          <w:left w:val="nil"/>
          <w:bottom w:val="single" w:sz="8" w:space="0" w:color="7BC24A" w:themeColor="accent4"/>
          <w:right w:val="nil"/>
          <w:insideH w:val="nil"/>
          <w:insideV w:val="nil"/>
        </w:tcBorders>
      </w:tcPr>
    </w:tblStylePr>
    <w:tblStylePr w:type="lastRow">
      <w:pPr>
        <w:spacing w:before="0" w:after="0" w:line="240" w:lineRule="auto"/>
      </w:pPr>
      <w:rPr>
        <w:b/>
        <w:bCs/>
      </w:rPr>
      <w:tblPr/>
      <w:tcPr>
        <w:tcBorders>
          <w:top w:val="single" w:sz="8" w:space="0" w:color="7BC24A" w:themeColor="accent4"/>
          <w:left w:val="nil"/>
          <w:bottom w:val="single" w:sz="8" w:space="0" w:color="7BC24A"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F0D2" w:themeFill="accent4" w:themeFillTint="3F"/>
      </w:tcPr>
    </w:tblStylePr>
    <w:tblStylePr w:type="band1Horz">
      <w:tblPr/>
      <w:tcPr>
        <w:tcBorders>
          <w:left w:val="nil"/>
          <w:right w:val="nil"/>
          <w:insideH w:val="nil"/>
          <w:insideV w:val="nil"/>
        </w:tcBorders>
        <w:shd w:val="clear" w:color="auto" w:fill="DEF0D2" w:themeFill="accent4" w:themeFillTint="3F"/>
      </w:tcPr>
    </w:tblStylePr>
  </w:style>
  <w:style w:type="table" w:styleId="Sombreadoclaro-nfasis5">
    <w:name w:val="Light Shading Accent 5"/>
    <w:basedOn w:val="Tablanormal"/>
    <w:uiPriority w:val="60"/>
    <w:rsid w:val="00FC693F"/>
    <w:pPr>
      <w:spacing w:after="0" w:line="240" w:lineRule="auto"/>
    </w:pPr>
    <w:rPr>
      <w:color w:val="157D7B" w:themeColor="accent5" w:themeShade="BF"/>
    </w:rPr>
    <w:tblPr>
      <w:tblStyleRowBandSize w:val="1"/>
      <w:tblStyleColBandSize w:val="1"/>
      <w:tblBorders>
        <w:top w:val="single" w:sz="8" w:space="0" w:color="1DA8A5" w:themeColor="accent5"/>
        <w:bottom w:val="single" w:sz="8" w:space="0" w:color="1DA8A5" w:themeColor="accent5"/>
      </w:tblBorders>
    </w:tblPr>
    <w:tblStylePr w:type="firstRow">
      <w:pPr>
        <w:spacing w:before="0" w:after="0" w:line="240" w:lineRule="auto"/>
      </w:pPr>
      <w:rPr>
        <w:b/>
        <w:bCs/>
      </w:rPr>
      <w:tblPr/>
      <w:tcPr>
        <w:tcBorders>
          <w:top w:val="single" w:sz="8" w:space="0" w:color="1DA8A5" w:themeColor="accent5"/>
          <w:left w:val="nil"/>
          <w:bottom w:val="single" w:sz="8" w:space="0" w:color="1DA8A5" w:themeColor="accent5"/>
          <w:right w:val="nil"/>
          <w:insideH w:val="nil"/>
          <w:insideV w:val="nil"/>
        </w:tcBorders>
      </w:tcPr>
    </w:tblStylePr>
    <w:tblStylePr w:type="lastRow">
      <w:pPr>
        <w:spacing w:before="0" w:after="0" w:line="240" w:lineRule="auto"/>
      </w:pPr>
      <w:rPr>
        <w:b/>
        <w:bCs/>
      </w:rPr>
      <w:tblPr/>
      <w:tcPr>
        <w:tcBorders>
          <w:top w:val="single" w:sz="8" w:space="0" w:color="1DA8A5" w:themeColor="accent5"/>
          <w:left w:val="nil"/>
          <w:bottom w:val="single" w:sz="8" w:space="0" w:color="1DA8A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F3F2" w:themeFill="accent5" w:themeFillTint="3F"/>
      </w:tcPr>
    </w:tblStylePr>
    <w:tblStylePr w:type="band1Horz">
      <w:tblPr/>
      <w:tcPr>
        <w:tcBorders>
          <w:left w:val="nil"/>
          <w:right w:val="nil"/>
          <w:insideH w:val="nil"/>
          <w:insideV w:val="nil"/>
        </w:tcBorders>
        <w:shd w:val="clear" w:color="auto" w:fill="BDF3F2" w:themeFill="accent5" w:themeFillTint="3F"/>
      </w:tcPr>
    </w:tblStylePr>
  </w:style>
  <w:style w:type="table" w:styleId="Sombreadoclaro-nfasis6">
    <w:name w:val="Light Shading Accent 6"/>
    <w:basedOn w:val="Tablanormal"/>
    <w:uiPriority w:val="60"/>
    <w:rsid w:val="00FC693F"/>
    <w:pPr>
      <w:spacing w:after="0" w:line="240" w:lineRule="auto"/>
    </w:pPr>
    <w:rPr>
      <w:color w:val="F79104" w:themeColor="accent6" w:themeShade="BF"/>
    </w:rPr>
    <w:tblPr>
      <w:tblStyleRowBandSize w:val="1"/>
      <w:tblStyleColBandSize w:val="1"/>
      <w:tblBorders>
        <w:top w:val="single" w:sz="8" w:space="0" w:color="FCB654" w:themeColor="accent6"/>
        <w:bottom w:val="single" w:sz="8" w:space="0" w:color="FCB654" w:themeColor="accent6"/>
      </w:tblBorders>
    </w:tblPr>
    <w:tblStylePr w:type="firstRow">
      <w:pPr>
        <w:spacing w:before="0" w:after="0" w:line="240" w:lineRule="auto"/>
      </w:pPr>
      <w:rPr>
        <w:b/>
        <w:bCs/>
      </w:rPr>
      <w:tblPr/>
      <w:tcPr>
        <w:tcBorders>
          <w:top w:val="single" w:sz="8" w:space="0" w:color="FCB654" w:themeColor="accent6"/>
          <w:left w:val="nil"/>
          <w:bottom w:val="single" w:sz="8" w:space="0" w:color="FCB654" w:themeColor="accent6"/>
          <w:right w:val="nil"/>
          <w:insideH w:val="nil"/>
          <w:insideV w:val="nil"/>
        </w:tcBorders>
      </w:tcPr>
    </w:tblStylePr>
    <w:tblStylePr w:type="lastRow">
      <w:pPr>
        <w:spacing w:before="0" w:after="0" w:line="240" w:lineRule="auto"/>
      </w:pPr>
      <w:rPr>
        <w:b/>
        <w:bCs/>
      </w:rPr>
      <w:tblPr/>
      <w:tcPr>
        <w:tcBorders>
          <w:top w:val="single" w:sz="8" w:space="0" w:color="FCB654" w:themeColor="accent6"/>
          <w:left w:val="nil"/>
          <w:bottom w:val="single" w:sz="8" w:space="0" w:color="FCB65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CD4" w:themeFill="accent6" w:themeFillTint="3F"/>
      </w:tcPr>
    </w:tblStylePr>
    <w:tblStylePr w:type="band1Horz">
      <w:tblPr/>
      <w:tcPr>
        <w:tcBorders>
          <w:left w:val="nil"/>
          <w:right w:val="nil"/>
          <w:insideH w:val="nil"/>
          <w:insideV w:val="nil"/>
        </w:tcBorders>
        <w:shd w:val="clear" w:color="auto" w:fill="FEECD4"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1DA8A5" w:themeColor="accent1"/>
        <w:left w:val="single" w:sz="8" w:space="0" w:color="1DA8A5" w:themeColor="accent1"/>
        <w:bottom w:val="single" w:sz="8" w:space="0" w:color="1DA8A5" w:themeColor="accent1"/>
        <w:right w:val="single" w:sz="8" w:space="0" w:color="1DA8A5" w:themeColor="accent1"/>
      </w:tblBorders>
    </w:tblPr>
    <w:tblStylePr w:type="firstRow">
      <w:pPr>
        <w:spacing w:before="0" w:after="0" w:line="240" w:lineRule="auto"/>
      </w:pPr>
      <w:rPr>
        <w:b/>
        <w:bCs/>
        <w:color w:val="FFFFFF" w:themeColor="background1"/>
      </w:rPr>
      <w:tblPr/>
      <w:tcPr>
        <w:shd w:val="clear" w:color="auto" w:fill="1DA8A5" w:themeFill="accent1"/>
      </w:tcPr>
    </w:tblStylePr>
    <w:tblStylePr w:type="lastRow">
      <w:pPr>
        <w:spacing w:before="0" w:after="0" w:line="240" w:lineRule="auto"/>
      </w:pPr>
      <w:rPr>
        <w:b/>
        <w:bCs/>
      </w:rPr>
      <w:tblPr/>
      <w:tcPr>
        <w:tcBorders>
          <w:top w:val="double" w:sz="6" w:space="0" w:color="1DA8A5" w:themeColor="accent1"/>
          <w:left w:val="single" w:sz="8" w:space="0" w:color="1DA8A5" w:themeColor="accent1"/>
          <w:bottom w:val="single" w:sz="8" w:space="0" w:color="1DA8A5" w:themeColor="accent1"/>
          <w:right w:val="single" w:sz="8" w:space="0" w:color="1DA8A5" w:themeColor="accent1"/>
        </w:tcBorders>
      </w:tcPr>
    </w:tblStylePr>
    <w:tblStylePr w:type="firstCol">
      <w:rPr>
        <w:b/>
        <w:bCs/>
      </w:rPr>
    </w:tblStylePr>
    <w:tblStylePr w:type="lastCol">
      <w:rPr>
        <w:b/>
        <w:bCs/>
      </w:rPr>
    </w:tblStylePr>
    <w:tblStylePr w:type="band1Vert">
      <w:tblPr/>
      <w:tcPr>
        <w:tcBorders>
          <w:top w:val="single" w:sz="8" w:space="0" w:color="1DA8A5" w:themeColor="accent1"/>
          <w:left w:val="single" w:sz="8" w:space="0" w:color="1DA8A5" w:themeColor="accent1"/>
          <w:bottom w:val="single" w:sz="8" w:space="0" w:color="1DA8A5" w:themeColor="accent1"/>
          <w:right w:val="single" w:sz="8" w:space="0" w:color="1DA8A5" w:themeColor="accent1"/>
        </w:tcBorders>
      </w:tcPr>
    </w:tblStylePr>
    <w:tblStylePr w:type="band1Horz">
      <w:tblPr/>
      <w:tcPr>
        <w:tcBorders>
          <w:top w:val="single" w:sz="8" w:space="0" w:color="1DA8A5" w:themeColor="accent1"/>
          <w:left w:val="single" w:sz="8" w:space="0" w:color="1DA8A5" w:themeColor="accent1"/>
          <w:bottom w:val="single" w:sz="8" w:space="0" w:color="1DA8A5" w:themeColor="accent1"/>
          <w:right w:val="single" w:sz="8" w:space="0" w:color="1DA8A5"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FCB654" w:themeColor="accent2"/>
        <w:left w:val="single" w:sz="8" w:space="0" w:color="FCB654" w:themeColor="accent2"/>
        <w:bottom w:val="single" w:sz="8" w:space="0" w:color="FCB654" w:themeColor="accent2"/>
        <w:right w:val="single" w:sz="8" w:space="0" w:color="FCB654" w:themeColor="accent2"/>
      </w:tblBorders>
    </w:tblPr>
    <w:tblStylePr w:type="firstRow">
      <w:pPr>
        <w:spacing w:before="0" w:after="0" w:line="240" w:lineRule="auto"/>
      </w:pPr>
      <w:rPr>
        <w:b/>
        <w:bCs/>
        <w:color w:val="FFFFFF" w:themeColor="background1"/>
      </w:rPr>
      <w:tblPr/>
      <w:tcPr>
        <w:shd w:val="clear" w:color="auto" w:fill="FCB654" w:themeFill="accent2"/>
      </w:tcPr>
    </w:tblStylePr>
    <w:tblStylePr w:type="lastRow">
      <w:pPr>
        <w:spacing w:before="0" w:after="0" w:line="240" w:lineRule="auto"/>
      </w:pPr>
      <w:rPr>
        <w:b/>
        <w:bCs/>
      </w:rPr>
      <w:tblPr/>
      <w:tcPr>
        <w:tcBorders>
          <w:top w:val="double" w:sz="6" w:space="0" w:color="FCB654" w:themeColor="accent2"/>
          <w:left w:val="single" w:sz="8" w:space="0" w:color="FCB654" w:themeColor="accent2"/>
          <w:bottom w:val="single" w:sz="8" w:space="0" w:color="FCB654" w:themeColor="accent2"/>
          <w:right w:val="single" w:sz="8" w:space="0" w:color="FCB654" w:themeColor="accent2"/>
        </w:tcBorders>
      </w:tcPr>
    </w:tblStylePr>
    <w:tblStylePr w:type="firstCol">
      <w:rPr>
        <w:b/>
        <w:bCs/>
      </w:rPr>
    </w:tblStylePr>
    <w:tblStylePr w:type="lastCol">
      <w:rPr>
        <w:b/>
        <w:bCs/>
      </w:rPr>
    </w:tblStylePr>
    <w:tblStylePr w:type="band1Vert">
      <w:tblPr/>
      <w:tcPr>
        <w:tcBorders>
          <w:top w:val="single" w:sz="8" w:space="0" w:color="FCB654" w:themeColor="accent2"/>
          <w:left w:val="single" w:sz="8" w:space="0" w:color="FCB654" w:themeColor="accent2"/>
          <w:bottom w:val="single" w:sz="8" w:space="0" w:color="FCB654" w:themeColor="accent2"/>
          <w:right w:val="single" w:sz="8" w:space="0" w:color="FCB654" w:themeColor="accent2"/>
        </w:tcBorders>
      </w:tcPr>
    </w:tblStylePr>
    <w:tblStylePr w:type="band1Horz">
      <w:tblPr/>
      <w:tcPr>
        <w:tcBorders>
          <w:top w:val="single" w:sz="8" w:space="0" w:color="FCB654" w:themeColor="accent2"/>
          <w:left w:val="single" w:sz="8" w:space="0" w:color="FCB654" w:themeColor="accent2"/>
          <w:bottom w:val="single" w:sz="8" w:space="0" w:color="FCB654" w:themeColor="accent2"/>
          <w:right w:val="single" w:sz="8" w:space="0" w:color="FCB654"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F16A8B" w:themeColor="accent3"/>
        <w:left w:val="single" w:sz="8" w:space="0" w:color="F16A8B" w:themeColor="accent3"/>
        <w:bottom w:val="single" w:sz="8" w:space="0" w:color="F16A8B" w:themeColor="accent3"/>
        <w:right w:val="single" w:sz="8" w:space="0" w:color="F16A8B" w:themeColor="accent3"/>
      </w:tblBorders>
    </w:tblPr>
    <w:tblStylePr w:type="firstRow">
      <w:pPr>
        <w:spacing w:before="0" w:after="0" w:line="240" w:lineRule="auto"/>
      </w:pPr>
      <w:rPr>
        <w:b/>
        <w:bCs/>
        <w:color w:val="FFFFFF" w:themeColor="background1"/>
      </w:rPr>
      <w:tblPr/>
      <w:tcPr>
        <w:shd w:val="clear" w:color="auto" w:fill="F16A8B" w:themeFill="accent3"/>
      </w:tcPr>
    </w:tblStylePr>
    <w:tblStylePr w:type="lastRow">
      <w:pPr>
        <w:spacing w:before="0" w:after="0" w:line="240" w:lineRule="auto"/>
      </w:pPr>
      <w:rPr>
        <w:b/>
        <w:bCs/>
      </w:rPr>
      <w:tblPr/>
      <w:tcPr>
        <w:tcBorders>
          <w:top w:val="double" w:sz="6" w:space="0" w:color="F16A8B" w:themeColor="accent3"/>
          <w:left w:val="single" w:sz="8" w:space="0" w:color="F16A8B" w:themeColor="accent3"/>
          <w:bottom w:val="single" w:sz="8" w:space="0" w:color="F16A8B" w:themeColor="accent3"/>
          <w:right w:val="single" w:sz="8" w:space="0" w:color="F16A8B" w:themeColor="accent3"/>
        </w:tcBorders>
      </w:tcPr>
    </w:tblStylePr>
    <w:tblStylePr w:type="firstCol">
      <w:rPr>
        <w:b/>
        <w:bCs/>
      </w:rPr>
    </w:tblStylePr>
    <w:tblStylePr w:type="lastCol">
      <w:rPr>
        <w:b/>
        <w:bCs/>
      </w:rPr>
    </w:tblStylePr>
    <w:tblStylePr w:type="band1Vert">
      <w:tblPr/>
      <w:tcPr>
        <w:tcBorders>
          <w:top w:val="single" w:sz="8" w:space="0" w:color="F16A8B" w:themeColor="accent3"/>
          <w:left w:val="single" w:sz="8" w:space="0" w:color="F16A8B" w:themeColor="accent3"/>
          <w:bottom w:val="single" w:sz="8" w:space="0" w:color="F16A8B" w:themeColor="accent3"/>
          <w:right w:val="single" w:sz="8" w:space="0" w:color="F16A8B" w:themeColor="accent3"/>
        </w:tcBorders>
      </w:tcPr>
    </w:tblStylePr>
    <w:tblStylePr w:type="band1Horz">
      <w:tblPr/>
      <w:tcPr>
        <w:tcBorders>
          <w:top w:val="single" w:sz="8" w:space="0" w:color="F16A8B" w:themeColor="accent3"/>
          <w:left w:val="single" w:sz="8" w:space="0" w:color="F16A8B" w:themeColor="accent3"/>
          <w:bottom w:val="single" w:sz="8" w:space="0" w:color="F16A8B" w:themeColor="accent3"/>
          <w:right w:val="single" w:sz="8" w:space="0" w:color="F16A8B"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7BC24A" w:themeColor="accent4"/>
        <w:left w:val="single" w:sz="8" w:space="0" w:color="7BC24A" w:themeColor="accent4"/>
        <w:bottom w:val="single" w:sz="8" w:space="0" w:color="7BC24A" w:themeColor="accent4"/>
        <w:right w:val="single" w:sz="8" w:space="0" w:color="7BC24A" w:themeColor="accent4"/>
      </w:tblBorders>
    </w:tblPr>
    <w:tblStylePr w:type="firstRow">
      <w:pPr>
        <w:spacing w:before="0" w:after="0" w:line="240" w:lineRule="auto"/>
      </w:pPr>
      <w:rPr>
        <w:b/>
        <w:bCs/>
        <w:color w:val="FFFFFF" w:themeColor="background1"/>
      </w:rPr>
      <w:tblPr/>
      <w:tcPr>
        <w:shd w:val="clear" w:color="auto" w:fill="7BC24A" w:themeFill="accent4"/>
      </w:tcPr>
    </w:tblStylePr>
    <w:tblStylePr w:type="lastRow">
      <w:pPr>
        <w:spacing w:before="0" w:after="0" w:line="240" w:lineRule="auto"/>
      </w:pPr>
      <w:rPr>
        <w:b/>
        <w:bCs/>
      </w:rPr>
      <w:tblPr/>
      <w:tcPr>
        <w:tcBorders>
          <w:top w:val="double" w:sz="6" w:space="0" w:color="7BC24A" w:themeColor="accent4"/>
          <w:left w:val="single" w:sz="8" w:space="0" w:color="7BC24A" w:themeColor="accent4"/>
          <w:bottom w:val="single" w:sz="8" w:space="0" w:color="7BC24A" w:themeColor="accent4"/>
          <w:right w:val="single" w:sz="8" w:space="0" w:color="7BC24A" w:themeColor="accent4"/>
        </w:tcBorders>
      </w:tcPr>
    </w:tblStylePr>
    <w:tblStylePr w:type="firstCol">
      <w:rPr>
        <w:b/>
        <w:bCs/>
      </w:rPr>
    </w:tblStylePr>
    <w:tblStylePr w:type="lastCol">
      <w:rPr>
        <w:b/>
        <w:bCs/>
      </w:rPr>
    </w:tblStylePr>
    <w:tblStylePr w:type="band1Vert">
      <w:tblPr/>
      <w:tcPr>
        <w:tcBorders>
          <w:top w:val="single" w:sz="8" w:space="0" w:color="7BC24A" w:themeColor="accent4"/>
          <w:left w:val="single" w:sz="8" w:space="0" w:color="7BC24A" w:themeColor="accent4"/>
          <w:bottom w:val="single" w:sz="8" w:space="0" w:color="7BC24A" w:themeColor="accent4"/>
          <w:right w:val="single" w:sz="8" w:space="0" w:color="7BC24A" w:themeColor="accent4"/>
        </w:tcBorders>
      </w:tcPr>
    </w:tblStylePr>
    <w:tblStylePr w:type="band1Horz">
      <w:tblPr/>
      <w:tcPr>
        <w:tcBorders>
          <w:top w:val="single" w:sz="8" w:space="0" w:color="7BC24A" w:themeColor="accent4"/>
          <w:left w:val="single" w:sz="8" w:space="0" w:color="7BC24A" w:themeColor="accent4"/>
          <w:bottom w:val="single" w:sz="8" w:space="0" w:color="7BC24A" w:themeColor="accent4"/>
          <w:right w:val="single" w:sz="8" w:space="0" w:color="7BC24A"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1DA8A5" w:themeColor="accent5"/>
        <w:left w:val="single" w:sz="8" w:space="0" w:color="1DA8A5" w:themeColor="accent5"/>
        <w:bottom w:val="single" w:sz="8" w:space="0" w:color="1DA8A5" w:themeColor="accent5"/>
        <w:right w:val="single" w:sz="8" w:space="0" w:color="1DA8A5" w:themeColor="accent5"/>
      </w:tblBorders>
    </w:tblPr>
    <w:tblStylePr w:type="firstRow">
      <w:pPr>
        <w:spacing w:before="0" w:after="0" w:line="240" w:lineRule="auto"/>
      </w:pPr>
      <w:rPr>
        <w:b/>
        <w:bCs/>
        <w:color w:val="FFFFFF" w:themeColor="background1"/>
      </w:rPr>
      <w:tblPr/>
      <w:tcPr>
        <w:shd w:val="clear" w:color="auto" w:fill="1DA8A5" w:themeFill="accent5"/>
      </w:tcPr>
    </w:tblStylePr>
    <w:tblStylePr w:type="lastRow">
      <w:pPr>
        <w:spacing w:before="0" w:after="0" w:line="240" w:lineRule="auto"/>
      </w:pPr>
      <w:rPr>
        <w:b/>
        <w:bCs/>
      </w:rPr>
      <w:tblPr/>
      <w:tcPr>
        <w:tcBorders>
          <w:top w:val="double" w:sz="6" w:space="0" w:color="1DA8A5" w:themeColor="accent5"/>
          <w:left w:val="single" w:sz="8" w:space="0" w:color="1DA8A5" w:themeColor="accent5"/>
          <w:bottom w:val="single" w:sz="8" w:space="0" w:color="1DA8A5" w:themeColor="accent5"/>
          <w:right w:val="single" w:sz="8" w:space="0" w:color="1DA8A5" w:themeColor="accent5"/>
        </w:tcBorders>
      </w:tcPr>
    </w:tblStylePr>
    <w:tblStylePr w:type="firstCol">
      <w:rPr>
        <w:b/>
        <w:bCs/>
      </w:rPr>
    </w:tblStylePr>
    <w:tblStylePr w:type="lastCol">
      <w:rPr>
        <w:b/>
        <w:bCs/>
      </w:rPr>
    </w:tblStylePr>
    <w:tblStylePr w:type="band1Vert">
      <w:tblPr/>
      <w:tcPr>
        <w:tcBorders>
          <w:top w:val="single" w:sz="8" w:space="0" w:color="1DA8A5" w:themeColor="accent5"/>
          <w:left w:val="single" w:sz="8" w:space="0" w:color="1DA8A5" w:themeColor="accent5"/>
          <w:bottom w:val="single" w:sz="8" w:space="0" w:color="1DA8A5" w:themeColor="accent5"/>
          <w:right w:val="single" w:sz="8" w:space="0" w:color="1DA8A5" w:themeColor="accent5"/>
        </w:tcBorders>
      </w:tcPr>
    </w:tblStylePr>
    <w:tblStylePr w:type="band1Horz">
      <w:tblPr/>
      <w:tcPr>
        <w:tcBorders>
          <w:top w:val="single" w:sz="8" w:space="0" w:color="1DA8A5" w:themeColor="accent5"/>
          <w:left w:val="single" w:sz="8" w:space="0" w:color="1DA8A5" w:themeColor="accent5"/>
          <w:bottom w:val="single" w:sz="8" w:space="0" w:color="1DA8A5" w:themeColor="accent5"/>
          <w:right w:val="single" w:sz="8" w:space="0" w:color="1DA8A5"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CB654" w:themeColor="accent6"/>
        <w:left w:val="single" w:sz="8" w:space="0" w:color="FCB654" w:themeColor="accent6"/>
        <w:bottom w:val="single" w:sz="8" w:space="0" w:color="FCB654" w:themeColor="accent6"/>
        <w:right w:val="single" w:sz="8" w:space="0" w:color="FCB654" w:themeColor="accent6"/>
      </w:tblBorders>
    </w:tblPr>
    <w:tblStylePr w:type="firstRow">
      <w:pPr>
        <w:spacing w:before="0" w:after="0" w:line="240" w:lineRule="auto"/>
      </w:pPr>
      <w:rPr>
        <w:b/>
        <w:bCs/>
        <w:color w:val="FFFFFF" w:themeColor="background1"/>
      </w:rPr>
      <w:tblPr/>
      <w:tcPr>
        <w:shd w:val="clear" w:color="auto" w:fill="FCB654" w:themeFill="accent6"/>
      </w:tcPr>
    </w:tblStylePr>
    <w:tblStylePr w:type="lastRow">
      <w:pPr>
        <w:spacing w:before="0" w:after="0" w:line="240" w:lineRule="auto"/>
      </w:pPr>
      <w:rPr>
        <w:b/>
        <w:bCs/>
      </w:rPr>
      <w:tblPr/>
      <w:tcPr>
        <w:tcBorders>
          <w:top w:val="double" w:sz="6" w:space="0" w:color="FCB654" w:themeColor="accent6"/>
          <w:left w:val="single" w:sz="8" w:space="0" w:color="FCB654" w:themeColor="accent6"/>
          <w:bottom w:val="single" w:sz="8" w:space="0" w:color="FCB654" w:themeColor="accent6"/>
          <w:right w:val="single" w:sz="8" w:space="0" w:color="FCB654" w:themeColor="accent6"/>
        </w:tcBorders>
      </w:tcPr>
    </w:tblStylePr>
    <w:tblStylePr w:type="firstCol">
      <w:rPr>
        <w:b/>
        <w:bCs/>
      </w:rPr>
    </w:tblStylePr>
    <w:tblStylePr w:type="lastCol">
      <w:rPr>
        <w:b/>
        <w:bCs/>
      </w:rPr>
    </w:tblStylePr>
    <w:tblStylePr w:type="band1Vert">
      <w:tblPr/>
      <w:tcPr>
        <w:tcBorders>
          <w:top w:val="single" w:sz="8" w:space="0" w:color="FCB654" w:themeColor="accent6"/>
          <w:left w:val="single" w:sz="8" w:space="0" w:color="FCB654" w:themeColor="accent6"/>
          <w:bottom w:val="single" w:sz="8" w:space="0" w:color="FCB654" w:themeColor="accent6"/>
          <w:right w:val="single" w:sz="8" w:space="0" w:color="FCB654" w:themeColor="accent6"/>
        </w:tcBorders>
      </w:tcPr>
    </w:tblStylePr>
    <w:tblStylePr w:type="band1Horz">
      <w:tblPr/>
      <w:tcPr>
        <w:tcBorders>
          <w:top w:val="single" w:sz="8" w:space="0" w:color="FCB654" w:themeColor="accent6"/>
          <w:left w:val="single" w:sz="8" w:space="0" w:color="FCB654" w:themeColor="accent6"/>
          <w:bottom w:val="single" w:sz="8" w:space="0" w:color="FCB654" w:themeColor="accent6"/>
          <w:right w:val="single" w:sz="8" w:space="0" w:color="FCB654"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1DA8A5" w:themeColor="accent1"/>
        <w:left w:val="single" w:sz="8" w:space="0" w:color="1DA8A5" w:themeColor="accent1"/>
        <w:bottom w:val="single" w:sz="8" w:space="0" w:color="1DA8A5" w:themeColor="accent1"/>
        <w:right w:val="single" w:sz="8" w:space="0" w:color="1DA8A5" w:themeColor="accent1"/>
        <w:insideH w:val="single" w:sz="8" w:space="0" w:color="1DA8A5" w:themeColor="accent1"/>
        <w:insideV w:val="single" w:sz="8" w:space="0" w:color="1DA8A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DA8A5" w:themeColor="accent1"/>
          <w:left w:val="single" w:sz="8" w:space="0" w:color="1DA8A5" w:themeColor="accent1"/>
          <w:bottom w:val="single" w:sz="18" w:space="0" w:color="1DA8A5" w:themeColor="accent1"/>
          <w:right w:val="single" w:sz="8" w:space="0" w:color="1DA8A5" w:themeColor="accent1"/>
          <w:insideH w:val="nil"/>
          <w:insideV w:val="single" w:sz="8" w:space="0" w:color="1DA8A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DA8A5" w:themeColor="accent1"/>
          <w:left w:val="single" w:sz="8" w:space="0" w:color="1DA8A5" w:themeColor="accent1"/>
          <w:bottom w:val="single" w:sz="8" w:space="0" w:color="1DA8A5" w:themeColor="accent1"/>
          <w:right w:val="single" w:sz="8" w:space="0" w:color="1DA8A5" w:themeColor="accent1"/>
          <w:insideH w:val="nil"/>
          <w:insideV w:val="single" w:sz="8" w:space="0" w:color="1DA8A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DA8A5" w:themeColor="accent1"/>
          <w:left w:val="single" w:sz="8" w:space="0" w:color="1DA8A5" w:themeColor="accent1"/>
          <w:bottom w:val="single" w:sz="8" w:space="0" w:color="1DA8A5" w:themeColor="accent1"/>
          <w:right w:val="single" w:sz="8" w:space="0" w:color="1DA8A5" w:themeColor="accent1"/>
        </w:tcBorders>
      </w:tcPr>
    </w:tblStylePr>
    <w:tblStylePr w:type="band1Vert">
      <w:tblPr/>
      <w:tcPr>
        <w:tcBorders>
          <w:top w:val="single" w:sz="8" w:space="0" w:color="1DA8A5" w:themeColor="accent1"/>
          <w:left w:val="single" w:sz="8" w:space="0" w:color="1DA8A5" w:themeColor="accent1"/>
          <w:bottom w:val="single" w:sz="8" w:space="0" w:color="1DA8A5" w:themeColor="accent1"/>
          <w:right w:val="single" w:sz="8" w:space="0" w:color="1DA8A5" w:themeColor="accent1"/>
        </w:tcBorders>
        <w:shd w:val="clear" w:color="auto" w:fill="BDF3F2" w:themeFill="accent1" w:themeFillTint="3F"/>
      </w:tcPr>
    </w:tblStylePr>
    <w:tblStylePr w:type="band1Horz">
      <w:tblPr/>
      <w:tcPr>
        <w:tcBorders>
          <w:top w:val="single" w:sz="8" w:space="0" w:color="1DA8A5" w:themeColor="accent1"/>
          <w:left w:val="single" w:sz="8" w:space="0" w:color="1DA8A5" w:themeColor="accent1"/>
          <w:bottom w:val="single" w:sz="8" w:space="0" w:color="1DA8A5" w:themeColor="accent1"/>
          <w:right w:val="single" w:sz="8" w:space="0" w:color="1DA8A5" w:themeColor="accent1"/>
          <w:insideV w:val="single" w:sz="8" w:space="0" w:color="1DA8A5" w:themeColor="accent1"/>
        </w:tcBorders>
        <w:shd w:val="clear" w:color="auto" w:fill="BDF3F2" w:themeFill="accent1" w:themeFillTint="3F"/>
      </w:tcPr>
    </w:tblStylePr>
    <w:tblStylePr w:type="band2Horz">
      <w:tblPr/>
      <w:tcPr>
        <w:tcBorders>
          <w:top w:val="single" w:sz="8" w:space="0" w:color="1DA8A5" w:themeColor="accent1"/>
          <w:left w:val="single" w:sz="8" w:space="0" w:color="1DA8A5" w:themeColor="accent1"/>
          <w:bottom w:val="single" w:sz="8" w:space="0" w:color="1DA8A5" w:themeColor="accent1"/>
          <w:right w:val="single" w:sz="8" w:space="0" w:color="1DA8A5" w:themeColor="accent1"/>
          <w:insideV w:val="single" w:sz="8" w:space="0" w:color="1DA8A5"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FCB654" w:themeColor="accent2"/>
        <w:left w:val="single" w:sz="8" w:space="0" w:color="FCB654" w:themeColor="accent2"/>
        <w:bottom w:val="single" w:sz="8" w:space="0" w:color="FCB654" w:themeColor="accent2"/>
        <w:right w:val="single" w:sz="8" w:space="0" w:color="FCB654" w:themeColor="accent2"/>
        <w:insideH w:val="single" w:sz="8" w:space="0" w:color="FCB654" w:themeColor="accent2"/>
        <w:insideV w:val="single" w:sz="8" w:space="0" w:color="FCB654"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CB654" w:themeColor="accent2"/>
          <w:left w:val="single" w:sz="8" w:space="0" w:color="FCB654" w:themeColor="accent2"/>
          <w:bottom w:val="single" w:sz="18" w:space="0" w:color="FCB654" w:themeColor="accent2"/>
          <w:right w:val="single" w:sz="8" w:space="0" w:color="FCB654" w:themeColor="accent2"/>
          <w:insideH w:val="nil"/>
          <w:insideV w:val="single" w:sz="8" w:space="0" w:color="FCB654"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CB654" w:themeColor="accent2"/>
          <w:left w:val="single" w:sz="8" w:space="0" w:color="FCB654" w:themeColor="accent2"/>
          <w:bottom w:val="single" w:sz="8" w:space="0" w:color="FCB654" w:themeColor="accent2"/>
          <w:right w:val="single" w:sz="8" w:space="0" w:color="FCB654" w:themeColor="accent2"/>
          <w:insideH w:val="nil"/>
          <w:insideV w:val="single" w:sz="8" w:space="0" w:color="FCB654"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CB654" w:themeColor="accent2"/>
          <w:left w:val="single" w:sz="8" w:space="0" w:color="FCB654" w:themeColor="accent2"/>
          <w:bottom w:val="single" w:sz="8" w:space="0" w:color="FCB654" w:themeColor="accent2"/>
          <w:right w:val="single" w:sz="8" w:space="0" w:color="FCB654" w:themeColor="accent2"/>
        </w:tcBorders>
      </w:tcPr>
    </w:tblStylePr>
    <w:tblStylePr w:type="band1Vert">
      <w:tblPr/>
      <w:tcPr>
        <w:tcBorders>
          <w:top w:val="single" w:sz="8" w:space="0" w:color="FCB654" w:themeColor="accent2"/>
          <w:left w:val="single" w:sz="8" w:space="0" w:color="FCB654" w:themeColor="accent2"/>
          <w:bottom w:val="single" w:sz="8" w:space="0" w:color="FCB654" w:themeColor="accent2"/>
          <w:right w:val="single" w:sz="8" w:space="0" w:color="FCB654" w:themeColor="accent2"/>
        </w:tcBorders>
        <w:shd w:val="clear" w:color="auto" w:fill="FEECD4" w:themeFill="accent2" w:themeFillTint="3F"/>
      </w:tcPr>
    </w:tblStylePr>
    <w:tblStylePr w:type="band1Horz">
      <w:tblPr/>
      <w:tcPr>
        <w:tcBorders>
          <w:top w:val="single" w:sz="8" w:space="0" w:color="FCB654" w:themeColor="accent2"/>
          <w:left w:val="single" w:sz="8" w:space="0" w:color="FCB654" w:themeColor="accent2"/>
          <w:bottom w:val="single" w:sz="8" w:space="0" w:color="FCB654" w:themeColor="accent2"/>
          <w:right w:val="single" w:sz="8" w:space="0" w:color="FCB654" w:themeColor="accent2"/>
          <w:insideV w:val="single" w:sz="8" w:space="0" w:color="FCB654" w:themeColor="accent2"/>
        </w:tcBorders>
        <w:shd w:val="clear" w:color="auto" w:fill="FEECD4" w:themeFill="accent2" w:themeFillTint="3F"/>
      </w:tcPr>
    </w:tblStylePr>
    <w:tblStylePr w:type="band2Horz">
      <w:tblPr/>
      <w:tcPr>
        <w:tcBorders>
          <w:top w:val="single" w:sz="8" w:space="0" w:color="FCB654" w:themeColor="accent2"/>
          <w:left w:val="single" w:sz="8" w:space="0" w:color="FCB654" w:themeColor="accent2"/>
          <w:bottom w:val="single" w:sz="8" w:space="0" w:color="FCB654" w:themeColor="accent2"/>
          <w:right w:val="single" w:sz="8" w:space="0" w:color="FCB654" w:themeColor="accent2"/>
          <w:insideV w:val="single" w:sz="8" w:space="0" w:color="FCB654"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F16A8B" w:themeColor="accent3"/>
        <w:left w:val="single" w:sz="8" w:space="0" w:color="F16A8B" w:themeColor="accent3"/>
        <w:bottom w:val="single" w:sz="8" w:space="0" w:color="F16A8B" w:themeColor="accent3"/>
        <w:right w:val="single" w:sz="8" w:space="0" w:color="F16A8B" w:themeColor="accent3"/>
        <w:insideH w:val="single" w:sz="8" w:space="0" w:color="F16A8B" w:themeColor="accent3"/>
        <w:insideV w:val="single" w:sz="8" w:space="0" w:color="F16A8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16A8B" w:themeColor="accent3"/>
          <w:left w:val="single" w:sz="8" w:space="0" w:color="F16A8B" w:themeColor="accent3"/>
          <w:bottom w:val="single" w:sz="18" w:space="0" w:color="F16A8B" w:themeColor="accent3"/>
          <w:right w:val="single" w:sz="8" w:space="0" w:color="F16A8B" w:themeColor="accent3"/>
          <w:insideH w:val="nil"/>
          <w:insideV w:val="single" w:sz="8" w:space="0" w:color="F16A8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16A8B" w:themeColor="accent3"/>
          <w:left w:val="single" w:sz="8" w:space="0" w:color="F16A8B" w:themeColor="accent3"/>
          <w:bottom w:val="single" w:sz="8" w:space="0" w:color="F16A8B" w:themeColor="accent3"/>
          <w:right w:val="single" w:sz="8" w:space="0" w:color="F16A8B" w:themeColor="accent3"/>
          <w:insideH w:val="nil"/>
          <w:insideV w:val="single" w:sz="8" w:space="0" w:color="F16A8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16A8B" w:themeColor="accent3"/>
          <w:left w:val="single" w:sz="8" w:space="0" w:color="F16A8B" w:themeColor="accent3"/>
          <w:bottom w:val="single" w:sz="8" w:space="0" w:color="F16A8B" w:themeColor="accent3"/>
          <w:right w:val="single" w:sz="8" w:space="0" w:color="F16A8B" w:themeColor="accent3"/>
        </w:tcBorders>
      </w:tcPr>
    </w:tblStylePr>
    <w:tblStylePr w:type="band1Vert">
      <w:tblPr/>
      <w:tcPr>
        <w:tcBorders>
          <w:top w:val="single" w:sz="8" w:space="0" w:color="F16A8B" w:themeColor="accent3"/>
          <w:left w:val="single" w:sz="8" w:space="0" w:color="F16A8B" w:themeColor="accent3"/>
          <w:bottom w:val="single" w:sz="8" w:space="0" w:color="F16A8B" w:themeColor="accent3"/>
          <w:right w:val="single" w:sz="8" w:space="0" w:color="F16A8B" w:themeColor="accent3"/>
        </w:tcBorders>
        <w:shd w:val="clear" w:color="auto" w:fill="FBDAE2" w:themeFill="accent3" w:themeFillTint="3F"/>
      </w:tcPr>
    </w:tblStylePr>
    <w:tblStylePr w:type="band1Horz">
      <w:tblPr/>
      <w:tcPr>
        <w:tcBorders>
          <w:top w:val="single" w:sz="8" w:space="0" w:color="F16A8B" w:themeColor="accent3"/>
          <w:left w:val="single" w:sz="8" w:space="0" w:color="F16A8B" w:themeColor="accent3"/>
          <w:bottom w:val="single" w:sz="8" w:space="0" w:color="F16A8B" w:themeColor="accent3"/>
          <w:right w:val="single" w:sz="8" w:space="0" w:color="F16A8B" w:themeColor="accent3"/>
          <w:insideV w:val="single" w:sz="8" w:space="0" w:color="F16A8B" w:themeColor="accent3"/>
        </w:tcBorders>
        <w:shd w:val="clear" w:color="auto" w:fill="FBDAE2" w:themeFill="accent3" w:themeFillTint="3F"/>
      </w:tcPr>
    </w:tblStylePr>
    <w:tblStylePr w:type="band2Horz">
      <w:tblPr/>
      <w:tcPr>
        <w:tcBorders>
          <w:top w:val="single" w:sz="8" w:space="0" w:color="F16A8B" w:themeColor="accent3"/>
          <w:left w:val="single" w:sz="8" w:space="0" w:color="F16A8B" w:themeColor="accent3"/>
          <w:bottom w:val="single" w:sz="8" w:space="0" w:color="F16A8B" w:themeColor="accent3"/>
          <w:right w:val="single" w:sz="8" w:space="0" w:color="F16A8B" w:themeColor="accent3"/>
          <w:insideV w:val="single" w:sz="8" w:space="0" w:color="F16A8B"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7BC24A" w:themeColor="accent4"/>
        <w:left w:val="single" w:sz="8" w:space="0" w:color="7BC24A" w:themeColor="accent4"/>
        <w:bottom w:val="single" w:sz="8" w:space="0" w:color="7BC24A" w:themeColor="accent4"/>
        <w:right w:val="single" w:sz="8" w:space="0" w:color="7BC24A" w:themeColor="accent4"/>
        <w:insideH w:val="single" w:sz="8" w:space="0" w:color="7BC24A" w:themeColor="accent4"/>
        <w:insideV w:val="single" w:sz="8" w:space="0" w:color="7BC24A"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BC24A" w:themeColor="accent4"/>
          <w:left w:val="single" w:sz="8" w:space="0" w:color="7BC24A" w:themeColor="accent4"/>
          <w:bottom w:val="single" w:sz="18" w:space="0" w:color="7BC24A" w:themeColor="accent4"/>
          <w:right w:val="single" w:sz="8" w:space="0" w:color="7BC24A" w:themeColor="accent4"/>
          <w:insideH w:val="nil"/>
          <w:insideV w:val="single" w:sz="8" w:space="0" w:color="7BC24A"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BC24A" w:themeColor="accent4"/>
          <w:left w:val="single" w:sz="8" w:space="0" w:color="7BC24A" w:themeColor="accent4"/>
          <w:bottom w:val="single" w:sz="8" w:space="0" w:color="7BC24A" w:themeColor="accent4"/>
          <w:right w:val="single" w:sz="8" w:space="0" w:color="7BC24A" w:themeColor="accent4"/>
          <w:insideH w:val="nil"/>
          <w:insideV w:val="single" w:sz="8" w:space="0" w:color="7BC24A"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BC24A" w:themeColor="accent4"/>
          <w:left w:val="single" w:sz="8" w:space="0" w:color="7BC24A" w:themeColor="accent4"/>
          <w:bottom w:val="single" w:sz="8" w:space="0" w:color="7BC24A" w:themeColor="accent4"/>
          <w:right w:val="single" w:sz="8" w:space="0" w:color="7BC24A" w:themeColor="accent4"/>
        </w:tcBorders>
      </w:tcPr>
    </w:tblStylePr>
    <w:tblStylePr w:type="band1Vert">
      <w:tblPr/>
      <w:tcPr>
        <w:tcBorders>
          <w:top w:val="single" w:sz="8" w:space="0" w:color="7BC24A" w:themeColor="accent4"/>
          <w:left w:val="single" w:sz="8" w:space="0" w:color="7BC24A" w:themeColor="accent4"/>
          <w:bottom w:val="single" w:sz="8" w:space="0" w:color="7BC24A" w:themeColor="accent4"/>
          <w:right w:val="single" w:sz="8" w:space="0" w:color="7BC24A" w:themeColor="accent4"/>
        </w:tcBorders>
        <w:shd w:val="clear" w:color="auto" w:fill="DEF0D2" w:themeFill="accent4" w:themeFillTint="3F"/>
      </w:tcPr>
    </w:tblStylePr>
    <w:tblStylePr w:type="band1Horz">
      <w:tblPr/>
      <w:tcPr>
        <w:tcBorders>
          <w:top w:val="single" w:sz="8" w:space="0" w:color="7BC24A" w:themeColor="accent4"/>
          <w:left w:val="single" w:sz="8" w:space="0" w:color="7BC24A" w:themeColor="accent4"/>
          <w:bottom w:val="single" w:sz="8" w:space="0" w:color="7BC24A" w:themeColor="accent4"/>
          <w:right w:val="single" w:sz="8" w:space="0" w:color="7BC24A" w:themeColor="accent4"/>
          <w:insideV w:val="single" w:sz="8" w:space="0" w:color="7BC24A" w:themeColor="accent4"/>
        </w:tcBorders>
        <w:shd w:val="clear" w:color="auto" w:fill="DEF0D2" w:themeFill="accent4" w:themeFillTint="3F"/>
      </w:tcPr>
    </w:tblStylePr>
    <w:tblStylePr w:type="band2Horz">
      <w:tblPr/>
      <w:tcPr>
        <w:tcBorders>
          <w:top w:val="single" w:sz="8" w:space="0" w:color="7BC24A" w:themeColor="accent4"/>
          <w:left w:val="single" w:sz="8" w:space="0" w:color="7BC24A" w:themeColor="accent4"/>
          <w:bottom w:val="single" w:sz="8" w:space="0" w:color="7BC24A" w:themeColor="accent4"/>
          <w:right w:val="single" w:sz="8" w:space="0" w:color="7BC24A" w:themeColor="accent4"/>
          <w:insideV w:val="single" w:sz="8" w:space="0" w:color="7BC24A"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1DA8A5" w:themeColor="accent5"/>
        <w:left w:val="single" w:sz="8" w:space="0" w:color="1DA8A5" w:themeColor="accent5"/>
        <w:bottom w:val="single" w:sz="8" w:space="0" w:color="1DA8A5" w:themeColor="accent5"/>
        <w:right w:val="single" w:sz="8" w:space="0" w:color="1DA8A5" w:themeColor="accent5"/>
        <w:insideH w:val="single" w:sz="8" w:space="0" w:color="1DA8A5" w:themeColor="accent5"/>
        <w:insideV w:val="single" w:sz="8" w:space="0" w:color="1DA8A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DA8A5" w:themeColor="accent5"/>
          <w:left w:val="single" w:sz="8" w:space="0" w:color="1DA8A5" w:themeColor="accent5"/>
          <w:bottom w:val="single" w:sz="18" w:space="0" w:color="1DA8A5" w:themeColor="accent5"/>
          <w:right w:val="single" w:sz="8" w:space="0" w:color="1DA8A5" w:themeColor="accent5"/>
          <w:insideH w:val="nil"/>
          <w:insideV w:val="single" w:sz="8" w:space="0" w:color="1DA8A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DA8A5" w:themeColor="accent5"/>
          <w:left w:val="single" w:sz="8" w:space="0" w:color="1DA8A5" w:themeColor="accent5"/>
          <w:bottom w:val="single" w:sz="8" w:space="0" w:color="1DA8A5" w:themeColor="accent5"/>
          <w:right w:val="single" w:sz="8" w:space="0" w:color="1DA8A5" w:themeColor="accent5"/>
          <w:insideH w:val="nil"/>
          <w:insideV w:val="single" w:sz="8" w:space="0" w:color="1DA8A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DA8A5" w:themeColor="accent5"/>
          <w:left w:val="single" w:sz="8" w:space="0" w:color="1DA8A5" w:themeColor="accent5"/>
          <w:bottom w:val="single" w:sz="8" w:space="0" w:color="1DA8A5" w:themeColor="accent5"/>
          <w:right w:val="single" w:sz="8" w:space="0" w:color="1DA8A5" w:themeColor="accent5"/>
        </w:tcBorders>
      </w:tcPr>
    </w:tblStylePr>
    <w:tblStylePr w:type="band1Vert">
      <w:tblPr/>
      <w:tcPr>
        <w:tcBorders>
          <w:top w:val="single" w:sz="8" w:space="0" w:color="1DA8A5" w:themeColor="accent5"/>
          <w:left w:val="single" w:sz="8" w:space="0" w:color="1DA8A5" w:themeColor="accent5"/>
          <w:bottom w:val="single" w:sz="8" w:space="0" w:color="1DA8A5" w:themeColor="accent5"/>
          <w:right w:val="single" w:sz="8" w:space="0" w:color="1DA8A5" w:themeColor="accent5"/>
        </w:tcBorders>
        <w:shd w:val="clear" w:color="auto" w:fill="BDF3F2" w:themeFill="accent5" w:themeFillTint="3F"/>
      </w:tcPr>
    </w:tblStylePr>
    <w:tblStylePr w:type="band1Horz">
      <w:tblPr/>
      <w:tcPr>
        <w:tcBorders>
          <w:top w:val="single" w:sz="8" w:space="0" w:color="1DA8A5" w:themeColor="accent5"/>
          <w:left w:val="single" w:sz="8" w:space="0" w:color="1DA8A5" w:themeColor="accent5"/>
          <w:bottom w:val="single" w:sz="8" w:space="0" w:color="1DA8A5" w:themeColor="accent5"/>
          <w:right w:val="single" w:sz="8" w:space="0" w:color="1DA8A5" w:themeColor="accent5"/>
          <w:insideV w:val="single" w:sz="8" w:space="0" w:color="1DA8A5" w:themeColor="accent5"/>
        </w:tcBorders>
        <w:shd w:val="clear" w:color="auto" w:fill="BDF3F2" w:themeFill="accent5" w:themeFillTint="3F"/>
      </w:tcPr>
    </w:tblStylePr>
    <w:tblStylePr w:type="band2Horz">
      <w:tblPr/>
      <w:tcPr>
        <w:tcBorders>
          <w:top w:val="single" w:sz="8" w:space="0" w:color="1DA8A5" w:themeColor="accent5"/>
          <w:left w:val="single" w:sz="8" w:space="0" w:color="1DA8A5" w:themeColor="accent5"/>
          <w:bottom w:val="single" w:sz="8" w:space="0" w:color="1DA8A5" w:themeColor="accent5"/>
          <w:right w:val="single" w:sz="8" w:space="0" w:color="1DA8A5" w:themeColor="accent5"/>
          <w:insideV w:val="single" w:sz="8" w:space="0" w:color="1DA8A5"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CB654" w:themeColor="accent6"/>
        <w:left w:val="single" w:sz="8" w:space="0" w:color="FCB654" w:themeColor="accent6"/>
        <w:bottom w:val="single" w:sz="8" w:space="0" w:color="FCB654" w:themeColor="accent6"/>
        <w:right w:val="single" w:sz="8" w:space="0" w:color="FCB654" w:themeColor="accent6"/>
        <w:insideH w:val="single" w:sz="8" w:space="0" w:color="FCB654" w:themeColor="accent6"/>
        <w:insideV w:val="single" w:sz="8" w:space="0" w:color="FCB65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CB654" w:themeColor="accent6"/>
          <w:left w:val="single" w:sz="8" w:space="0" w:color="FCB654" w:themeColor="accent6"/>
          <w:bottom w:val="single" w:sz="18" w:space="0" w:color="FCB654" w:themeColor="accent6"/>
          <w:right w:val="single" w:sz="8" w:space="0" w:color="FCB654" w:themeColor="accent6"/>
          <w:insideH w:val="nil"/>
          <w:insideV w:val="single" w:sz="8" w:space="0" w:color="FCB65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CB654" w:themeColor="accent6"/>
          <w:left w:val="single" w:sz="8" w:space="0" w:color="FCB654" w:themeColor="accent6"/>
          <w:bottom w:val="single" w:sz="8" w:space="0" w:color="FCB654" w:themeColor="accent6"/>
          <w:right w:val="single" w:sz="8" w:space="0" w:color="FCB654" w:themeColor="accent6"/>
          <w:insideH w:val="nil"/>
          <w:insideV w:val="single" w:sz="8" w:space="0" w:color="FCB65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CB654" w:themeColor="accent6"/>
          <w:left w:val="single" w:sz="8" w:space="0" w:color="FCB654" w:themeColor="accent6"/>
          <w:bottom w:val="single" w:sz="8" w:space="0" w:color="FCB654" w:themeColor="accent6"/>
          <w:right w:val="single" w:sz="8" w:space="0" w:color="FCB654" w:themeColor="accent6"/>
        </w:tcBorders>
      </w:tcPr>
    </w:tblStylePr>
    <w:tblStylePr w:type="band1Vert">
      <w:tblPr/>
      <w:tcPr>
        <w:tcBorders>
          <w:top w:val="single" w:sz="8" w:space="0" w:color="FCB654" w:themeColor="accent6"/>
          <w:left w:val="single" w:sz="8" w:space="0" w:color="FCB654" w:themeColor="accent6"/>
          <w:bottom w:val="single" w:sz="8" w:space="0" w:color="FCB654" w:themeColor="accent6"/>
          <w:right w:val="single" w:sz="8" w:space="0" w:color="FCB654" w:themeColor="accent6"/>
        </w:tcBorders>
        <w:shd w:val="clear" w:color="auto" w:fill="FEECD4" w:themeFill="accent6" w:themeFillTint="3F"/>
      </w:tcPr>
    </w:tblStylePr>
    <w:tblStylePr w:type="band1Horz">
      <w:tblPr/>
      <w:tcPr>
        <w:tcBorders>
          <w:top w:val="single" w:sz="8" w:space="0" w:color="FCB654" w:themeColor="accent6"/>
          <w:left w:val="single" w:sz="8" w:space="0" w:color="FCB654" w:themeColor="accent6"/>
          <w:bottom w:val="single" w:sz="8" w:space="0" w:color="FCB654" w:themeColor="accent6"/>
          <w:right w:val="single" w:sz="8" w:space="0" w:color="FCB654" w:themeColor="accent6"/>
          <w:insideV w:val="single" w:sz="8" w:space="0" w:color="FCB654" w:themeColor="accent6"/>
        </w:tcBorders>
        <w:shd w:val="clear" w:color="auto" w:fill="FEECD4" w:themeFill="accent6" w:themeFillTint="3F"/>
      </w:tcPr>
    </w:tblStylePr>
    <w:tblStylePr w:type="band2Horz">
      <w:tblPr/>
      <w:tcPr>
        <w:tcBorders>
          <w:top w:val="single" w:sz="8" w:space="0" w:color="FCB654" w:themeColor="accent6"/>
          <w:left w:val="single" w:sz="8" w:space="0" w:color="FCB654" w:themeColor="accent6"/>
          <w:bottom w:val="single" w:sz="8" w:space="0" w:color="FCB654" w:themeColor="accent6"/>
          <w:right w:val="single" w:sz="8" w:space="0" w:color="FCB654" w:themeColor="accent6"/>
          <w:insideV w:val="single" w:sz="8" w:space="0" w:color="FCB654"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36DCD8" w:themeColor="accent1" w:themeTint="BF"/>
        <w:left w:val="single" w:sz="8" w:space="0" w:color="36DCD8" w:themeColor="accent1" w:themeTint="BF"/>
        <w:bottom w:val="single" w:sz="8" w:space="0" w:color="36DCD8" w:themeColor="accent1" w:themeTint="BF"/>
        <w:right w:val="single" w:sz="8" w:space="0" w:color="36DCD8" w:themeColor="accent1" w:themeTint="BF"/>
        <w:insideH w:val="single" w:sz="8" w:space="0" w:color="36DCD8" w:themeColor="accent1" w:themeTint="BF"/>
      </w:tblBorders>
    </w:tblPr>
    <w:tblStylePr w:type="firstRow">
      <w:pPr>
        <w:spacing w:before="0" w:after="0" w:line="240" w:lineRule="auto"/>
      </w:pPr>
      <w:rPr>
        <w:b/>
        <w:bCs/>
        <w:color w:val="FFFFFF" w:themeColor="background1"/>
      </w:rPr>
      <w:tblPr/>
      <w:tcPr>
        <w:tcBorders>
          <w:top w:val="single" w:sz="8" w:space="0" w:color="36DCD8" w:themeColor="accent1" w:themeTint="BF"/>
          <w:left w:val="single" w:sz="8" w:space="0" w:color="36DCD8" w:themeColor="accent1" w:themeTint="BF"/>
          <w:bottom w:val="single" w:sz="8" w:space="0" w:color="36DCD8" w:themeColor="accent1" w:themeTint="BF"/>
          <w:right w:val="single" w:sz="8" w:space="0" w:color="36DCD8" w:themeColor="accent1" w:themeTint="BF"/>
          <w:insideH w:val="nil"/>
          <w:insideV w:val="nil"/>
        </w:tcBorders>
        <w:shd w:val="clear" w:color="auto" w:fill="1DA8A5" w:themeFill="accent1"/>
      </w:tcPr>
    </w:tblStylePr>
    <w:tblStylePr w:type="lastRow">
      <w:pPr>
        <w:spacing w:before="0" w:after="0" w:line="240" w:lineRule="auto"/>
      </w:pPr>
      <w:rPr>
        <w:b/>
        <w:bCs/>
      </w:rPr>
      <w:tblPr/>
      <w:tcPr>
        <w:tcBorders>
          <w:top w:val="double" w:sz="6" w:space="0" w:color="36DCD8" w:themeColor="accent1" w:themeTint="BF"/>
          <w:left w:val="single" w:sz="8" w:space="0" w:color="36DCD8" w:themeColor="accent1" w:themeTint="BF"/>
          <w:bottom w:val="single" w:sz="8" w:space="0" w:color="36DCD8" w:themeColor="accent1" w:themeTint="BF"/>
          <w:right w:val="single" w:sz="8" w:space="0" w:color="36DCD8" w:themeColor="accent1" w:themeTint="BF"/>
          <w:insideH w:val="nil"/>
          <w:insideV w:val="nil"/>
        </w:tcBorders>
      </w:tcPr>
    </w:tblStylePr>
    <w:tblStylePr w:type="firstCol">
      <w:rPr>
        <w:b/>
        <w:bCs/>
      </w:rPr>
    </w:tblStylePr>
    <w:tblStylePr w:type="lastCol">
      <w:rPr>
        <w:b/>
        <w:bCs/>
      </w:rPr>
    </w:tblStylePr>
    <w:tblStylePr w:type="band1Vert">
      <w:tblPr/>
      <w:tcPr>
        <w:shd w:val="clear" w:color="auto" w:fill="BDF3F2" w:themeFill="accent1" w:themeFillTint="3F"/>
      </w:tcPr>
    </w:tblStylePr>
    <w:tblStylePr w:type="band1Horz">
      <w:tblPr/>
      <w:tcPr>
        <w:tcBorders>
          <w:insideH w:val="nil"/>
          <w:insideV w:val="nil"/>
        </w:tcBorders>
        <w:shd w:val="clear" w:color="auto" w:fill="BDF3F2"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FCC77E" w:themeColor="accent2" w:themeTint="BF"/>
        <w:left w:val="single" w:sz="8" w:space="0" w:color="FCC77E" w:themeColor="accent2" w:themeTint="BF"/>
        <w:bottom w:val="single" w:sz="8" w:space="0" w:color="FCC77E" w:themeColor="accent2" w:themeTint="BF"/>
        <w:right w:val="single" w:sz="8" w:space="0" w:color="FCC77E" w:themeColor="accent2" w:themeTint="BF"/>
        <w:insideH w:val="single" w:sz="8" w:space="0" w:color="FCC77E" w:themeColor="accent2" w:themeTint="BF"/>
      </w:tblBorders>
    </w:tblPr>
    <w:tblStylePr w:type="firstRow">
      <w:pPr>
        <w:spacing w:before="0" w:after="0" w:line="240" w:lineRule="auto"/>
      </w:pPr>
      <w:rPr>
        <w:b/>
        <w:bCs/>
        <w:color w:val="FFFFFF" w:themeColor="background1"/>
      </w:rPr>
      <w:tblPr/>
      <w:tcPr>
        <w:tcBorders>
          <w:top w:val="single" w:sz="8" w:space="0" w:color="FCC77E" w:themeColor="accent2" w:themeTint="BF"/>
          <w:left w:val="single" w:sz="8" w:space="0" w:color="FCC77E" w:themeColor="accent2" w:themeTint="BF"/>
          <w:bottom w:val="single" w:sz="8" w:space="0" w:color="FCC77E" w:themeColor="accent2" w:themeTint="BF"/>
          <w:right w:val="single" w:sz="8" w:space="0" w:color="FCC77E" w:themeColor="accent2" w:themeTint="BF"/>
          <w:insideH w:val="nil"/>
          <w:insideV w:val="nil"/>
        </w:tcBorders>
        <w:shd w:val="clear" w:color="auto" w:fill="FCB654" w:themeFill="accent2"/>
      </w:tcPr>
    </w:tblStylePr>
    <w:tblStylePr w:type="lastRow">
      <w:pPr>
        <w:spacing w:before="0" w:after="0" w:line="240" w:lineRule="auto"/>
      </w:pPr>
      <w:rPr>
        <w:b/>
        <w:bCs/>
      </w:rPr>
      <w:tblPr/>
      <w:tcPr>
        <w:tcBorders>
          <w:top w:val="double" w:sz="6" w:space="0" w:color="FCC77E" w:themeColor="accent2" w:themeTint="BF"/>
          <w:left w:val="single" w:sz="8" w:space="0" w:color="FCC77E" w:themeColor="accent2" w:themeTint="BF"/>
          <w:bottom w:val="single" w:sz="8" w:space="0" w:color="FCC77E" w:themeColor="accent2" w:themeTint="BF"/>
          <w:right w:val="single" w:sz="8" w:space="0" w:color="FCC77E" w:themeColor="accent2" w:themeTint="BF"/>
          <w:insideH w:val="nil"/>
          <w:insideV w:val="nil"/>
        </w:tcBorders>
      </w:tcPr>
    </w:tblStylePr>
    <w:tblStylePr w:type="firstCol">
      <w:rPr>
        <w:b/>
        <w:bCs/>
      </w:rPr>
    </w:tblStylePr>
    <w:tblStylePr w:type="lastCol">
      <w:rPr>
        <w:b/>
        <w:bCs/>
      </w:rPr>
    </w:tblStylePr>
    <w:tblStylePr w:type="band1Vert">
      <w:tblPr/>
      <w:tcPr>
        <w:shd w:val="clear" w:color="auto" w:fill="FEECD4" w:themeFill="accent2" w:themeFillTint="3F"/>
      </w:tcPr>
    </w:tblStylePr>
    <w:tblStylePr w:type="band1Horz">
      <w:tblPr/>
      <w:tcPr>
        <w:tcBorders>
          <w:insideH w:val="nil"/>
          <w:insideV w:val="nil"/>
        </w:tcBorders>
        <w:shd w:val="clear" w:color="auto" w:fill="FEECD4"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F48FA7" w:themeColor="accent3" w:themeTint="BF"/>
        <w:left w:val="single" w:sz="8" w:space="0" w:color="F48FA7" w:themeColor="accent3" w:themeTint="BF"/>
        <w:bottom w:val="single" w:sz="8" w:space="0" w:color="F48FA7" w:themeColor="accent3" w:themeTint="BF"/>
        <w:right w:val="single" w:sz="8" w:space="0" w:color="F48FA7" w:themeColor="accent3" w:themeTint="BF"/>
        <w:insideH w:val="single" w:sz="8" w:space="0" w:color="F48FA7" w:themeColor="accent3" w:themeTint="BF"/>
      </w:tblBorders>
    </w:tblPr>
    <w:tblStylePr w:type="firstRow">
      <w:pPr>
        <w:spacing w:before="0" w:after="0" w:line="240" w:lineRule="auto"/>
      </w:pPr>
      <w:rPr>
        <w:b/>
        <w:bCs/>
        <w:color w:val="FFFFFF" w:themeColor="background1"/>
      </w:rPr>
      <w:tblPr/>
      <w:tcPr>
        <w:tcBorders>
          <w:top w:val="single" w:sz="8" w:space="0" w:color="F48FA7" w:themeColor="accent3" w:themeTint="BF"/>
          <w:left w:val="single" w:sz="8" w:space="0" w:color="F48FA7" w:themeColor="accent3" w:themeTint="BF"/>
          <w:bottom w:val="single" w:sz="8" w:space="0" w:color="F48FA7" w:themeColor="accent3" w:themeTint="BF"/>
          <w:right w:val="single" w:sz="8" w:space="0" w:color="F48FA7" w:themeColor="accent3" w:themeTint="BF"/>
          <w:insideH w:val="nil"/>
          <w:insideV w:val="nil"/>
        </w:tcBorders>
        <w:shd w:val="clear" w:color="auto" w:fill="F16A8B" w:themeFill="accent3"/>
      </w:tcPr>
    </w:tblStylePr>
    <w:tblStylePr w:type="lastRow">
      <w:pPr>
        <w:spacing w:before="0" w:after="0" w:line="240" w:lineRule="auto"/>
      </w:pPr>
      <w:rPr>
        <w:b/>
        <w:bCs/>
      </w:rPr>
      <w:tblPr/>
      <w:tcPr>
        <w:tcBorders>
          <w:top w:val="double" w:sz="6" w:space="0" w:color="F48FA7" w:themeColor="accent3" w:themeTint="BF"/>
          <w:left w:val="single" w:sz="8" w:space="0" w:color="F48FA7" w:themeColor="accent3" w:themeTint="BF"/>
          <w:bottom w:val="single" w:sz="8" w:space="0" w:color="F48FA7" w:themeColor="accent3" w:themeTint="BF"/>
          <w:right w:val="single" w:sz="8" w:space="0" w:color="F48FA7"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AE2" w:themeFill="accent3" w:themeFillTint="3F"/>
      </w:tcPr>
    </w:tblStylePr>
    <w:tblStylePr w:type="band1Horz">
      <w:tblPr/>
      <w:tcPr>
        <w:tcBorders>
          <w:insideH w:val="nil"/>
          <w:insideV w:val="nil"/>
        </w:tcBorders>
        <w:shd w:val="clear" w:color="auto" w:fill="FBDAE2"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CD177" w:themeColor="accent4" w:themeTint="BF"/>
        <w:left w:val="single" w:sz="8" w:space="0" w:color="9CD177" w:themeColor="accent4" w:themeTint="BF"/>
        <w:bottom w:val="single" w:sz="8" w:space="0" w:color="9CD177" w:themeColor="accent4" w:themeTint="BF"/>
        <w:right w:val="single" w:sz="8" w:space="0" w:color="9CD177" w:themeColor="accent4" w:themeTint="BF"/>
        <w:insideH w:val="single" w:sz="8" w:space="0" w:color="9CD177" w:themeColor="accent4" w:themeTint="BF"/>
      </w:tblBorders>
    </w:tblPr>
    <w:tblStylePr w:type="firstRow">
      <w:pPr>
        <w:spacing w:before="0" w:after="0" w:line="240" w:lineRule="auto"/>
      </w:pPr>
      <w:rPr>
        <w:b/>
        <w:bCs/>
        <w:color w:val="FFFFFF" w:themeColor="background1"/>
      </w:rPr>
      <w:tblPr/>
      <w:tcPr>
        <w:tcBorders>
          <w:top w:val="single" w:sz="8" w:space="0" w:color="9CD177" w:themeColor="accent4" w:themeTint="BF"/>
          <w:left w:val="single" w:sz="8" w:space="0" w:color="9CD177" w:themeColor="accent4" w:themeTint="BF"/>
          <w:bottom w:val="single" w:sz="8" w:space="0" w:color="9CD177" w:themeColor="accent4" w:themeTint="BF"/>
          <w:right w:val="single" w:sz="8" w:space="0" w:color="9CD177" w:themeColor="accent4" w:themeTint="BF"/>
          <w:insideH w:val="nil"/>
          <w:insideV w:val="nil"/>
        </w:tcBorders>
        <w:shd w:val="clear" w:color="auto" w:fill="7BC24A" w:themeFill="accent4"/>
      </w:tcPr>
    </w:tblStylePr>
    <w:tblStylePr w:type="lastRow">
      <w:pPr>
        <w:spacing w:before="0" w:after="0" w:line="240" w:lineRule="auto"/>
      </w:pPr>
      <w:rPr>
        <w:b/>
        <w:bCs/>
      </w:rPr>
      <w:tblPr/>
      <w:tcPr>
        <w:tcBorders>
          <w:top w:val="double" w:sz="6" w:space="0" w:color="9CD177" w:themeColor="accent4" w:themeTint="BF"/>
          <w:left w:val="single" w:sz="8" w:space="0" w:color="9CD177" w:themeColor="accent4" w:themeTint="BF"/>
          <w:bottom w:val="single" w:sz="8" w:space="0" w:color="9CD177" w:themeColor="accent4" w:themeTint="BF"/>
          <w:right w:val="single" w:sz="8" w:space="0" w:color="9CD177" w:themeColor="accent4" w:themeTint="BF"/>
          <w:insideH w:val="nil"/>
          <w:insideV w:val="nil"/>
        </w:tcBorders>
      </w:tcPr>
    </w:tblStylePr>
    <w:tblStylePr w:type="firstCol">
      <w:rPr>
        <w:b/>
        <w:bCs/>
      </w:rPr>
    </w:tblStylePr>
    <w:tblStylePr w:type="lastCol">
      <w:rPr>
        <w:b/>
        <w:bCs/>
      </w:rPr>
    </w:tblStylePr>
    <w:tblStylePr w:type="band1Vert">
      <w:tblPr/>
      <w:tcPr>
        <w:shd w:val="clear" w:color="auto" w:fill="DEF0D2" w:themeFill="accent4" w:themeFillTint="3F"/>
      </w:tcPr>
    </w:tblStylePr>
    <w:tblStylePr w:type="band1Horz">
      <w:tblPr/>
      <w:tcPr>
        <w:tcBorders>
          <w:insideH w:val="nil"/>
          <w:insideV w:val="nil"/>
        </w:tcBorders>
        <w:shd w:val="clear" w:color="auto" w:fill="DEF0D2"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36DCD8" w:themeColor="accent5" w:themeTint="BF"/>
        <w:left w:val="single" w:sz="8" w:space="0" w:color="36DCD8" w:themeColor="accent5" w:themeTint="BF"/>
        <w:bottom w:val="single" w:sz="8" w:space="0" w:color="36DCD8" w:themeColor="accent5" w:themeTint="BF"/>
        <w:right w:val="single" w:sz="8" w:space="0" w:color="36DCD8" w:themeColor="accent5" w:themeTint="BF"/>
        <w:insideH w:val="single" w:sz="8" w:space="0" w:color="36DCD8" w:themeColor="accent5" w:themeTint="BF"/>
      </w:tblBorders>
    </w:tblPr>
    <w:tblStylePr w:type="firstRow">
      <w:pPr>
        <w:spacing w:before="0" w:after="0" w:line="240" w:lineRule="auto"/>
      </w:pPr>
      <w:rPr>
        <w:b/>
        <w:bCs/>
        <w:color w:val="FFFFFF" w:themeColor="background1"/>
      </w:rPr>
      <w:tblPr/>
      <w:tcPr>
        <w:tcBorders>
          <w:top w:val="single" w:sz="8" w:space="0" w:color="36DCD8" w:themeColor="accent5" w:themeTint="BF"/>
          <w:left w:val="single" w:sz="8" w:space="0" w:color="36DCD8" w:themeColor="accent5" w:themeTint="BF"/>
          <w:bottom w:val="single" w:sz="8" w:space="0" w:color="36DCD8" w:themeColor="accent5" w:themeTint="BF"/>
          <w:right w:val="single" w:sz="8" w:space="0" w:color="36DCD8" w:themeColor="accent5" w:themeTint="BF"/>
          <w:insideH w:val="nil"/>
          <w:insideV w:val="nil"/>
        </w:tcBorders>
        <w:shd w:val="clear" w:color="auto" w:fill="1DA8A5" w:themeFill="accent5"/>
      </w:tcPr>
    </w:tblStylePr>
    <w:tblStylePr w:type="lastRow">
      <w:pPr>
        <w:spacing w:before="0" w:after="0" w:line="240" w:lineRule="auto"/>
      </w:pPr>
      <w:rPr>
        <w:b/>
        <w:bCs/>
      </w:rPr>
      <w:tblPr/>
      <w:tcPr>
        <w:tcBorders>
          <w:top w:val="double" w:sz="6" w:space="0" w:color="36DCD8" w:themeColor="accent5" w:themeTint="BF"/>
          <w:left w:val="single" w:sz="8" w:space="0" w:color="36DCD8" w:themeColor="accent5" w:themeTint="BF"/>
          <w:bottom w:val="single" w:sz="8" w:space="0" w:color="36DCD8" w:themeColor="accent5" w:themeTint="BF"/>
          <w:right w:val="single" w:sz="8" w:space="0" w:color="36DCD8" w:themeColor="accent5" w:themeTint="BF"/>
          <w:insideH w:val="nil"/>
          <w:insideV w:val="nil"/>
        </w:tcBorders>
      </w:tcPr>
    </w:tblStylePr>
    <w:tblStylePr w:type="firstCol">
      <w:rPr>
        <w:b/>
        <w:bCs/>
      </w:rPr>
    </w:tblStylePr>
    <w:tblStylePr w:type="lastCol">
      <w:rPr>
        <w:b/>
        <w:bCs/>
      </w:rPr>
    </w:tblStylePr>
    <w:tblStylePr w:type="band1Vert">
      <w:tblPr/>
      <w:tcPr>
        <w:shd w:val="clear" w:color="auto" w:fill="BDF3F2" w:themeFill="accent5" w:themeFillTint="3F"/>
      </w:tcPr>
    </w:tblStylePr>
    <w:tblStylePr w:type="band1Horz">
      <w:tblPr/>
      <w:tcPr>
        <w:tcBorders>
          <w:insideH w:val="nil"/>
          <w:insideV w:val="nil"/>
        </w:tcBorders>
        <w:shd w:val="clear" w:color="auto" w:fill="BDF3F2"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CC77E" w:themeColor="accent6" w:themeTint="BF"/>
        <w:left w:val="single" w:sz="8" w:space="0" w:color="FCC77E" w:themeColor="accent6" w:themeTint="BF"/>
        <w:bottom w:val="single" w:sz="8" w:space="0" w:color="FCC77E" w:themeColor="accent6" w:themeTint="BF"/>
        <w:right w:val="single" w:sz="8" w:space="0" w:color="FCC77E" w:themeColor="accent6" w:themeTint="BF"/>
        <w:insideH w:val="single" w:sz="8" w:space="0" w:color="FCC77E" w:themeColor="accent6" w:themeTint="BF"/>
      </w:tblBorders>
    </w:tblPr>
    <w:tblStylePr w:type="firstRow">
      <w:pPr>
        <w:spacing w:before="0" w:after="0" w:line="240" w:lineRule="auto"/>
      </w:pPr>
      <w:rPr>
        <w:b/>
        <w:bCs/>
        <w:color w:val="FFFFFF" w:themeColor="background1"/>
      </w:rPr>
      <w:tblPr/>
      <w:tcPr>
        <w:tcBorders>
          <w:top w:val="single" w:sz="8" w:space="0" w:color="FCC77E" w:themeColor="accent6" w:themeTint="BF"/>
          <w:left w:val="single" w:sz="8" w:space="0" w:color="FCC77E" w:themeColor="accent6" w:themeTint="BF"/>
          <w:bottom w:val="single" w:sz="8" w:space="0" w:color="FCC77E" w:themeColor="accent6" w:themeTint="BF"/>
          <w:right w:val="single" w:sz="8" w:space="0" w:color="FCC77E" w:themeColor="accent6" w:themeTint="BF"/>
          <w:insideH w:val="nil"/>
          <w:insideV w:val="nil"/>
        </w:tcBorders>
        <w:shd w:val="clear" w:color="auto" w:fill="FCB654" w:themeFill="accent6"/>
      </w:tcPr>
    </w:tblStylePr>
    <w:tblStylePr w:type="lastRow">
      <w:pPr>
        <w:spacing w:before="0" w:after="0" w:line="240" w:lineRule="auto"/>
      </w:pPr>
      <w:rPr>
        <w:b/>
        <w:bCs/>
      </w:rPr>
      <w:tblPr/>
      <w:tcPr>
        <w:tcBorders>
          <w:top w:val="double" w:sz="6" w:space="0" w:color="FCC77E" w:themeColor="accent6" w:themeTint="BF"/>
          <w:left w:val="single" w:sz="8" w:space="0" w:color="FCC77E" w:themeColor="accent6" w:themeTint="BF"/>
          <w:bottom w:val="single" w:sz="8" w:space="0" w:color="FCC77E" w:themeColor="accent6" w:themeTint="BF"/>
          <w:right w:val="single" w:sz="8" w:space="0" w:color="FCC77E" w:themeColor="accent6" w:themeTint="BF"/>
          <w:insideH w:val="nil"/>
          <w:insideV w:val="nil"/>
        </w:tcBorders>
      </w:tcPr>
    </w:tblStylePr>
    <w:tblStylePr w:type="firstCol">
      <w:rPr>
        <w:b/>
        <w:bCs/>
      </w:rPr>
    </w:tblStylePr>
    <w:tblStylePr w:type="lastCol">
      <w:rPr>
        <w:b/>
        <w:bCs/>
      </w:rPr>
    </w:tblStylePr>
    <w:tblStylePr w:type="band1Vert">
      <w:tblPr/>
      <w:tcPr>
        <w:shd w:val="clear" w:color="auto" w:fill="FEECD4" w:themeFill="accent6" w:themeFillTint="3F"/>
      </w:tcPr>
    </w:tblStylePr>
    <w:tblStylePr w:type="band1Horz">
      <w:tblPr/>
      <w:tcPr>
        <w:tcBorders>
          <w:insideH w:val="nil"/>
          <w:insideV w:val="nil"/>
        </w:tcBorders>
        <w:shd w:val="clear" w:color="auto" w:fill="FEECD4"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DA8A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DA8A5" w:themeFill="accent1"/>
      </w:tcPr>
    </w:tblStylePr>
    <w:tblStylePr w:type="lastCol">
      <w:rPr>
        <w:b/>
        <w:bCs/>
        <w:color w:val="FFFFFF" w:themeColor="background1"/>
      </w:rPr>
      <w:tblPr/>
      <w:tcPr>
        <w:tcBorders>
          <w:left w:val="nil"/>
          <w:right w:val="nil"/>
          <w:insideH w:val="nil"/>
          <w:insideV w:val="nil"/>
        </w:tcBorders>
        <w:shd w:val="clear" w:color="auto" w:fill="1DA8A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CB654"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CB654" w:themeFill="accent2"/>
      </w:tcPr>
    </w:tblStylePr>
    <w:tblStylePr w:type="lastCol">
      <w:rPr>
        <w:b/>
        <w:bCs/>
        <w:color w:val="FFFFFF" w:themeColor="background1"/>
      </w:rPr>
      <w:tblPr/>
      <w:tcPr>
        <w:tcBorders>
          <w:left w:val="nil"/>
          <w:right w:val="nil"/>
          <w:insideH w:val="nil"/>
          <w:insideV w:val="nil"/>
        </w:tcBorders>
        <w:shd w:val="clear" w:color="auto" w:fill="FCB654"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16A8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16A8B" w:themeFill="accent3"/>
      </w:tcPr>
    </w:tblStylePr>
    <w:tblStylePr w:type="lastCol">
      <w:rPr>
        <w:b/>
        <w:bCs/>
        <w:color w:val="FFFFFF" w:themeColor="background1"/>
      </w:rPr>
      <w:tblPr/>
      <w:tcPr>
        <w:tcBorders>
          <w:left w:val="nil"/>
          <w:right w:val="nil"/>
          <w:insideH w:val="nil"/>
          <w:insideV w:val="nil"/>
        </w:tcBorders>
        <w:shd w:val="clear" w:color="auto" w:fill="F16A8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BC24A"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BC24A" w:themeFill="accent4"/>
      </w:tcPr>
    </w:tblStylePr>
    <w:tblStylePr w:type="lastCol">
      <w:rPr>
        <w:b/>
        <w:bCs/>
        <w:color w:val="FFFFFF" w:themeColor="background1"/>
      </w:rPr>
      <w:tblPr/>
      <w:tcPr>
        <w:tcBorders>
          <w:left w:val="nil"/>
          <w:right w:val="nil"/>
          <w:insideH w:val="nil"/>
          <w:insideV w:val="nil"/>
        </w:tcBorders>
        <w:shd w:val="clear" w:color="auto" w:fill="7BC24A"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DA8A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DA8A5" w:themeFill="accent5"/>
      </w:tcPr>
    </w:tblStylePr>
    <w:tblStylePr w:type="lastCol">
      <w:rPr>
        <w:b/>
        <w:bCs/>
        <w:color w:val="FFFFFF" w:themeColor="background1"/>
      </w:rPr>
      <w:tblPr/>
      <w:tcPr>
        <w:tcBorders>
          <w:left w:val="nil"/>
          <w:right w:val="nil"/>
          <w:insideH w:val="nil"/>
          <w:insideV w:val="nil"/>
        </w:tcBorders>
        <w:shd w:val="clear" w:color="auto" w:fill="1DA8A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CB65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CB654" w:themeFill="accent6"/>
      </w:tcPr>
    </w:tblStylePr>
    <w:tblStylePr w:type="lastCol">
      <w:rPr>
        <w:b/>
        <w:bCs/>
        <w:color w:val="FFFFFF" w:themeColor="background1"/>
      </w:rPr>
      <w:tblPr/>
      <w:tcPr>
        <w:tcBorders>
          <w:left w:val="nil"/>
          <w:right w:val="nil"/>
          <w:insideH w:val="nil"/>
          <w:insideV w:val="nil"/>
        </w:tcBorders>
        <w:shd w:val="clear" w:color="auto" w:fill="FCB65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1DA8A5" w:themeColor="accent1"/>
        <w:bottom w:val="single" w:sz="8" w:space="0" w:color="1DA8A5" w:themeColor="accent1"/>
      </w:tblBorders>
    </w:tblPr>
    <w:tblStylePr w:type="firstRow">
      <w:rPr>
        <w:rFonts w:asciiTheme="majorHAnsi" w:eastAsiaTheme="majorEastAsia" w:hAnsiTheme="majorHAnsi" w:cstheme="majorBidi"/>
      </w:rPr>
      <w:tblPr/>
      <w:tcPr>
        <w:tcBorders>
          <w:top w:val="nil"/>
          <w:bottom w:val="single" w:sz="8" w:space="0" w:color="1DA8A5" w:themeColor="accent1"/>
        </w:tcBorders>
      </w:tcPr>
    </w:tblStylePr>
    <w:tblStylePr w:type="lastRow">
      <w:rPr>
        <w:b/>
        <w:bCs/>
        <w:color w:val="0E2841" w:themeColor="text2"/>
      </w:rPr>
      <w:tblPr/>
      <w:tcPr>
        <w:tcBorders>
          <w:top w:val="single" w:sz="8" w:space="0" w:color="1DA8A5" w:themeColor="accent1"/>
          <w:bottom w:val="single" w:sz="8" w:space="0" w:color="1DA8A5" w:themeColor="accent1"/>
        </w:tcBorders>
      </w:tcPr>
    </w:tblStylePr>
    <w:tblStylePr w:type="firstCol">
      <w:rPr>
        <w:b/>
        <w:bCs/>
      </w:rPr>
    </w:tblStylePr>
    <w:tblStylePr w:type="lastCol">
      <w:rPr>
        <w:b/>
        <w:bCs/>
      </w:rPr>
      <w:tblPr/>
      <w:tcPr>
        <w:tcBorders>
          <w:top w:val="single" w:sz="8" w:space="0" w:color="1DA8A5" w:themeColor="accent1"/>
          <w:bottom w:val="single" w:sz="8" w:space="0" w:color="1DA8A5" w:themeColor="accent1"/>
        </w:tcBorders>
      </w:tcPr>
    </w:tblStylePr>
    <w:tblStylePr w:type="band1Vert">
      <w:tblPr/>
      <w:tcPr>
        <w:shd w:val="clear" w:color="auto" w:fill="BDF3F2" w:themeFill="accent1" w:themeFillTint="3F"/>
      </w:tcPr>
    </w:tblStylePr>
    <w:tblStylePr w:type="band1Horz">
      <w:tblPr/>
      <w:tcPr>
        <w:shd w:val="clear" w:color="auto" w:fill="BDF3F2"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FCB654" w:themeColor="accent2"/>
        <w:bottom w:val="single" w:sz="8" w:space="0" w:color="FCB654" w:themeColor="accent2"/>
      </w:tblBorders>
    </w:tblPr>
    <w:tblStylePr w:type="firstRow">
      <w:rPr>
        <w:rFonts w:asciiTheme="majorHAnsi" w:eastAsiaTheme="majorEastAsia" w:hAnsiTheme="majorHAnsi" w:cstheme="majorBidi"/>
      </w:rPr>
      <w:tblPr/>
      <w:tcPr>
        <w:tcBorders>
          <w:top w:val="nil"/>
          <w:bottom w:val="single" w:sz="8" w:space="0" w:color="FCB654" w:themeColor="accent2"/>
        </w:tcBorders>
      </w:tcPr>
    </w:tblStylePr>
    <w:tblStylePr w:type="lastRow">
      <w:rPr>
        <w:b/>
        <w:bCs/>
        <w:color w:val="0E2841" w:themeColor="text2"/>
      </w:rPr>
      <w:tblPr/>
      <w:tcPr>
        <w:tcBorders>
          <w:top w:val="single" w:sz="8" w:space="0" w:color="FCB654" w:themeColor="accent2"/>
          <w:bottom w:val="single" w:sz="8" w:space="0" w:color="FCB654" w:themeColor="accent2"/>
        </w:tcBorders>
      </w:tcPr>
    </w:tblStylePr>
    <w:tblStylePr w:type="firstCol">
      <w:rPr>
        <w:b/>
        <w:bCs/>
      </w:rPr>
    </w:tblStylePr>
    <w:tblStylePr w:type="lastCol">
      <w:rPr>
        <w:b/>
        <w:bCs/>
      </w:rPr>
      <w:tblPr/>
      <w:tcPr>
        <w:tcBorders>
          <w:top w:val="single" w:sz="8" w:space="0" w:color="FCB654" w:themeColor="accent2"/>
          <w:bottom w:val="single" w:sz="8" w:space="0" w:color="FCB654" w:themeColor="accent2"/>
        </w:tcBorders>
      </w:tcPr>
    </w:tblStylePr>
    <w:tblStylePr w:type="band1Vert">
      <w:tblPr/>
      <w:tcPr>
        <w:shd w:val="clear" w:color="auto" w:fill="FEECD4" w:themeFill="accent2" w:themeFillTint="3F"/>
      </w:tcPr>
    </w:tblStylePr>
    <w:tblStylePr w:type="band1Horz">
      <w:tblPr/>
      <w:tcPr>
        <w:shd w:val="clear" w:color="auto" w:fill="FEECD4"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F16A8B" w:themeColor="accent3"/>
        <w:bottom w:val="single" w:sz="8" w:space="0" w:color="F16A8B" w:themeColor="accent3"/>
      </w:tblBorders>
    </w:tblPr>
    <w:tblStylePr w:type="firstRow">
      <w:rPr>
        <w:rFonts w:asciiTheme="majorHAnsi" w:eastAsiaTheme="majorEastAsia" w:hAnsiTheme="majorHAnsi" w:cstheme="majorBidi"/>
      </w:rPr>
      <w:tblPr/>
      <w:tcPr>
        <w:tcBorders>
          <w:top w:val="nil"/>
          <w:bottom w:val="single" w:sz="8" w:space="0" w:color="F16A8B" w:themeColor="accent3"/>
        </w:tcBorders>
      </w:tcPr>
    </w:tblStylePr>
    <w:tblStylePr w:type="lastRow">
      <w:rPr>
        <w:b/>
        <w:bCs/>
        <w:color w:val="0E2841" w:themeColor="text2"/>
      </w:rPr>
      <w:tblPr/>
      <w:tcPr>
        <w:tcBorders>
          <w:top w:val="single" w:sz="8" w:space="0" w:color="F16A8B" w:themeColor="accent3"/>
          <w:bottom w:val="single" w:sz="8" w:space="0" w:color="F16A8B" w:themeColor="accent3"/>
        </w:tcBorders>
      </w:tcPr>
    </w:tblStylePr>
    <w:tblStylePr w:type="firstCol">
      <w:rPr>
        <w:b/>
        <w:bCs/>
      </w:rPr>
    </w:tblStylePr>
    <w:tblStylePr w:type="lastCol">
      <w:rPr>
        <w:b/>
        <w:bCs/>
      </w:rPr>
      <w:tblPr/>
      <w:tcPr>
        <w:tcBorders>
          <w:top w:val="single" w:sz="8" w:space="0" w:color="F16A8B" w:themeColor="accent3"/>
          <w:bottom w:val="single" w:sz="8" w:space="0" w:color="F16A8B" w:themeColor="accent3"/>
        </w:tcBorders>
      </w:tcPr>
    </w:tblStylePr>
    <w:tblStylePr w:type="band1Vert">
      <w:tblPr/>
      <w:tcPr>
        <w:shd w:val="clear" w:color="auto" w:fill="FBDAE2" w:themeFill="accent3" w:themeFillTint="3F"/>
      </w:tcPr>
    </w:tblStylePr>
    <w:tblStylePr w:type="band1Horz">
      <w:tblPr/>
      <w:tcPr>
        <w:shd w:val="clear" w:color="auto" w:fill="FBDAE2"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7BC24A" w:themeColor="accent4"/>
        <w:bottom w:val="single" w:sz="8" w:space="0" w:color="7BC24A" w:themeColor="accent4"/>
      </w:tblBorders>
    </w:tblPr>
    <w:tblStylePr w:type="firstRow">
      <w:rPr>
        <w:rFonts w:asciiTheme="majorHAnsi" w:eastAsiaTheme="majorEastAsia" w:hAnsiTheme="majorHAnsi" w:cstheme="majorBidi"/>
      </w:rPr>
      <w:tblPr/>
      <w:tcPr>
        <w:tcBorders>
          <w:top w:val="nil"/>
          <w:bottom w:val="single" w:sz="8" w:space="0" w:color="7BC24A" w:themeColor="accent4"/>
        </w:tcBorders>
      </w:tcPr>
    </w:tblStylePr>
    <w:tblStylePr w:type="lastRow">
      <w:rPr>
        <w:b/>
        <w:bCs/>
        <w:color w:val="0E2841" w:themeColor="text2"/>
      </w:rPr>
      <w:tblPr/>
      <w:tcPr>
        <w:tcBorders>
          <w:top w:val="single" w:sz="8" w:space="0" w:color="7BC24A" w:themeColor="accent4"/>
          <w:bottom w:val="single" w:sz="8" w:space="0" w:color="7BC24A" w:themeColor="accent4"/>
        </w:tcBorders>
      </w:tcPr>
    </w:tblStylePr>
    <w:tblStylePr w:type="firstCol">
      <w:rPr>
        <w:b/>
        <w:bCs/>
      </w:rPr>
    </w:tblStylePr>
    <w:tblStylePr w:type="lastCol">
      <w:rPr>
        <w:b/>
        <w:bCs/>
      </w:rPr>
      <w:tblPr/>
      <w:tcPr>
        <w:tcBorders>
          <w:top w:val="single" w:sz="8" w:space="0" w:color="7BC24A" w:themeColor="accent4"/>
          <w:bottom w:val="single" w:sz="8" w:space="0" w:color="7BC24A" w:themeColor="accent4"/>
        </w:tcBorders>
      </w:tcPr>
    </w:tblStylePr>
    <w:tblStylePr w:type="band1Vert">
      <w:tblPr/>
      <w:tcPr>
        <w:shd w:val="clear" w:color="auto" w:fill="DEF0D2" w:themeFill="accent4" w:themeFillTint="3F"/>
      </w:tcPr>
    </w:tblStylePr>
    <w:tblStylePr w:type="band1Horz">
      <w:tblPr/>
      <w:tcPr>
        <w:shd w:val="clear" w:color="auto" w:fill="DEF0D2"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1DA8A5" w:themeColor="accent5"/>
        <w:bottom w:val="single" w:sz="8" w:space="0" w:color="1DA8A5" w:themeColor="accent5"/>
      </w:tblBorders>
    </w:tblPr>
    <w:tblStylePr w:type="firstRow">
      <w:rPr>
        <w:rFonts w:asciiTheme="majorHAnsi" w:eastAsiaTheme="majorEastAsia" w:hAnsiTheme="majorHAnsi" w:cstheme="majorBidi"/>
      </w:rPr>
      <w:tblPr/>
      <w:tcPr>
        <w:tcBorders>
          <w:top w:val="nil"/>
          <w:bottom w:val="single" w:sz="8" w:space="0" w:color="1DA8A5" w:themeColor="accent5"/>
        </w:tcBorders>
      </w:tcPr>
    </w:tblStylePr>
    <w:tblStylePr w:type="lastRow">
      <w:rPr>
        <w:b/>
        <w:bCs/>
        <w:color w:val="0E2841" w:themeColor="text2"/>
      </w:rPr>
      <w:tblPr/>
      <w:tcPr>
        <w:tcBorders>
          <w:top w:val="single" w:sz="8" w:space="0" w:color="1DA8A5" w:themeColor="accent5"/>
          <w:bottom w:val="single" w:sz="8" w:space="0" w:color="1DA8A5" w:themeColor="accent5"/>
        </w:tcBorders>
      </w:tcPr>
    </w:tblStylePr>
    <w:tblStylePr w:type="firstCol">
      <w:rPr>
        <w:b/>
        <w:bCs/>
      </w:rPr>
    </w:tblStylePr>
    <w:tblStylePr w:type="lastCol">
      <w:rPr>
        <w:b/>
        <w:bCs/>
      </w:rPr>
      <w:tblPr/>
      <w:tcPr>
        <w:tcBorders>
          <w:top w:val="single" w:sz="8" w:space="0" w:color="1DA8A5" w:themeColor="accent5"/>
          <w:bottom w:val="single" w:sz="8" w:space="0" w:color="1DA8A5" w:themeColor="accent5"/>
        </w:tcBorders>
      </w:tcPr>
    </w:tblStylePr>
    <w:tblStylePr w:type="band1Vert">
      <w:tblPr/>
      <w:tcPr>
        <w:shd w:val="clear" w:color="auto" w:fill="BDF3F2" w:themeFill="accent5" w:themeFillTint="3F"/>
      </w:tcPr>
    </w:tblStylePr>
    <w:tblStylePr w:type="band1Horz">
      <w:tblPr/>
      <w:tcPr>
        <w:shd w:val="clear" w:color="auto" w:fill="BDF3F2"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CB654" w:themeColor="accent6"/>
        <w:bottom w:val="single" w:sz="8" w:space="0" w:color="FCB654" w:themeColor="accent6"/>
      </w:tblBorders>
    </w:tblPr>
    <w:tblStylePr w:type="firstRow">
      <w:rPr>
        <w:rFonts w:asciiTheme="majorHAnsi" w:eastAsiaTheme="majorEastAsia" w:hAnsiTheme="majorHAnsi" w:cstheme="majorBidi"/>
      </w:rPr>
      <w:tblPr/>
      <w:tcPr>
        <w:tcBorders>
          <w:top w:val="nil"/>
          <w:bottom w:val="single" w:sz="8" w:space="0" w:color="FCB654" w:themeColor="accent6"/>
        </w:tcBorders>
      </w:tcPr>
    </w:tblStylePr>
    <w:tblStylePr w:type="lastRow">
      <w:rPr>
        <w:b/>
        <w:bCs/>
        <w:color w:val="0E2841" w:themeColor="text2"/>
      </w:rPr>
      <w:tblPr/>
      <w:tcPr>
        <w:tcBorders>
          <w:top w:val="single" w:sz="8" w:space="0" w:color="FCB654" w:themeColor="accent6"/>
          <w:bottom w:val="single" w:sz="8" w:space="0" w:color="FCB654" w:themeColor="accent6"/>
        </w:tcBorders>
      </w:tcPr>
    </w:tblStylePr>
    <w:tblStylePr w:type="firstCol">
      <w:rPr>
        <w:b/>
        <w:bCs/>
      </w:rPr>
    </w:tblStylePr>
    <w:tblStylePr w:type="lastCol">
      <w:rPr>
        <w:b/>
        <w:bCs/>
      </w:rPr>
      <w:tblPr/>
      <w:tcPr>
        <w:tcBorders>
          <w:top w:val="single" w:sz="8" w:space="0" w:color="FCB654" w:themeColor="accent6"/>
          <w:bottom w:val="single" w:sz="8" w:space="0" w:color="FCB654" w:themeColor="accent6"/>
        </w:tcBorders>
      </w:tcPr>
    </w:tblStylePr>
    <w:tblStylePr w:type="band1Vert">
      <w:tblPr/>
      <w:tcPr>
        <w:shd w:val="clear" w:color="auto" w:fill="FEECD4" w:themeFill="accent6" w:themeFillTint="3F"/>
      </w:tcPr>
    </w:tblStylePr>
    <w:tblStylePr w:type="band1Horz">
      <w:tblPr/>
      <w:tcPr>
        <w:shd w:val="clear" w:color="auto" w:fill="FEECD4"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DA8A5" w:themeColor="accent1"/>
        <w:left w:val="single" w:sz="8" w:space="0" w:color="1DA8A5" w:themeColor="accent1"/>
        <w:bottom w:val="single" w:sz="8" w:space="0" w:color="1DA8A5" w:themeColor="accent1"/>
        <w:right w:val="single" w:sz="8" w:space="0" w:color="1DA8A5" w:themeColor="accent1"/>
      </w:tblBorders>
    </w:tblPr>
    <w:tblStylePr w:type="firstRow">
      <w:rPr>
        <w:sz w:val="24"/>
        <w:szCs w:val="24"/>
      </w:rPr>
      <w:tblPr/>
      <w:tcPr>
        <w:tcBorders>
          <w:top w:val="nil"/>
          <w:left w:val="nil"/>
          <w:bottom w:val="single" w:sz="24" w:space="0" w:color="1DA8A5" w:themeColor="accent1"/>
          <w:right w:val="nil"/>
          <w:insideH w:val="nil"/>
          <w:insideV w:val="nil"/>
        </w:tcBorders>
        <w:shd w:val="clear" w:color="auto" w:fill="FFFFFF" w:themeFill="background1"/>
      </w:tcPr>
    </w:tblStylePr>
    <w:tblStylePr w:type="lastRow">
      <w:tblPr/>
      <w:tcPr>
        <w:tcBorders>
          <w:top w:val="single" w:sz="8" w:space="0" w:color="1DA8A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DA8A5" w:themeColor="accent1"/>
          <w:insideH w:val="nil"/>
          <w:insideV w:val="nil"/>
        </w:tcBorders>
        <w:shd w:val="clear" w:color="auto" w:fill="FFFFFF" w:themeFill="background1"/>
      </w:tcPr>
    </w:tblStylePr>
    <w:tblStylePr w:type="lastCol">
      <w:tblPr/>
      <w:tcPr>
        <w:tcBorders>
          <w:top w:val="nil"/>
          <w:left w:val="single" w:sz="8" w:space="0" w:color="1DA8A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F3F2" w:themeFill="accent1" w:themeFillTint="3F"/>
      </w:tcPr>
    </w:tblStylePr>
    <w:tblStylePr w:type="band1Horz">
      <w:tblPr/>
      <w:tcPr>
        <w:tcBorders>
          <w:top w:val="nil"/>
          <w:bottom w:val="nil"/>
          <w:insideH w:val="nil"/>
          <w:insideV w:val="nil"/>
        </w:tcBorders>
        <w:shd w:val="clear" w:color="auto" w:fill="BDF3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CB654" w:themeColor="accent2"/>
        <w:left w:val="single" w:sz="8" w:space="0" w:color="FCB654" w:themeColor="accent2"/>
        <w:bottom w:val="single" w:sz="8" w:space="0" w:color="FCB654" w:themeColor="accent2"/>
        <w:right w:val="single" w:sz="8" w:space="0" w:color="FCB654" w:themeColor="accent2"/>
      </w:tblBorders>
    </w:tblPr>
    <w:tblStylePr w:type="firstRow">
      <w:rPr>
        <w:sz w:val="24"/>
        <w:szCs w:val="24"/>
      </w:rPr>
      <w:tblPr/>
      <w:tcPr>
        <w:tcBorders>
          <w:top w:val="nil"/>
          <w:left w:val="nil"/>
          <w:bottom w:val="single" w:sz="24" w:space="0" w:color="FCB654" w:themeColor="accent2"/>
          <w:right w:val="nil"/>
          <w:insideH w:val="nil"/>
          <w:insideV w:val="nil"/>
        </w:tcBorders>
        <w:shd w:val="clear" w:color="auto" w:fill="FFFFFF" w:themeFill="background1"/>
      </w:tcPr>
    </w:tblStylePr>
    <w:tblStylePr w:type="lastRow">
      <w:tblPr/>
      <w:tcPr>
        <w:tcBorders>
          <w:top w:val="single" w:sz="8" w:space="0" w:color="FCB654"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CB654" w:themeColor="accent2"/>
          <w:insideH w:val="nil"/>
          <w:insideV w:val="nil"/>
        </w:tcBorders>
        <w:shd w:val="clear" w:color="auto" w:fill="FFFFFF" w:themeFill="background1"/>
      </w:tcPr>
    </w:tblStylePr>
    <w:tblStylePr w:type="lastCol">
      <w:tblPr/>
      <w:tcPr>
        <w:tcBorders>
          <w:top w:val="nil"/>
          <w:left w:val="single" w:sz="8" w:space="0" w:color="FCB654"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CD4" w:themeFill="accent2" w:themeFillTint="3F"/>
      </w:tcPr>
    </w:tblStylePr>
    <w:tblStylePr w:type="band1Horz">
      <w:tblPr/>
      <w:tcPr>
        <w:tcBorders>
          <w:top w:val="nil"/>
          <w:bottom w:val="nil"/>
          <w:insideH w:val="nil"/>
          <w:insideV w:val="nil"/>
        </w:tcBorders>
        <w:shd w:val="clear" w:color="auto" w:fill="FEECD4"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16A8B" w:themeColor="accent3"/>
        <w:left w:val="single" w:sz="8" w:space="0" w:color="F16A8B" w:themeColor="accent3"/>
        <w:bottom w:val="single" w:sz="8" w:space="0" w:color="F16A8B" w:themeColor="accent3"/>
        <w:right w:val="single" w:sz="8" w:space="0" w:color="F16A8B" w:themeColor="accent3"/>
      </w:tblBorders>
    </w:tblPr>
    <w:tblStylePr w:type="firstRow">
      <w:rPr>
        <w:sz w:val="24"/>
        <w:szCs w:val="24"/>
      </w:rPr>
      <w:tblPr/>
      <w:tcPr>
        <w:tcBorders>
          <w:top w:val="nil"/>
          <w:left w:val="nil"/>
          <w:bottom w:val="single" w:sz="24" w:space="0" w:color="F16A8B" w:themeColor="accent3"/>
          <w:right w:val="nil"/>
          <w:insideH w:val="nil"/>
          <w:insideV w:val="nil"/>
        </w:tcBorders>
        <w:shd w:val="clear" w:color="auto" w:fill="FFFFFF" w:themeFill="background1"/>
      </w:tcPr>
    </w:tblStylePr>
    <w:tblStylePr w:type="lastRow">
      <w:tblPr/>
      <w:tcPr>
        <w:tcBorders>
          <w:top w:val="single" w:sz="8" w:space="0" w:color="F16A8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16A8B" w:themeColor="accent3"/>
          <w:insideH w:val="nil"/>
          <w:insideV w:val="nil"/>
        </w:tcBorders>
        <w:shd w:val="clear" w:color="auto" w:fill="FFFFFF" w:themeFill="background1"/>
      </w:tcPr>
    </w:tblStylePr>
    <w:tblStylePr w:type="lastCol">
      <w:tblPr/>
      <w:tcPr>
        <w:tcBorders>
          <w:top w:val="nil"/>
          <w:left w:val="single" w:sz="8" w:space="0" w:color="F16A8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AE2" w:themeFill="accent3" w:themeFillTint="3F"/>
      </w:tcPr>
    </w:tblStylePr>
    <w:tblStylePr w:type="band1Horz">
      <w:tblPr/>
      <w:tcPr>
        <w:tcBorders>
          <w:top w:val="nil"/>
          <w:bottom w:val="nil"/>
          <w:insideH w:val="nil"/>
          <w:insideV w:val="nil"/>
        </w:tcBorders>
        <w:shd w:val="clear" w:color="auto" w:fill="FBDAE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BC24A" w:themeColor="accent4"/>
        <w:left w:val="single" w:sz="8" w:space="0" w:color="7BC24A" w:themeColor="accent4"/>
        <w:bottom w:val="single" w:sz="8" w:space="0" w:color="7BC24A" w:themeColor="accent4"/>
        <w:right w:val="single" w:sz="8" w:space="0" w:color="7BC24A" w:themeColor="accent4"/>
      </w:tblBorders>
    </w:tblPr>
    <w:tblStylePr w:type="firstRow">
      <w:rPr>
        <w:sz w:val="24"/>
        <w:szCs w:val="24"/>
      </w:rPr>
      <w:tblPr/>
      <w:tcPr>
        <w:tcBorders>
          <w:top w:val="nil"/>
          <w:left w:val="nil"/>
          <w:bottom w:val="single" w:sz="24" w:space="0" w:color="7BC24A" w:themeColor="accent4"/>
          <w:right w:val="nil"/>
          <w:insideH w:val="nil"/>
          <w:insideV w:val="nil"/>
        </w:tcBorders>
        <w:shd w:val="clear" w:color="auto" w:fill="FFFFFF" w:themeFill="background1"/>
      </w:tcPr>
    </w:tblStylePr>
    <w:tblStylePr w:type="lastRow">
      <w:tblPr/>
      <w:tcPr>
        <w:tcBorders>
          <w:top w:val="single" w:sz="8" w:space="0" w:color="7BC24A"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BC24A" w:themeColor="accent4"/>
          <w:insideH w:val="nil"/>
          <w:insideV w:val="nil"/>
        </w:tcBorders>
        <w:shd w:val="clear" w:color="auto" w:fill="FFFFFF" w:themeFill="background1"/>
      </w:tcPr>
    </w:tblStylePr>
    <w:tblStylePr w:type="lastCol">
      <w:tblPr/>
      <w:tcPr>
        <w:tcBorders>
          <w:top w:val="nil"/>
          <w:left w:val="single" w:sz="8" w:space="0" w:color="7BC24A"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F0D2" w:themeFill="accent4" w:themeFillTint="3F"/>
      </w:tcPr>
    </w:tblStylePr>
    <w:tblStylePr w:type="band1Horz">
      <w:tblPr/>
      <w:tcPr>
        <w:tcBorders>
          <w:top w:val="nil"/>
          <w:bottom w:val="nil"/>
          <w:insideH w:val="nil"/>
          <w:insideV w:val="nil"/>
        </w:tcBorders>
        <w:shd w:val="clear" w:color="auto" w:fill="DEF0D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DA8A5" w:themeColor="accent5"/>
        <w:left w:val="single" w:sz="8" w:space="0" w:color="1DA8A5" w:themeColor="accent5"/>
        <w:bottom w:val="single" w:sz="8" w:space="0" w:color="1DA8A5" w:themeColor="accent5"/>
        <w:right w:val="single" w:sz="8" w:space="0" w:color="1DA8A5" w:themeColor="accent5"/>
      </w:tblBorders>
    </w:tblPr>
    <w:tblStylePr w:type="firstRow">
      <w:rPr>
        <w:sz w:val="24"/>
        <w:szCs w:val="24"/>
      </w:rPr>
      <w:tblPr/>
      <w:tcPr>
        <w:tcBorders>
          <w:top w:val="nil"/>
          <w:left w:val="nil"/>
          <w:bottom w:val="single" w:sz="24" w:space="0" w:color="1DA8A5" w:themeColor="accent5"/>
          <w:right w:val="nil"/>
          <w:insideH w:val="nil"/>
          <w:insideV w:val="nil"/>
        </w:tcBorders>
        <w:shd w:val="clear" w:color="auto" w:fill="FFFFFF" w:themeFill="background1"/>
      </w:tcPr>
    </w:tblStylePr>
    <w:tblStylePr w:type="lastRow">
      <w:tblPr/>
      <w:tcPr>
        <w:tcBorders>
          <w:top w:val="single" w:sz="8" w:space="0" w:color="1DA8A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DA8A5" w:themeColor="accent5"/>
          <w:insideH w:val="nil"/>
          <w:insideV w:val="nil"/>
        </w:tcBorders>
        <w:shd w:val="clear" w:color="auto" w:fill="FFFFFF" w:themeFill="background1"/>
      </w:tcPr>
    </w:tblStylePr>
    <w:tblStylePr w:type="lastCol">
      <w:tblPr/>
      <w:tcPr>
        <w:tcBorders>
          <w:top w:val="nil"/>
          <w:left w:val="single" w:sz="8" w:space="0" w:color="1DA8A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F3F2" w:themeFill="accent5" w:themeFillTint="3F"/>
      </w:tcPr>
    </w:tblStylePr>
    <w:tblStylePr w:type="band1Horz">
      <w:tblPr/>
      <w:tcPr>
        <w:tcBorders>
          <w:top w:val="nil"/>
          <w:bottom w:val="nil"/>
          <w:insideH w:val="nil"/>
          <w:insideV w:val="nil"/>
        </w:tcBorders>
        <w:shd w:val="clear" w:color="auto" w:fill="BDF3F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CB654" w:themeColor="accent6"/>
        <w:left w:val="single" w:sz="8" w:space="0" w:color="FCB654" w:themeColor="accent6"/>
        <w:bottom w:val="single" w:sz="8" w:space="0" w:color="FCB654" w:themeColor="accent6"/>
        <w:right w:val="single" w:sz="8" w:space="0" w:color="FCB654" w:themeColor="accent6"/>
      </w:tblBorders>
    </w:tblPr>
    <w:tblStylePr w:type="firstRow">
      <w:rPr>
        <w:sz w:val="24"/>
        <w:szCs w:val="24"/>
      </w:rPr>
      <w:tblPr/>
      <w:tcPr>
        <w:tcBorders>
          <w:top w:val="nil"/>
          <w:left w:val="nil"/>
          <w:bottom w:val="single" w:sz="24" w:space="0" w:color="FCB654" w:themeColor="accent6"/>
          <w:right w:val="nil"/>
          <w:insideH w:val="nil"/>
          <w:insideV w:val="nil"/>
        </w:tcBorders>
        <w:shd w:val="clear" w:color="auto" w:fill="FFFFFF" w:themeFill="background1"/>
      </w:tcPr>
    </w:tblStylePr>
    <w:tblStylePr w:type="lastRow">
      <w:tblPr/>
      <w:tcPr>
        <w:tcBorders>
          <w:top w:val="single" w:sz="8" w:space="0" w:color="FCB654"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CB654" w:themeColor="accent6"/>
          <w:insideH w:val="nil"/>
          <w:insideV w:val="nil"/>
        </w:tcBorders>
        <w:shd w:val="clear" w:color="auto" w:fill="FFFFFF" w:themeFill="background1"/>
      </w:tcPr>
    </w:tblStylePr>
    <w:tblStylePr w:type="lastCol">
      <w:tblPr/>
      <w:tcPr>
        <w:tcBorders>
          <w:top w:val="nil"/>
          <w:left w:val="single" w:sz="8" w:space="0" w:color="FCB65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CD4" w:themeFill="accent6" w:themeFillTint="3F"/>
      </w:tcPr>
    </w:tblStylePr>
    <w:tblStylePr w:type="band1Horz">
      <w:tblPr/>
      <w:tcPr>
        <w:tcBorders>
          <w:top w:val="nil"/>
          <w:bottom w:val="nil"/>
          <w:insideH w:val="nil"/>
          <w:insideV w:val="nil"/>
        </w:tcBorders>
        <w:shd w:val="clear" w:color="auto" w:fill="FEECD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36DCD8" w:themeColor="accent1" w:themeTint="BF"/>
        <w:left w:val="single" w:sz="8" w:space="0" w:color="36DCD8" w:themeColor="accent1" w:themeTint="BF"/>
        <w:bottom w:val="single" w:sz="8" w:space="0" w:color="36DCD8" w:themeColor="accent1" w:themeTint="BF"/>
        <w:right w:val="single" w:sz="8" w:space="0" w:color="36DCD8" w:themeColor="accent1" w:themeTint="BF"/>
        <w:insideH w:val="single" w:sz="8" w:space="0" w:color="36DCD8" w:themeColor="accent1" w:themeTint="BF"/>
        <w:insideV w:val="single" w:sz="8" w:space="0" w:color="36DCD8" w:themeColor="accent1" w:themeTint="BF"/>
      </w:tblBorders>
    </w:tblPr>
    <w:tcPr>
      <w:shd w:val="clear" w:color="auto" w:fill="BDF3F2" w:themeFill="accent1" w:themeFillTint="3F"/>
    </w:tcPr>
    <w:tblStylePr w:type="firstRow">
      <w:rPr>
        <w:b/>
        <w:bCs/>
      </w:rPr>
    </w:tblStylePr>
    <w:tblStylePr w:type="lastRow">
      <w:rPr>
        <w:b/>
        <w:bCs/>
      </w:rPr>
      <w:tblPr/>
      <w:tcPr>
        <w:tcBorders>
          <w:top w:val="single" w:sz="18" w:space="0" w:color="36DCD8" w:themeColor="accent1" w:themeTint="BF"/>
        </w:tcBorders>
      </w:tcPr>
    </w:tblStylePr>
    <w:tblStylePr w:type="firstCol">
      <w:rPr>
        <w:b/>
        <w:bCs/>
      </w:rPr>
    </w:tblStylePr>
    <w:tblStylePr w:type="lastCol">
      <w:rPr>
        <w:b/>
        <w:bCs/>
      </w:rPr>
    </w:tblStylePr>
    <w:tblStylePr w:type="band1Vert">
      <w:tblPr/>
      <w:tcPr>
        <w:shd w:val="clear" w:color="auto" w:fill="79E8E5" w:themeFill="accent1" w:themeFillTint="7F"/>
      </w:tcPr>
    </w:tblStylePr>
    <w:tblStylePr w:type="band1Horz">
      <w:tblPr/>
      <w:tcPr>
        <w:shd w:val="clear" w:color="auto" w:fill="79E8E5"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FCC77E" w:themeColor="accent2" w:themeTint="BF"/>
        <w:left w:val="single" w:sz="8" w:space="0" w:color="FCC77E" w:themeColor="accent2" w:themeTint="BF"/>
        <w:bottom w:val="single" w:sz="8" w:space="0" w:color="FCC77E" w:themeColor="accent2" w:themeTint="BF"/>
        <w:right w:val="single" w:sz="8" w:space="0" w:color="FCC77E" w:themeColor="accent2" w:themeTint="BF"/>
        <w:insideH w:val="single" w:sz="8" w:space="0" w:color="FCC77E" w:themeColor="accent2" w:themeTint="BF"/>
        <w:insideV w:val="single" w:sz="8" w:space="0" w:color="FCC77E" w:themeColor="accent2" w:themeTint="BF"/>
      </w:tblBorders>
    </w:tblPr>
    <w:tcPr>
      <w:shd w:val="clear" w:color="auto" w:fill="FEECD4" w:themeFill="accent2" w:themeFillTint="3F"/>
    </w:tcPr>
    <w:tblStylePr w:type="firstRow">
      <w:rPr>
        <w:b/>
        <w:bCs/>
      </w:rPr>
    </w:tblStylePr>
    <w:tblStylePr w:type="lastRow">
      <w:rPr>
        <w:b/>
        <w:bCs/>
      </w:rPr>
      <w:tblPr/>
      <w:tcPr>
        <w:tcBorders>
          <w:top w:val="single" w:sz="18" w:space="0" w:color="FCC77E" w:themeColor="accent2" w:themeTint="BF"/>
        </w:tcBorders>
      </w:tcPr>
    </w:tblStylePr>
    <w:tblStylePr w:type="firstCol">
      <w:rPr>
        <w:b/>
        <w:bCs/>
      </w:rPr>
    </w:tblStylePr>
    <w:tblStylePr w:type="lastCol">
      <w:rPr>
        <w:b/>
        <w:bCs/>
      </w:rPr>
    </w:tblStylePr>
    <w:tblStylePr w:type="band1Vert">
      <w:tblPr/>
      <w:tcPr>
        <w:shd w:val="clear" w:color="auto" w:fill="FDDAA9" w:themeFill="accent2" w:themeFillTint="7F"/>
      </w:tcPr>
    </w:tblStylePr>
    <w:tblStylePr w:type="band1Horz">
      <w:tblPr/>
      <w:tcPr>
        <w:shd w:val="clear" w:color="auto" w:fill="FDDAA9"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F48FA7" w:themeColor="accent3" w:themeTint="BF"/>
        <w:left w:val="single" w:sz="8" w:space="0" w:color="F48FA7" w:themeColor="accent3" w:themeTint="BF"/>
        <w:bottom w:val="single" w:sz="8" w:space="0" w:color="F48FA7" w:themeColor="accent3" w:themeTint="BF"/>
        <w:right w:val="single" w:sz="8" w:space="0" w:color="F48FA7" w:themeColor="accent3" w:themeTint="BF"/>
        <w:insideH w:val="single" w:sz="8" w:space="0" w:color="F48FA7" w:themeColor="accent3" w:themeTint="BF"/>
        <w:insideV w:val="single" w:sz="8" w:space="0" w:color="F48FA7" w:themeColor="accent3" w:themeTint="BF"/>
      </w:tblBorders>
    </w:tblPr>
    <w:tcPr>
      <w:shd w:val="clear" w:color="auto" w:fill="FBDAE2" w:themeFill="accent3" w:themeFillTint="3F"/>
    </w:tcPr>
    <w:tblStylePr w:type="firstRow">
      <w:rPr>
        <w:b/>
        <w:bCs/>
      </w:rPr>
    </w:tblStylePr>
    <w:tblStylePr w:type="lastRow">
      <w:rPr>
        <w:b/>
        <w:bCs/>
      </w:rPr>
      <w:tblPr/>
      <w:tcPr>
        <w:tcBorders>
          <w:top w:val="single" w:sz="18" w:space="0" w:color="F48FA7" w:themeColor="accent3" w:themeTint="BF"/>
        </w:tcBorders>
      </w:tcPr>
    </w:tblStylePr>
    <w:tblStylePr w:type="firstCol">
      <w:rPr>
        <w:b/>
        <w:bCs/>
      </w:rPr>
    </w:tblStylePr>
    <w:tblStylePr w:type="lastCol">
      <w:rPr>
        <w:b/>
        <w:bCs/>
      </w:rPr>
    </w:tblStylePr>
    <w:tblStylePr w:type="band1Vert">
      <w:tblPr/>
      <w:tcPr>
        <w:shd w:val="clear" w:color="auto" w:fill="F8B4C4" w:themeFill="accent3" w:themeFillTint="7F"/>
      </w:tcPr>
    </w:tblStylePr>
    <w:tblStylePr w:type="band1Horz">
      <w:tblPr/>
      <w:tcPr>
        <w:shd w:val="clear" w:color="auto" w:fill="F8B4C4"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CD177" w:themeColor="accent4" w:themeTint="BF"/>
        <w:left w:val="single" w:sz="8" w:space="0" w:color="9CD177" w:themeColor="accent4" w:themeTint="BF"/>
        <w:bottom w:val="single" w:sz="8" w:space="0" w:color="9CD177" w:themeColor="accent4" w:themeTint="BF"/>
        <w:right w:val="single" w:sz="8" w:space="0" w:color="9CD177" w:themeColor="accent4" w:themeTint="BF"/>
        <w:insideH w:val="single" w:sz="8" w:space="0" w:color="9CD177" w:themeColor="accent4" w:themeTint="BF"/>
        <w:insideV w:val="single" w:sz="8" w:space="0" w:color="9CD177" w:themeColor="accent4" w:themeTint="BF"/>
      </w:tblBorders>
    </w:tblPr>
    <w:tcPr>
      <w:shd w:val="clear" w:color="auto" w:fill="DEF0D2" w:themeFill="accent4" w:themeFillTint="3F"/>
    </w:tcPr>
    <w:tblStylePr w:type="firstRow">
      <w:rPr>
        <w:b/>
        <w:bCs/>
      </w:rPr>
    </w:tblStylePr>
    <w:tblStylePr w:type="lastRow">
      <w:rPr>
        <w:b/>
        <w:bCs/>
      </w:rPr>
      <w:tblPr/>
      <w:tcPr>
        <w:tcBorders>
          <w:top w:val="single" w:sz="18" w:space="0" w:color="9CD177" w:themeColor="accent4" w:themeTint="BF"/>
        </w:tcBorders>
      </w:tcPr>
    </w:tblStylePr>
    <w:tblStylePr w:type="firstCol">
      <w:rPr>
        <w:b/>
        <w:bCs/>
      </w:rPr>
    </w:tblStylePr>
    <w:tblStylePr w:type="lastCol">
      <w:rPr>
        <w:b/>
        <w:bCs/>
      </w:rPr>
    </w:tblStylePr>
    <w:tblStylePr w:type="band1Vert">
      <w:tblPr/>
      <w:tcPr>
        <w:shd w:val="clear" w:color="auto" w:fill="BDE0A4" w:themeFill="accent4" w:themeFillTint="7F"/>
      </w:tcPr>
    </w:tblStylePr>
    <w:tblStylePr w:type="band1Horz">
      <w:tblPr/>
      <w:tcPr>
        <w:shd w:val="clear" w:color="auto" w:fill="BDE0A4"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36DCD8" w:themeColor="accent5" w:themeTint="BF"/>
        <w:left w:val="single" w:sz="8" w:space="0" w:color="36DCD8" w:themeColor="accent5" w:themeTint="BF"/>
        <w:bottom w:val="single" w:sz="8" w:space="0" w:color="36DCD8" w:themeColor="accent5" w:themeTint="BF"/>
        <w:right w:val="single" w:sz="8" w:space="0" w:color="36DCD8" w:themeColor="accent5" w:themeTint="BF"/>
        <w:insideH w:val="single" w:sz="8" w:space="0" w:color="36DCD8" w:themeColor="accent5" w:themeTint="BF"/>
        <w:insideV w:val="single" w:sz="8" w:space="0" w:color="36DCD8" w:themeColor="accent5" w:themeTint="BF"/>
      </w:tblBorders>
    </w:tblPr>
    <w:tcPr>
      <w:shd w:val="clear" w:color="auto" w:fill="BDF3F2" w:themeFill="accent5" w:themeFillTint="3F"/>
    </w:tcPr>
    <w:tblStylePr w:type="firstRow">
      <w:rPr>
        <w:b/>
        <w:bCs/>
      </w:rPr>
    </w:tblStylePr>
    <w:tblStylePr w:type="lastRow">
      <w:rPr>
        <w:b/>
        <w:bCs/>
      </w:rPr>
      <w:tblPr/>
      <w:tcPr>
        <w:tcBorders>
          <w:top w:val="single" w:sz="18" w:space="0" w:color="36DCD8" w:themeColor="accent5" w:themeTint="BF"/>
        </w:tcBorders>
      </w:tcPr>
    </w:tblStylePr>
    <w:tblStylePr w:type="firstCol">
      <w:rPr>
        <w:b/>
        <w:bCs/>
      </w:rPr>
    </w:tblStylePr>
    <w:tblStylePr w:type="lastCol">
      <w:rPr>
        <w:b/>
        <w:bCs/>
      </w:rPr>
    </w:tblStylePr>
    <w:tblStylePr w:type="band1Vert">
      <w:tblPr/>
      <w:tcPr>
        <w:shd w:val="clear" w:color="auto" w:fill="79E8E5" w:themeFill="accent5" w:themeFillTint="7F"/>
      </w:tcPr>
    </w:tblStylePr>
    <w:tblStylePr w:type="band1Horz">
      <w:tblPr/>
      <w:tcPr>
        <w:shd w:val="clear" w:color="auto" w:fill="79E8E5"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CC77E" w:themeColor="accent6" w:themeTint="BF"/>
        <w:left w:val="single" w:sz="8" w:space="0" w:color="FCC77E" w:themeColor="accent6" w:themeTint="BF"/>
        <w:bottom w:val="single" w:sz="8" w:space="0" w:color="FCC77E" w:themeColor="accent6" w:themeTint="BF"/>
        <w:right w:val="single" w:sz="8" w:space="0" w:color="FCC77E" w:themeColor="accent6" w:themeTint="BF"/>
        <w:insideH w:val="single" w:sz="8" w:space="0" w:color="FCC77E" w:themeColor="accent6" w:themeTint="BF"/>
        <w:insideV w:val="single" w:sz="8" w:space="0" w:color="FCC77E" w:themeColor="accent6" w:themeTint="BF"/>
      </w:tblBorders>
    </w:tblPr>
    <w:tcPr>
      <w:shd w:val="clear" w:color="auto" w:fill="FEECD4" w:themeFill="accent6" w:themeFillTint="3F"/>
    </w:tcPr>
    <w:tblStylePr w:type="firstRow">
      <w:rPr>
        <w:b/>
        <w:bCs/>
      </w:rPr>
    </w:tblStylePr>
    <w:tblStylePr w:type="lastRow">
      <w:rPr>
        <w:b/>
        <w:bCs/>
      </w:rPr>
      <w:tblPr/>
      <w:tcPr>
        <w:tcBorders>
          <w:top w:val="single" w:sz="18" w:space="0" w:color="FCC77E" w:themeColor="accent6" w:themeTint="BF"/>
        </w:tcBorders>
      </w:tcPr>
    </w:tblStylePr>
    <w:tblStylePr w:type="firstCol">
      <w:rPr>
        <w:b/>
        <w:bCs/>
      </w:rPr>
    </w:tblStylePr>
    <w:tblStylePr w:type="lastCol">
      <w:rPr>
        <w:b/>
        <w:bCs/>
      </w:rPr>
    </w:tblStylePr>
    <w:tblStylePr w:type="band1Vert">
      <w:tblPr/>
      <w:tcPr>
        <w:shd w:val="clear" w:color="auto" w:fill="FDDAA9" w:themeFill="accent6" w:themeFillTint="7F"/>
      </w:tcPr>
    </w:tblStylePr>
    <w:tblStylePr w:type="band1Horz">
      <w:tblPr/>
      <w:tcPr>
        <w:shd w:val="clear" w:color="auto" w:fill="FDDAA9"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DA8A5" w:themeColor="accent1"/>
        <w:left w:val="single" w:sz="8" w:space="0" w:color="1DA8A5" w:themeColor="accent1"/>
        <w:bottom w:val="single" w:sz="8" w:space="0" w:color="1DA8A5" w:themeColor="accent1"/>
        <w:right w:val="single" w:sz="8" w:space="0" w:color="1DA8A5" w:themeColor="accent1"/>
        <w:insideH w:val="single" w:sz="8" w:space="0" w:color="1DA8A5" w:themeColor="accent1"/>
        <w:insideV w:val="single" w:sz="8" w:space="0" w:color="1DA8A5" w:themeColor="accent1"/>
      </w:tblBorders>
    </w:tblPr>
    <w:tcPr>
      <w:shd w:val="clear" w:color="auto" w:fill="BDF3F2" w:themeFill="accent1" w:themeFillTint="3F"/>
    </w:tcPr>
    <w:tblStylePr w:type="firstRow">
      <w:rPr>
        <w:b/>
        <w:bCs/>
        <w:color w:val="000000" w:themeColor="text1"/>
      </w:rPr>
      <w:tblPr/>
      <w:tcPr>
        <w:shd w:val="clear" w:color="auto" w:fill="E4FA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9F5F4" w:themeFill="accent1" w:themeFillTint="33"/>
      </w:tcPr>
    </w:tblStylePr>
    <w:tblStylePr w:type="band1Vert">
      <w:tblPr/>
      <w:tcPr>
        <w:shd w:val="clear" w:color="auto" w:fill="79E8E5" w:themeFill="accent1" w:themeFillTint="7F"/>
      </w:tcPr>
    </w:tblStylePr>
    <w:tblStylePr w:type="band1Horz">
      <w:tblPr/>
      <w:tcPr>
        <w:tcBorders>
          <w:insideH w:val="single" w:sz="6" w:space="0" w:color="1DA8A5" w:themeColor="accent1"/>
          <w:insideV w:val="single" w:sz="6" w:space="0" w:color="1DA8A5" w:themeColor="accent1"/>
        </w:tcBorders>
        <w:shd w:val="clear" w:color="auto" w:fill="79E8E5"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CB654" w:themeColor="accent2"/>
        <w:left w:val="single" w:sz="8" w:space="0" w:color="FCB654" w:themeColor="accent2"/>
        <w:bottom w:val="single" w:sz="8" w:space="0" w:color="FCB654" w:themeColor="accent2"/>
        <w:right w:val="single" w:sz="8" w:space="0" w:color="FCB654" w:themeColor="accent2"/>
        <w:insideH w:val="single" w:sz="8" w:space="0" w:color="FCB654" w:themeColor="accent2"/>
        <w:insideV w:val="single" w:sz="8" w:space="0" w:color="FCB654" w:themeColor="accent2"/>
      </w:tblBorders>
    </w:tblPr>
    <w:tcPr>
      <w:shd w:val="clear" w:color="auto" w:fill="FEECD4" w:themeFill="accent2" w:themeFillTint="3F"/>
    </w:tcPr>
    <w:tblStylePr w:type="firstRow">
      <w:rPr>
        <w:b/>
        <w:bCs/>
        <w:color w:val="000000" w:themeColor="text1"/>
      </w:rPr>
      <w:tblPr/>
      <w:tcPr>
        <w:shd w:val="clear" w:color="auto" w:fill="FEF7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0DC" w:themeFill="accent2" w:themeFillTint="33"/>
      </w:tcPr>
    </w:tblStylePr>
    <w:tblStylePr w:type="band1Vert">
      <w:tblPr/>
      <w:tcPr>
        <w:shd w:val="clear" w:color="auto" w:fill="FDDAA9" w:themeFill="accent2" w:themeFillTint="7F"/>
      </w:tcPr>
    </w:tblStylePr>
    <w:tblStylePr w:type="band1Horz">
      <w:tblPr/>
      <w:tcPr>
        <w:tcBorders>
          <w:insideH w:val="single" w:sz="6" w:space="0" w:color="FCB654" w:themeColor="accent2"/>
          <w:insideV w:val="single" w:sz="6" w:space="0" w:color="FCB654" w:themeColor="accent2"/>
        </w:tcBorders>
        <w:shd w:val="clear" w:color="auto" w:fill="FDDAA9"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16A8B" w:themeColor="accent3"/>
        <w:left w:val="single" w:sz="8" w:space="0" w:color="F16A8B" w:themeColor="accent3"/>
        <w:bottom w:val="single" w:sz="8" w:space="0" w:color="F16A8B" w:themeColor="accent3"/>
        <w:right w:val="single" w:sz="8" w:space="0" w:color="F16A8B" w:themeColor="accent3"/>
        <w:insideH w:val="single" w:sz="8" w:space="0" w:color="F16A8B" w:themeColor="accent3"/>
        <w:insideV w:val="single" w:sz="8" w:space="0" w:color="F16A8B" w:themeColor="accent3"/>
      </w:tblBorders>
    </w:tblPr>
    <w:tcPr>
      <w:shd w:val="clear" w:color="auto" w:fill="FBDAE2" w:themeFill="accent3" w:themeFillTint="3F"/>
    </w:tcPr>
    <w:tblStylePr w:type="firstRow">
      <w:rPr>
        <w:b/>
        <w:bCs/>
        <w:color w:val="000000" w:themeColor="text1"/>
      </w:rPr>
      <w:tblPr/>
      <w:tcPr>
        <w:shd w:val="clear" w:color="auto" w:fill="FDF0F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E1E7" w:themeFill="accent3" w:themeFillTint="33"/>
      </w:tcPr>
    </w:tblStylePr>
    <w:tblStylePr w:type="band1Vert">
      <w:tblPr/>
      <w:tcPr>
        <w:shd w:val="clear" w:color="auto" w:fill="F8B4C4" w:themeFill="accent3" w:themeFillTint="7F"/>
      </w:tcPr>
    </w:tblStylePr>
    <w:tblStylePr w:type="band1Horz">
      <w:tblPr/>
      <w:tcPr>
        <w:tcBorders>
          <w:insideH w:val="single" w:sz="6" w:space="0" w:color="F16A8B" w:themeColor="accent3"/>
          <w:insideV w:val="single" w:sz="6" w:space="0" w:color="F16A8B" w:themeColor="accent3"/>
        </w:tcBorders>
        <w:shd w:val="clear" w:color="auto" w:fill="F8B4C4"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BC24A" w:themeColor="accent4"/>
        <w:left w:val="single" w:sz="8" w:space="0" w:color="7BC24A" w:themeColor="accent4"/>
        <w:bottom w:val="single" w:sz="8" w:space="0" w:color="7BC24A" w:themeColor="accent4"/>
        <w:right w:val="single" w:sz="8" w:space="0" w:color="7BC24A" w:themeColor="accent4"/>
        <w:insideH w:val="single" w:sz="8" w:space="0" w:color="7BC24A" w:themeColor="accent4"/>
        <w:insideV w:val="single" w:sz="8" w:space="0" w:color="7BC24A" w:themeColor="accent4"/>
      </w:tblBorders>
    </w:tblPr>
    <w:tcPr>
      <w:shd w:val="clear" w:color="auto" w:fill="DEF0D2" w:themeFill="accent4" w:themeFillTint="3F"/>
    </w:tcPr>
    <w:tblStylePr w:type="firstRow">
      <w:rPr>
        <w:b/>
        <w:bCs/>
        <w:color w:val="000000" w:themeColor="text1"/>
      </w:rPr>
      <w:tblPr/>
      <w:tcPr>
        <w:shd w:val="clear" w:color="auto" w:fill="F1F9E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F2DA" w:themeFill="accent4" w:themeFillTint="33"/>
      </w:tcPr>
    </w:tblStylePr>
    <w:tblStylePr w:type="band1Vert">
      <w:tblPr/>
      <w:tcPr>
        <w:shd w:val="clear" w:color="auto" w:fill="BDE0A4" w:themeFill="accent4" w:themeFillTint="7F"/>
      </w:tcPr>
    </w:tblStylePr>
    <w:tblStylePr w:type="band1Horz">
      <w:tblPr/>
      <w:tcPr>
        <w:tcBorders>
          <w:insideH w:val="single" w:sz="6" w:space="0" w:color="7BC24A" w:themeColor="accent4"/>
          <w:insideV w:val="single" w:sz="6" w:space="0" w:color="7BC24A" w:themeColor="accent4"/>
        </w:tcBorders>
        <w:shd w:val="clear" w:color="auto" w:fill="BDE0A4"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DA8A5" w:themeColor="accent5"/>
        <w:left w:val="single" w:sz="8" w:space="0" w:color="1DA8A5" w:themeColor="accent5"/>
        <w:bottom w:val="single" w:sz="8" w:space="0" w:color="1DA8A5" w:themeColor="accent5"/>
        <w:right w:val="single" w:sz="8" w:space="0" w:color="1DA8A5" w:themeColor="accent5"/>
        <w:insideH w:val="single" w:sz="8" w:space="0" w:color="1DA8A5" w:themeColor="accent5"/>
        <w:insideV w:val="single" w:sz="8" w:space="0" w:color="1DA8A5" w:themeColor="accent5"/>
      </w:tblBorders>
    </w:tblPr>
    <w:tcPr>
      <w:shd w:val="clear" w:color="auto" w:fill="BDF3F2" w:themeFill="accent5" w:themeFillTint="3F"/>
    </w:tcPr>
    <w:tblStylePr w:type="firstRow">
      <w:rPr>
        <w:b/>
        <w:bCs/>
        <w:color w:val="000000" w:themeColor="text1"/>
      </w:rPr>
      <w:tblPr/>
      <w:tcPr>
        <w:shd w:val="clear" w:color="auto" w:fill="E4FA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9F5F4" w:themeFill="accent5" w:themeFillTint="33"/>
      </w:tcPr>
    </w:tblStylePr>
    <w:tblStylePr w:type="band1Vert">
      <w:tblPr/>
      <w:tcPr>
        <w:shd w:val="clear" w:color="auto" w:fill="79E8E5" w:themeFill="accent5" w:themeFillTint="7F"/>
      </w:tcPr>
    </w:tblStylePr>
    <w:tblStylePr w:type="band1Horz">
      <w:tblPr/>
      <w:tcPr>
        <w:tcBorders>
          <w:insideH w:val="single" w:sz="6" w:space="0" w:color="1DA8A5" w:themeColor="accent5"/>
          <w:insideV w:val="single" w:sz="6" w:space="0" w:color="1DA8A5" w:themeColor="accent5"/>
        </w:tcBorders>
        <w:shd w:val="clear" w:color="auto" w:fill="79E8E5"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CB654" w:themeColor="accent6"/>
        <w:left w:val="single" w:sz="8" w:space="0" w:color="FCB654" w:themeColor="accent6"/>
        <w:bottom w:val="single" w:sz="8" w:space="0" w:color="FCB654" w:themeColor="accent6"/>
        <w:right w:val="single" w:sz="8" w:space="0" w:color="FCB654" w:themeColor="accent6"/>
        <w:insideH w:val="single" w:sz="8" w:space="0" w:color="FCB654" w:themeColor="accent6"/>
        <w:insideV w:val="single" w:sz="8" w:space="0" w:color="FCB654" w:themeColor="accent6"/>
      </w:tblBorders>
    </w:tblPr>
    <w:tcPr>
      <w:shd w:val="clear" w:color="auto" w:fill="FEECD4" w:themeFill="accent6" w:themeFillTint="3F"/>
    </w:tcPr>
    <w:tblStylePr w:type="firstRow">
      <w:rPr>
        <w:b/>
        <w:bCs/>
        <w:color w:val="000000" w:themeColor="text1"/>
      </w:rPr>
      <w:tblPr/>
      <w:tcPr>
        <w:shd w:val="clear" w:color="auto" w:fill="FEF7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0DC" w:themeFill="accent6" w:themeFillTint="33"/>
      </w:tcPr>
    </w:tblStylePr>
    <w:tblStylePr w:type="band1Vert">
      <w:tblPr/>
      <w:tcPr>
        <w:shd w:val="clear" w:color="auto" w:fill="FDDAA9" w:themeFill="accent6" w:themeFillTint="7F"/>
      </w:tcPr>
    </w:tblStylePr>
    <w:tblStylePr w:type="band1Horz">
      <w:tblPr/>
      <w:tcPr>
        <w:tcBorders>
          <w:insideH w:val="single" w:sz="6" w:space="0" w:color="FCB654" w:themeColor="accent6"/>
          <w:insideV w:val="single" w:sz="6" w:space="0" w:color="FCB654" w:themeColor="accent6"/>
        </w:tcBorders>
        <w:shd w:val="clear" w:color="auto" w:fill="FDDAA9"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F3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DA8A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DA8A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DA8A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DA8A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9E8E5"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9E8E5"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CD4"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CB654"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CB654"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CB654"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CB654"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DDAA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DDAA9"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AE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16A8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16A8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16A8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16A8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B4C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B4C4"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F0D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BC24A"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BC24A"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BC24A"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BC24A"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DE0A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DE0A4"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F3F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DA8A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DA8A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DA8A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DA8A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9E8E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9E8E5"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CD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CB65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CB65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CB65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CB65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DDAA9"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DDAA9"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1DA8A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535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57D7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57D7B" w:themeFill="accent1" w:themeFillShade="BF"/>
      </w:tcPr>
    </w:tblStylePr>
    <w:tblStylePr w:type="band1Vert">
      <w:tblPr/>
      <w:tcPr>
        <w:tcBorders>
          <w:top w:val="nil"/>
          <w:left w:val="nil"/>
          <w:bottom w:val="nil"/>
          <w:right w:val="nil"/>
          <w:insideH w:val="nil"/>
          <w:insideV w:val="nil"/>
        </w:tcBorders>
        <w:shd w:val="clear" w:color="auto" w:fill="157D7B" w:themeFill="accent1" w:themeFillShade="BF"/>
      </w:tcPr>
    </w:tblStylePr>
    <w:tblStylePr w:type="band1Horz">
      <w:tblPr/>
      <w:tcPr>
        <w:tcBorders>
          <w:top w:val="nil"/>
          <w:left w:val="nil"/>
          <w:bottom w:val="nil"/>
          <w:right w:val="nil"/>
          <w:insideH w:val="nil"/>
          <w:insideV w:val="nil"/>
        </w:tcBorders>
        <w:shd w:val="clear" w:color="auto" w:fill="157D7B"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FCB654"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4600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F7910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F79104" w:themeFill="accent2" w:themeFillShade="BF"/>
      </w:tcPr>
    </w:tblStylePr>
    <w:tblStylePr w:type="band1Vert">
      <w:tblPr/>
      <w:tcPr>
        <w:tcBorders>
          <w:top w:val="nil"/>
          <w:left w:val="nil"/>
          <w:bottom w:val="nil"/>
          <w:right w:val="nil"/>
          <w:insideH w:val="nil"/>
          <w:insideV w:val="nil"/>
        </w:tcBorders>
        <w:shd w:val="clear" w:color="auto" w:fill="F79104" w:themeFill="accent2" w:themeFillShade="BF"/>
      </w:tcPr>
    </w:tblStylePr>
    <w:tblStylePr w:type="band1Horz">
      <w:tblPr/>
      <w:tcPr>
        <w:tcBorders>
          <w:top w:val="nil"/>
          <w:left w:val="nil"/>
          <w:bottom w:val="nil"/>
          <w:right w:val="nil"/>
          <w:insideH w:val="nil"/>
          <w:insideV w:val="nil"/>
        </w:tcBorders>
        <w:shd w:val="clear" w:color="auto" w:fill="F7910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F16A8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D0F3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E91A4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E91A4C" w:themeFill="accent3" w:themeFillShade="BF"/>
      </w:tcPr>
    </w:tblStylePr>
    <w:tblStylePr w:type="band1Vert">
      <w:tblPr/>
      <w:tcPr>
        <w:tcBorders>
          <w:top w:val="nil"/>
          <w:left w:val="nil"/>
          <w:bottom w:val="nil"/>
          <w:right w:val="nil"/>
          <w:insideH w:val="nil"/>
          <w:insideV w:val="nil"/>
        </w:tcBorders>
        <w:shd w:val="clear" w:color="auto" w:fill="E91A4C" w:themeFill="accent3" w:themeFillShade="BF"/>
      </w:tcPr>
    </w:tblStylePr>
    <w:tblStylePr w:type="band1Horz">
      <w:tblPr/>
      <w:tcPr>
        <w:tcBorders>
          <w:top w:val="nil"/>
          <w:left w:val="nil"/>
          <w:bottom w:val="nil"/>
          <w:right w:val="nil"/>
          <w:insideH w:val="nil"/>
          <w:insideV w:val="nil"/>
        </w:tcBorders>
        <w:shd w:val="clear" w:color="auto" w:fill="E91A4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7BC24A"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632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B963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B9632" w:themeFill="accent4" w:themeFillShade="BF"/>
      </w:tcPr>
    </w:tblStylePr>
    <w:tblStylePr w:type="band1Vert">
      <w:tblPr/>
      <w:tcPr>
        <w:tcBorders>
          <w:top w:val="nil"/>
          <w:left w:val="nil"/>
          <w:bottom w:val="nil"/>
          <w:right w:val="nil"/>
          <w:insideH w:val="nil"/>
          <w:insideV w:val="nil"/>
        </w:tcBorders>
        <w:shd w:val="clear" w:color="auto" w:fill="5B9632" w:themeFill="accent4" w:themeFillShade="BF"/>
      </w:tcPr>
    </w:tblStylePr>
    <w:tblStylePr w:type="band1Horz">
      <w:tblPr/>
      <w:tcPr>
        <w:tcBorders>
          <w:top w:val="nil"/>
          <w:left w:val="nil"/>
          <w:bottom w:val="nil"/>
          <w:right w:val="nil"/>
          <w:insideH w:val="nil"/>
          <w:insideV w:val="nil"/>
        </w:tcBorders>
        <w:shd w:val="clear" w:color="auto" w:fill="5B9632"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1DA8A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535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157D7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157D7B" w:themeFill="accent5" w:themeFillShade="BF"/>
      </w:tcPr>
    </w:tblStylePr>
    <w:tblStylePr w:type="band1Vert">
      <w:tblPr/>
      <w:tcPr>
        <w:tcBorders>
          <w:top w:val="nil"/>
          <w:left w:val="nil"/>
          <w:bottom w:val="nil"/>
          <w:right w:val="nil"/>
          <w:insideH w:val="nil"/>
          <w:insideV w:val="nil"/>
        </w:tcBorders>
        <w:shd w:val="clear" w:color="auto" w:fill="157D7B" w:themeFill="accent5" w:themeFillShade="BF"/>
      </w:tcPr>
    </w:tblStylePr>
    <w:tblStylePr w:type="band1Horz">
      <w:tblPr/>
      <w:tcPr>
        <w:tcBorders>
          <w:top w:val="nil"/>
          <w:left w:val="nil"/>
          <w:bottom w:val="nil"/>
          <w:right w:val="nil"/>
          <w:insideH w:val="nil"/>
          <w:insideV w:val="nil"/>
        </w:tcBorders>
        <w:shd w:val="clear" w:color="auto" w:fill="157D7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CB65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4600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79104"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79104" w:themeFill="accent6" w:themeFillShade="BF"/>
      </w:tcPr>
    </w:tblStylePr>
    <w:tblStylePr w:type="band1Vert">
      <w:tblPr/>
      <w:tcPr>
        <w:tcBorders>
          <w:top w:val="nil"/>
          <w:left w:val="nil"/>
          <w:bottom w:val="nil"/>
          <w:right w:val="nil"/>
          <w:insideH w:val="nil"/>
          <w:insideV w:val="nil"/>
        </w:tcBorders>
        <w:shd w:val="clear" w:color="auto" w:fill="F79104" w:themeFill="accent6" w:themeFillShade="BF"/>
      </w:tcPr>
    </w:tblStylePr>
    <w:tblStylePr w:type="band1Horz">
      <w:tblPr/>
      <w:tcPr>
        <w:tcBorders>
          <w:top w:val="nil"/>
          <w:left w:val="nil"/>
          <w:bottom w:val="nil"/>
          <w:right w:val="nil"/>
          <w:insideH w:val="nil"/>
          <w:insideV w:val="nil"/>
        </w:tcBorders>
        <w:shd w:val="clear" w:color="auto" w:fill="F79104"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FCB654"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CB65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FCB654" w:themeColor="accent2"/>
        <w:left w:val="single" w:sz="4" w:space="0" w:color="1DA8A5" w:themeColor="accent1"/>
        <w:bottom w:val="single" w:sz="4" w:space="0" w:color="1DA8A5" w:themeColor="accent1"/>
        <w:right w:val="single" w:sz="4" w:space="0" w:color="1DA8A5" w:themeColor="accent1"/>
        <w:insideH w:val="single" w:sz="4" w:space="0" w:color="FFFFFF" w:themeColor="background1"/>
        <w:insideV w:val="single" w:sz="4" w:space="0" w:color="FFFFFF" w:themeColor="background1"/>
      </w:tblBorders>
    </w:tblPr>
    <w:tcPr>
      <w:shd w:val="clear" w:color="auto" w:fill="E4FAF9" w:themeFill="accent1" w:themeFillTint="19"/>
    </w:tcPr>
    <w:tblStylePr w:type="firstRow">
      <w:rPr>
        <w:b/>
        <w:bCs/>
      </w:rPr>
      <w:tblPr/>
      <w:tcPr>
        <w:tcBorders>
          <w:top w:val="nil"/>
          <w:left w:val="nil"/>
          <w:bottom w:val="single" w:sz="24" w:space="0" w:color="FCB65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16462" w:themeFill="accent1" w:themeFillShade="99"/>
      </w:tcPr>
    </w:tblStylePr>
    <w:tblStylePr w:type="firstCol">
      <w:rPr>
        <w:color w:val="FFFFFF" w:themeColor="background1"/>
      </w:rPr>
      <w:tblPr/>
      <w:tcPr>
        <w:tcBorders>
          <w:top w:val="nil"/>
          <w:left w:val="nil"/>
          <w:bottom w:val="nil"/>
          <w:right w:val="nil"/>
          <w:insideH w:val="single" w:sz="4" w:space="0" w:color="116462" w:themeColor="accent1" w:themeShade="99"/>
          <w:insideV w:val="nil"/>
        </w:tcBorders>
        <w:shd w:val="clear" w:color="auto" w:fill="116462"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16462" w:themeFill="accent1" w:themeFillShade="99"/>
      </w:tcPr>
    </w:tblStylePr>
    <w:tblStylePr w:type="band1Vert">
      <w:tblPr/>
      <w:tcPr>
        <w:shd w:val="clear" w:color="auto" w:fill="94ECEA" w:themeFill="accent1" w:themeFillTint="66"/>
      </w:tcPr>
    </w:tblStylePr>
    <w:tblStylePr w:type="band1Horz">
      <w:tblPr/>
      <w:tcPr>
        <w:shd w:val="clear" w:color="auto" w:fill="79E8E5"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FCB654" w:themeColor="accent2"/>
        <w:left w:val="single" w:sz="4" w:space="0" w:color="FCB654" w:themeColor="accent2"/>
        <w:bottom w:val="single" w:sz="4" w:space="0" w:color="FCB654" w:themeColor="accent2"/>
        <w:right w:val="single" w:sz="4" w:space="0" w:color="FCB654" w:themeColor="accent2"/>
        <w:insideH w:val="single" w:sz="4" w:space="0" w:color="FFFFFF" w:themeColor="background1"/>
        <w:insideV w:val="single" w:sz="4" w:space="0" w:color="FFFFFF" w:themeColor="background1"/>
      </w:tblBorders>
    </w:tblPr>
    <w:tcPr>
      <w:shd w:val="clear" w:color="auto" w:fill="FEF7ED" w:themeFill="accent2" w:themeFillTint="19"/>
    </w:tcPr>
    <w:tblStylePr w:type="firstRow">
      <w:rPr>
        <w:b/>
        <w:bCs/>
      </w:rPr>
      <w:tblPr/>
      <w:tcPr>
        <w:tcBorders>
          <w:top w:val="nil"/>
          <w:left w:val="nil"/>
          <w:bottom w:val="single" w:sz="24" w:space="0" w:color="FCB65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57403" w:themeFill="accent2" w:themeFillShade="99"/>
      </w:tcPr>
    </w:tblStylePr>
    <w:tblStylePr w:type="firstCol">
      <w:rPr>
        <w:color w:val="FFFFFF" w:themeColor="background1"/>
      </w:rPr>
      <w:tblPr/>
      <w:tcPr>
        <w:tcBorders>
          <w:top w:val="nil"/>
          <w:left w:val="nil"/>
          <w:bottom w:val="nil"/>
          <w:right w:val="nil"/>
          <w:insideH w:val="single" w:sz="4" w:space="0" w:color="C57403" w:themeColor="accent2" w:themeShade="99"/>
          <w:insideV w:val="nil"/>
        </w:tcBorders>
        <w:shd w:val="clear" w:color="auto" w:fill="C57403"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C57403" w:themeFill="accent2" w:themeFillShade="99"/>
      </w:tcPr>
    </w:tblStylePr>
    <w:tblStylePr w:type="band1Vert">
      <w:tblPr/>
      <w:tcPr>
        <w:shd w:val="clear" w:color="auto" w:fill="FDE1BA" w:themeFill="accent2" w:themeFillTint="66"/>
      </w:tcPr>
    </w:tblStylePr>
    <w:tblStylePr w:type="band1Horz">
      <w:tblPr/>
      <w:tcPr>
        <w:shd w:val="clear" w:color="auto" w:fill="FDDAA9"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7BC24A" w:themeColor="accent4"/>
        <w:left w:val="single" w:sz="4" w:space="0" w:color="F16A8B" w:themeColor="accent3"/>
        <w:bottom w:val="single" w:sz="4" w:space="0" w:color="F16A8B" w:themeColor="accent3"/>
        <w:right w:val="single" w:sz="4" w:space="0" w:color="F16A8B" w:themeColor="accent3"/>
        <w:insideH w:val="single" w:sz="4" w:space="0" w:color="FFFFFF" w:themeColor="background1"/>
        <w:insideV w:val="single" w:sz="4" w:space="0" w:color="FFFFFF" w:themeColor="background1"/>
      </w:tblBorders>
    </w:tblPr>
    <w:tcPr>
      <w:shd w:val="clear" w:color="auto" w:fill="FDF0F3" w:themeFill="accent3" w:themeFillTint="19"/>
    </w:tcPr>
    <w:tblStylePr w:type="firstRow">
      <w:rPr>
        <w:b/>
        <w:bCs/>
      </w:rPr>
      <w:tblPr/>
      <w:tcPr>
        <w:tcBorders>
          <w:top w:val="nil"/>
          <w:left w:val="nil"/>
          <w:bottom w:val="single" w:sz="24" w:space="0" w:color="7BC24A"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E123B" w:themeFill="accent3" w:themeFillShade="99"/>
      </w:tcPr>
    </w:tblStylePr>
    <w:tblStylePr w:type="firstCol">
      <w:rPr>
        <w:color w:val="FFFFFF" w:themeColor="background1"/>
      </w:rPr>
      <w:tblPr/>
      <w:tcPr>
        <w:tcBorders>
          <w:top w:val="nil"/>
          <w:left w:val="nil"/>
          <w:bottom w:val="nil"/>
          <w:right w:val="nil"/>
          <w:insideH w:val="single" w:sz="4" w:space="0" w:color="BE123B" w:themeColor="accent3" w:themeShade="99"/>
          <w:insideV w:val="nil"/>
        </w:tcBorders>
        <w:shd w:val="clear" w:color="auto" w:fill="BE123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BE123B" w:themeFill="accent3" w:themeFillShade="99"/>
      </w:tcPr>
    </w:tblStylePr>
    <w:tblStylePr w:type="band1Vert">
      <w:tblPr/>
      <w:tcPr>
        <w:shd w:val="clear" w:color="auto" w:fill="F9C3D0" w:themeFill="accent3" w:themeFillTint="66"/>
      </w:tcPr>
    </w:tblStylePr>
    <w:tblStylePr w:type="band1Horz">
      <w:tblPr/>
      <w:tcPr>
        <w:shd w:val="clear" w:color="auto" w:fill="F8B4C4"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F16A8B" w:themeColor="accent3"/>
        <w:left w:val="single" w:sz="4" w:space="0" w:color="7BC24A" w:themeColor="accent4"/>
        <w:bottom w:val="single" w:sz="4" w:space="0" w:color="7BC24A" w:themeColor="accent4"/>
        <w:right w:val="single" w:sz="4" w:space="0" w:color="7BC24A" w:themeColor="accent4"/>
        <w:insideH w:val="single" w:sz="4" w:space="0" w:color="FFFFFF" w:themeColor="background1"/>
        <w:insideV w:val="single" w:sz="4" w:space="0" w:color="FFFFFF" w:themeColor="background1"/>
      </w:tblBorders>
    </w:tblPr>
    <w:tcPr>
      <w:shd w:val="clear" w:color="auto" w:fill="F1F9ED" w:themeFill="accent4" w:themeFillTint="19"/>
    </w:tcPr>
    <w:tblStylePr w:type="firstRow">
      <w:rPr>
        <w:b/>
        <w:bCs/>
      </w:rPr>
      <w:tblPr/>
      <w:tcPr>
        <w:tcBorders>
          <w:top w:val="nil"/>
          <w:left w:val="nil"/>
          <w:bottom w:val="single" w:sz="24" w:space="0" w:color="F16A8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7828" w:themeFill="accent4" w:themeFillShade="99"/>
      </w:tcPr>
    </w:tblStylePr>
    <w:tblStylePr w:type="firstCol">
      <w:rPr>
        <w:color w:val="FFFFFF" w:themeColor="background1"/>
      </w:rPr>
      <w:tblPr/>
      <w:tcPr>
        <w:tcBorders>
          <w:top w:val="nil"/>
          <w:left w:val="nil"/>
          <w:bottom w:val="nil"/>
          <w:right w:val="nil"/>
          <w:insideH w:val="single" w:sz="4" w:space="0" w:color="497828" w:themeColor="accent4" w:themeShade="99"/>
          <w:insideV w:val="nil"/>
        </w:tcBorders>
        <w:shd w:val="clear" w:color="auto" w:fill="49782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97828" w:themeFill="accent4" w:themeFillShade="99"/>
      </w:tcPr>
    </w:tblStylePr>
    <w:tblStylePr w:type="band1Vert">
      <w:tblPr/>
      <w:tcPr>
        <w:shd w:val="clear" w:color="auto" w:fill="CAE6B6" w:themeFill="accent4" w:themeFillTint="66"/>
      </w:tcPr>
    </w:tblStylePr>
    <w:tblStylePr w:type="band1Horz">
      <w:tblPr/>
      <w:tcPr>
        <w:shd w:val="clear" w:color="auto" w:fill="BDE0A4"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CB654" w:themeColor="accent6"/>
        <w:left w:val="single" w:sz="4" w:space="0" w:color="1DA8A5" w:themeColor="accent5"/>
        <w:bottom w:val="single" w:sz="4" w:space="0" w:color="1DA8A5" w:themeColor="accent5"/>
        <w:right w:val="single" w:sz="4" w:space="0" w:color="1DA8A5" w:themeColor="accent5"/>
        <w:insideH w:val="single" w:sz="4" w:space="0" w:color="FFFFFF" w:themeColor="background1"/>
        <w:insideV w:val="single" w:sz="4" w:space="0" w:color="FFFFFF" w:themeColor="background1"/>
      </w:tblBorders>
    </w:tblPr>
    <w:tcPr>
      <w:shd w:val="clear" w:color="auto" w:fill="E4FAF9" w:themeFill="accent5" w:themeFillTint="19"/>
    </w:tcPr>
    <w:tblStylePr w:type="firstRow">
      <w:rPr>
        <w:b/>
        <w:bCs/>
      </w:rPr>
      <w:tblPr/>
      <w:tcPr>
        <w:tcBorders>
          <w:top w:val="nil"/>
          <w:left w:val="nil"/>
          <w:bottom w:val="single" w:sz="24" w:space="0" w:color="FCB65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16462" w:themeFill="accent5" w:themeFillShade="99"/>
      </w:tcPr>
    </w:tblStylePr>
    <w:tblStylePr w:type="firstCol">
      <w:rPr>
        <w:color w:val="FFFFFF" w:themeColor="background1"/>
      </w:rPr>
      <w:tblPr/>
      <w:tcPr>
        <w:tcBorders>
          <w:top w:val="nil"/>
          <w:left w:val="nil"/>
          <w:bottom w:val="nil"/>
          <w:right w:val="nil"/>
          <w:insideH w:val="single" w:sz="4" w:space="0" w:color="116462" w:themeColor="accent5" w:themeShade="99"/>
          <w:insideV w:val="nil"/>
        </w:tcBorders>
        <w:shd w:val="clear" w:color="auto" w:fill="11646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16462" w:themeFill="accent5" w:themeFillShade="99"/>
      </w:tcPr>
    </w:tblStylePr>
    <w:tblStylePr w:type="band1Vert">
      <w:tblPr/>
      <w:tcPr>
        <w:shd w:val="clear" w:color="auto" w:fill="94ECEA" w:themeFill="accent5" w:themeFillTint="66"/>
      </w:tcPr>
    </w:tblStylePr>
    <w:tblStylePr w:type="band1Horz">
      <w:tblPr/>
      <w:tcPr>
        <w:shd w:val="clear" w:color="auto" w:fill="79E8E5"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1DA8A5" w:themeColor="accent5"/>
        <w:left w:val="single" w:sz="4" w:space="0" w:color="FCB654" w:themeColor="accent6"/>
        <w:bottom w:val="single" w:sz="4" w:space="0" w:color="FCB654" w:themeColor="accent6"/>
        <w:right w:val="single" w:sz="4" w:space="0" w:color="FCB654" w:themeColor="accent6"/>
        <w:insideH w:val="single" w:sz="4" w:space="0" w:color="FFFFFF" w:themeColor="background1"/>
        <w:insideV w:val="single" w:sz="4" w:space="0" w:color="FFFFFF" w:themeColor="background1"/>
      </w:tblBorders>
    </w:tblPr>
    <w:tcPr>
      <w:shd w:val="clear" w:color="auto" w:fill="FEF7ED" w:themeFill="accent6" w:themeFillTint="19"/>
    </w:tcPr>
    <w:tblStylePr w:type="firstRow">
      <w:rPr>
        <w:b/>
        <w:bCs/>
      </w:rPr>
      <w:tblPr/>
      <w:tcPr>
        <w:tcBorders>
          <w:top w:val="nil"/>
          <w:left w:val="nil"/>
          <w:bottom w:val="single" w:sz="24" w:space="0" w:color="1DA8A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57403" w:themeFill="accent6" w:themeFillShade="99"/>
      </w:tcPr>
    </w:tblStylePr>
    <w:tblStylePr w:type="firstCol">
      <w:rPr>
        <w:color w:val="FFFFFF" w:themeColor="background1"/>
      </w:rPr>
      <w:tblPr/>
      <w:tcPr>
        <w:tcBorders>
          <w:top w:val="nil"/>
          <w:left w:val="nil"/>
          <w:bottom w:val="nil"/>
          <w:right w:val="nil"/>
          <w:insideH w:val="single" w:sz="4" w:space="0" w:color="C57403" w:themeColor="accent6" w:themeShade="99"/>
          <w:insideV w:val="nil"/>
        </w:tcBorders>
        <w:shd w:val="clear" w:color="auto" w:fill="C5740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57403" w:themeFill="accent6" w:themeFillShade="99"/>
      </w:tcPr>
    </w:tblStylePr>
    <w:tblStylePr w:type="band1Vert">
      <w:tblPr/>
      <w:tcPr>
        <w:shd w:val="clear" w:color="auto" w:fill="FDE1BA" w:themeFill="accent6" w:themeFillTint="66"/>
      </w:tcPr>
    </w:tblStylePr>
    <w:tblStylePr w:type="band1Horz">
      <w:tblPr/>
      <w:tcPr>
        <w:shd w:val="clear" w:color="auto" w:fill="FDDAA9"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A9911" w:themeFill="accent2" w:themeFillShade="CC"/>
      </w:tcPr>
    </w:tblStylePr>
    <w:tblStylePr w:type="lastRow">
      <w:rPr>
        <w:b/>
        <w:bCs/>
        <w:color w:val="FA991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4FAF9" w:themeFill="accent1" w:themeFillTint="19"/>
    </w:tcPr>
    <w:tblStylePr w:type="firstRow">
      <w:rPr>
        <w:b/>
        <w:bCs/>
        <w:color w:val="FFFFFF" w:themeColor="background1"/>
      </w:rPr>
      <w:tblPr/>
      <w:tcPr>
        <w:tcBorders>
          <w:bottom w:val="single" w:sz="12" w:space="0" w:color="FFFFFF" w:themeColor="background1"/>
        </w:tcBorders>
        <w:shd w:val="clear" w:color="auto" w:fill="FA9911" w:themeFill="accent2" w:themeFillShade="CC"/>
      </w:tcPr>
    </w:tblStylePr>
    <w:tblStylePr w:type="lastRow">
      <w:rPr>
        <w:b/>
        <w:bCs/>
        <w:color w:val="FA991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F3F2" w:themeFill="accent1" w:themeFillTint="3F"/>
      </w:tcPr>
    </w:tblStylePr>
    <w:tblStylePr w:type="band1Horz">
      <w:tblPr/>
      <w:tcPr>
        <w:shd w:val="clear" w:color="auto" w:fill="C9F5F4"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EF7ED" w:themeFill="accent2" w:themeFillTint="19"/>
    </w:tcPr>
    <w:tblStylePr w:type="firstRow">
      <w:rPr>
        <w:b/>
        <w:bCs/>
        <w:color w:val="FFFFFF" w:themeColor="background1"/>
      </w:rPr>
      <w:tblPr/>
      <w:tcPr>
        <w:tcBorders>
          <w:bottom w:val="single" w:sz="12" w:space="0" w:color="FFFFFF" w:themeColor="background1"/>
        </w:tcBorders>
        <w:shd w:val="clear" w:color="auto" w:fill="FA9911" w:themeFill="accent2" w:themeFillShade="CC"/>
      </w:tcPr>
    </w:tblStylePr>
    <w:tblStylePr w:type="lastRow">
      <w:rPr>
        <w:b/>
        <w:bCs/>
        <w:color w:val="FA991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CD4" w:themeFill="accent2" w:themeFillTint="3F"/>
      </w:tcPr>
    </w:tblStylePr>
    <w:tblStylePr w:type="band1Horz">
      <w:tblPr/>
      <w:tcPr>
        <w:shd w:val="clear" w:color="auto" w:fill="FEF0DC"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DF0F3" w:themeFill="accent3" w:themeFillTint="19"/>
    </w:tcPr>
    <w:tblStylePr w:type="firstRow">
      <w:rPr>
        <w:b/>
        <w:bCs/>
        <w:color w:val="FFFFFF" w:themeColor="background1"/>
      </w:rPr>
      <w:tblPr/>
      <w:tcPr>
        <w:tcBorders>
          <w:bottom w:val="single" w:sz="12" w:space="0" w:color="FFFFFF" w:themeColor="background1"/>
        </w:tcBorders>
        <w:shd w:val="clear" w:color="auto" w:fill="61A036" w:themeFill="accent4" w:themeFillShade="CC"/>
      </w:tcPr>
    </w:tblStylePr>
    <w:tblStylePr w:type="lastRow">
      <w:rPr>
        <w:b/>
        <w:bCs/>
        <w:color w:val="61A03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AE2" w:themeFill="accent3" w:themeFillTint="3F"/>
      </w:tcPr>
    </w:tblStylePr>
    <w:tblStylePr w:type="band1Horz">
      <w:tblPr/>
      <w:tcPr>
        <w:shd w:val="clear" w:color="auto" w:fill="FCE1E7"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1F9ED" w:themeFill="accent4" w:themeFillTint="19"/>
    </w:tcPr>
    <w:tblStylePr w:type="firstRow">
      <w:rPr>
        <w:b/>
        <w:bCs/>
        <w:color w:val="FFFFFF" w:themeColor="background1"/>
      </w:rPr>
      <w:tblPr/>
      <w:tcPr>
        <w:tcBorders>
          <w:bottom w:val="single" w:sz="12" w:space="0" w:color="FFFFFF" w:themeColor="background1"/>
        </w:tcBorders>
        <w:shd w:val="clear" w:color="auto" w:fill="EB2A59" w:themeFill="accent3" w:themeFillShade="CC"/>
      </w:tcPr>
    </w:tblStylePr>
    <w:tblStylePr w:type="lastRow">
      <w:rPr>
        <w:b/>
        <w:bCs/>
        <w:color w:val="EB2A59"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F0D2" w:themeFill="accent4" w:themeFillTint="3F"/>
      </w:tcPr>
    </w:tblStylePr>
    <w:tblStylePr w:type="band1Horz">
      <w:tblPr/>
      <w:tcPr>
        <w:shd w:val="clear" w:color="auto" w:fill="E4F2DA"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4FAF9" w:themeFill="accent5" w:themeFillTint="19"/>
    </w:tcPr>
    <w:tblStylePr w:type="firstRow">
      <w:rPr>
        <w:b/>
        <w:bCs/>
        <w:color w:val="FFFFFF" w:themeColor="background1"/>
      </w:rPr>
      <w:tblPr/>
      <w:tcPr>
        <w:tcBorders>
          <w:bottom w:val="single" w:sz="12" w:space="0" w:color="FFFFFF" w:themeColor="background1"/>
        </w:tcBorders>
        <w:shd w:val="clear" w:color="auto" w:fill="FA9911" w:themeFill="accent6" w:themeFillShade="CC"/>
      </w:tcPr>
    </w:tblStylePr>
    <w:tblStylePr w:type="lastRow">
      <w:rPr>
        <w:b/>
        <w:bCs/>
        <w:color w:val="FA9911"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F3F2" w:themeFill="accent5" w:themeFillTint="3F"/>
      </w:tcPr>
    </w:tblStylePr>
    <w:tblStylePr w:type="band1Horz">
      <w:tblPr/>
      <w:tcPr>
        <w:shd w:val="clear" w:color="auto" w:fill="C9F5F4"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7ED" w:themeFill="accent6" w:themeFillTint="19"/>
    </w:tcPr>
    <w:tblStylePr w:type="firstRow">
      <w:rPr>
        <w:b/>
        <w:bCs/>
        <w:color w:val="FFFFFF" w:themeColor="background1"/>
      </w:rPr>
      <w:tblPr/>
      <w:tcPr>
        <w:tcBorders>
          <w:bottom w:val="single" w:sz="12" w:space="0" w:color="FFFFFF" w:themeColor="background1"/>
        </w:tcBorders>
        <w:shd w:val="clear" w:color="auto" w:fill="178683" w:themeFill="accent5" w:themeFillShade="CC"/>
      </w:tcPr>
    </w:tblStylePr>
    <w:tblStylePr w:type="lastRow">
      <w:rPr>
        <w:b/>
        <w:bCs/>
        <w:color w:val="17868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CD4" w:themeFill="accent6" w:themeFillTint="3F"/>
      </w:tcPr>
    </w:tblStylePr>
    <w:tblStylePr w:type="band1Horz">
      <w:tblPr/>
      <w:tcPr>
        <w:shd w:val="clear" w:color="auto" w:fill="FEF0DC"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9F5F4" w:themeFill="accent1" w:themeFillTint="33"/>
    </w:tcPr>
    <w:tblStylePr w:type="firstRow">
      <w:rPr>
        <w:b/>
        <w:bCs/>
      </w:rPr>
      <w:tblPr/>
      <w:tcPr>
        <w:shd w:val="clear" w:color="auto" w:fill="94ECEA" w:themeFill="accent1" w:themeFillTint="66"/>
      </w:tcPr>
    </w:tblStylePr>
    <w:tblStylePr w:type="lastRow">
      <w:rPr>
        <w:b/>
        <w:bCs/>
        <w:color w:val="000000" w:themeColor="text1"/>
      </w:rPr>
      <w:tblPr/>
      <w:tcPr>
        <w:shd w:val="clear" w:color="auto" w:fill="94ECEA" w:themeFill="accent1" w:themeFillTint="66"/>
      </w:tcPr>
    </w:tblStylePr>
    <w:tblStylePr w:type="firstCol">
      <w:rPr>
        <w:color w:val="FFFFFF" w:themeColor="background1"/>
      </w:rPr>
      <w:tblPr/>
      <w:tcPr>
        <w:shd w:val="clear" w:color="auto" w:fill="157D7B" w:themeFill="accent1" w:themeFillShade="BF"/>
      </w:tcPr>
    </w:tblStylePr>
    <w:tblStylePr w:type="lastCol">
      <w:rPr>
        <w:color w:val="FFFFFF" w:themeColor="background1"/>
      </w:rPr>
      <w:tblPr/>
      <w:tcPr>
        <w:shd w:val="clear" w:color="auto" w:fill="157D7B" w:themeFill="accent1" w:themeFillShade="BF"/>
      </w:tcPr>
    </w:tblStylePr>
    <w:tblStylePr w:type="band1Vert">
      <w:tblPr/>
      <w:tcPr>
        <w:shd w:val="clear" w:color="auto" w:fill="79E8E5" w:themeFill="accent1" w:themeFillTint="7F"/>
      </w:tcPr>
    </w:tblStylePr>
    <w:tblStylePr w:type="band1Horz">
      <w:tblPr/>
      <w:tcPr>
        <w:shd w:val="clear" w:color="auto" w:fill="79E8E5"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F0DC" w:themeFill="accent2" w:themeFillTint="33"/>
    </w:tcPr>
    <w:tblStylePr w:type="firstRow">
      <w:rPr>
        <w:b/>
        <w:bCs/>
      </w:rPr>
      <w:tblPr/>
      <w:tcPr>
        <w:shd w:val="clear" w:color="auto" w:fill="FDE1BA" w:themeFill="accent2" w:themeFillTint="66"/>
      </w:tcPr>
    </w:tblStylePr>
    <w:tblStylePr w:type="lastRow">
      <w:rPr>
        <w:b/>
        <w:bCs/>
        <w:color w:val="000000" w:themeColor="text1"/>
      </w:rPr>
      <w:tblPr/>
      <w:tcPr>
        <w:shd w:val="clear" w:color="auto" w:fill="FDE1BA" w:themeFill="accent2" w:themeFillTint="66"/>
      </w:tcPr>
    </w:tblStylePr>
    <w:tblStylePr w:type="firstCol">
      <w:rPr>
        <w:color w:val="FFFFFF" w:themeColor="background1"/>
      </w:rPr>
      <w:tblPr/>
      <w:tcPr>
        <w:shd w:val="clear" w:color="auto" w:fill="F79104" w:themeFill="accent2" w:themeFillShade="BF"/>
      </w:tcPr>
    </w:tblStylePr>
    <w:tblStylePr w:type="lastCol">
      <w:rPr>
        <w:color w:val="FFFFFF" w:themeColor="background1"/>
      </w:rPr>
      <w:tblPr/>
      <w:tcPr>
        <w:shd w:val="clear" w:color="auto" w:fill="F79104" w:themeFill="accent2" w:themeFillShade="BF"/>
      </w:tcPr>
    </w:tblStylePr>
    <w:tblStylePr w:type="band1Vert">
      <w:tblPr/>
      <w:tcPr>
        <w:shd w:val="clear" w:color="auto" w:fill="FDDAA9" w:themeFill="accent2" w:themeFillTint="7F"/>
      </w:tcPr>
    </w:tblStylePr>
    <w:tblStylePr w:type="band1Horz">
      <w:tblPr/>
      <w:tcPr>
        <w:shd w:val="clear" w:color="auto" w:fill="FDDAA9"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E1E7" w:themeFill="accent3" w:themeFillTint="33"/>
    </w:tcPr>
    <w:tblStylePr w:type="firstRow">
      <w:rPr>
        <w:b/>
        <w:bCs/>
      </w:rPr>
      <w:tblPr/>
      <w:tcPr>
        <w:shd w:val="clear" w:color="auto" w:fill="F9C3D0" w:themeFill="accent3" w:themeFillTint="66"/>
      </w:tcPr>
    </w:tblStylePr>
    <w:tblStylePr w:type="lastRow">
      <w:rPr>
        <w:b/>
        <w:bCs/>
        <w:color w:val="000000" w:themeColor="text1"/>
      </w:rPr>
      <w:tblPr/>
      <w:tcPr>
        <w:shd w:val="clear" w:color="auto" w:fill="F9C3D0" w:themeFill="accent3" w:themeFillTint="66"/>
      </w:tcPr>
    </w:tblStylePr>
    <w:tblStylePr w:type="firstCol">
      <w:rPr>
        <w:color w:val="FFFFFF" w:themeColor="background1"/>
      </w:rPr>
      <w:tblPr/>
      <w:tcPr>
        <w:shd w:val="clear" w:color="auto" w:fill="E91A4C" w:themeFill="accent3" w:themeFillShade="BF"/>
      </w:tcPr>
    </w:tblStylePr>
    <w:tblStylePr w:type="lastCol">
      <w:rPr>
        <w:color w:val="FFFFFF" w:themeColor="background1"/>
      </w:rPr>
      <w:tblPr/>
      <w:tcPr>
        <w:shd w:val="clear" w:color="auto" w:fill="E91A4C" w:themeFill="accent3" w:themeFillShade="BF"/>
      </w:tcPr>
    </w:tblStylePr>
    <w:tblStylePr w:type="band1Vert">
      <w:tblPr/>
      <w:tcPr>
        <w:shd w:val="clear" w:color="auto" w:fill="F8B4C4" w:themeFill="accent3" w:themeFillTint="7F"/>
      </w:tcPr>
    </w:tblStylePr>
    <w:tblStylePr w:type="band1Horz">
      <w:tblPr/>
      <w:tcPr>
        <w:shd w:val="clear" w:color="auto" w:fill="F8B4C4"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4F2DA" w:themeFill="accent4" w:themeFillTint="33"/>
    </w:tcPr>
    <w:tblStylePr w:type="firstRow">
      <w:rPr>
        <w:b/>
        <w:bCs/>
      </w:rPr>
      <w:tblPr/>
      <w:tcPr>
        <w:shd w:val="clear" w:color="auto" w:fill="CAE6B6" w:themeFill="accent4" w:themeFillTint="66"/>
      </w:tcPr>
    </w:tblStylePr>
    <w:tblStylePr w:type="lastRow">
      <w:rPr>
        <w:b/>
        <w:bCs/>
        <w:color w:val="000000" w:themeColor="text1"/>
      </w:rPr>
      <w:tblPr/>
      <w:tcPr>
        <w:shd w:val="clear" w:color="auto" w:fill="CAE6B6" w:themeFill="accent4" w:themeFillTint="66"/>
      </w:tcPr>
    </w:tblStylePr>
    <w:tblStylePr w:type="firstCol">
      <w:rPr>
        <w:color w:val="FFFFFF" w:themeColor="background1"/>
      </w:rPr>
      <w:tblPr/>
      <w:tcPr>
        <w:shd w:val="clear" w:color="auto" w:fill="5B9632" w:themeFill="accent4" w:themeFillShade="BF"/>
      </w:tcPr>
    </w:tblStylePr>
    <w:tblStylePr w:type="lastCol">
      <w:rPr>
        <w:color w:val="FFFFFF" w:themeColor="background1"/>
      </w:rPr>
      <w:tblPr/>
      <w:tcPr>
        <w:shd w:val="clear" w:color="auto" w:fill="5B9632" w:themeFill="accent4" w:themeFillShade="BF"/>
      </w:tcPr>
    </w:tblStylePr>
    <w:tblStylePr w:type="band1Vert">
      <w:tblPr/>
      <w:tcPr>
        <w:shd w:val="clear" w:color="auto" w:fill="BDE0A4" w:themeFill="accent4" w:themeFillTint="7F"/>
      </w:tcPr>
    </w:tblStylePr>
    <w:tblStylePr w:type="band1Horz">
      <w:tblPr/>
      <w:tcPr>
        <w:shd w:val="clear" w:color="auto" w:fill="BDE0A4"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9F5F4" w:themeFill="accent5" w:themeFillTint="33"/>
    </w:tcPr>
    <w:tblStylePr w:type="firstRow">
      <w:rPr>
        <w:b/>
        <w:bCs/>
      </w:rPr>
      <w:tblPr/>
      <w:tcPr>
        <w:shd w:val="clear" w:color="auto" w:fill="94ECEA" w:themeFill="accent5" w:themeFillTint="66"/>
      </w:tcPr>
    </w:tblStylePr>
    <w:tblStylePr w:type="lastRow">
      <w:rPr>
        <w:b/>
        <w:bCs/>
        <w:color w:val="000000" w:themeColor="text1"/>
      </w:rPr>
      <w:tblPr/>
      <w:tcPr>
        <w:shd w:val="clear" w:color="auto" w:fill="94ECEA" w:themeFill="accent5" w:themeFillTint="66"/>
      </w:tcPr>
    </w:tblStylePr>
    <w:tblStylePr w:type="firstCol">
      <w:rPr>
        <w:color w:val="FFFFFF" w:themeColor="background1"/>
      </w:rPr>
      <w:tblPr/>
      <w:tcPr>
        <w:shd w:val="clear" w:color="auto" w:fill="157D7B" w:themeFill="accent5" w:themeFillShade="BF"/>
      </w:tcPr>
    </w:tblStylePr>
    <w:tblStylePr w:type="lastCol">
      <w:rPr>
        <w:color w:val="FFFFFF" w:themeColor="background1"/>
      </w:rPr>
      <w:tblPr/>
      <w:tcPr>
        <w:shd w:val="clear" w:color="auto" w:fill="157D7B" w:themeFill="accent5" w:themeFillShade="BF"/>
      </w:tcPr>
    </w:tblStylePr>
    <w:tblStylePr w:type="band1Vert">
      <w:tblPr/>
      <w:tcPr>
        <w:shd w:val="clear" w:color="auto" w:fill="79E8E5" w:themeFill="accent5" w:themeFillTint="7F"/>
      </w:tcPr>
    </w:tblStylePr>
    <w:tblStylePr w:type="band1Horz">
      <w:tblPr/>
      <w:tcPr>
        <w:shd w:val="clear" w:color="auto" w:fill="79E8E5"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F0DC" w:themeFill="accent6" w:themeFillTint="33"/>
    </w:tcPr>
    <w:tblStylePr w:type="firstRow">
      <w:rPr>
        <w:b/>
        <w:bCs/>
      </w:rPr>
      <w:tblPr/>
      <w:tcPr>
        <w:shd w:val="clear" w:color="auto" w:fill="FDE1BA" w:themeFill="accent6" w:themeFillTint="66"/>
      </w:tcPr>
    </w:tblStylePr>
    <w:tblStylePr w:type="lastRow">
      <w:rPr>
        <w:b/>
        <w:bCs/>
        <w:color w:val="000000" w:themeColor="text1"/>
      </w:rPr>
      <w:tblPr/>
      <w:tcPr>
        <w:shd w:val="clear" w:color="auto" w:fill="FDE1BA" w:themeFill="accent6" w:themeFillTint="66"/>
      </w:tcPr>
    </w:tblStylePr>
    <w:tblStylePr w:type="firstCol">
      <w:rPr>
        <w:color w:val="FFFFFF" w:themeColor="background1"/>
      </w:rPr>
      <w:tblPr/>
      <w:tcPr>
        <w:shd w:val="clear" w:color="auto" w:fill="F79104" w:themeFill="accent6" w:themeFillShade="BF"/>
      </w:tcPr>
    </w:tblStylePr>
    <w:tblStylePr w:type="lastCol">
      <w:rPr>
        <w:color w:val="FFFFFF" w:themeColor="background1"/>
      </w:rPr>
      <w:tblPr/>
      <w:tcPr>
        <w:shd w:val="clear" w:color="auto" w:fill="F79104" w:themeFill="accent6" w:themeFillShade="BF"/>
      </w:tcPr>
    </w:tblStylePr>
    <w:tblStylePr w:type="band1Vert">
      <w:tblPr/>
      <w:tcPr>
        <w:shd w:val="clear" w:color="auto" w:fill="FDDAA9" w:themeFill="accent6" w:themeFillTint="7F"/>
      </w:tcPr>
    </w:tblStylePr>
    <w:tblStylePr w:type="band1Horz">
      <w:tblPr/>
      <w:tcPr>
        <w:shd w:val="clear" w:color="auto" w:fill="FDDAA9"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AECMM">
      <a:dk1>
        <a:sysClr val="windowText" lastClr="000000"/>
      </a:dk1>
      <a:lt1>
        <a:sysClr val="window" lastClr="FFFFFF"/>
      </a:lt1>
      <a:dk2>
        <a:srgbClr val="0E2841"/>
      </a:dk2>
      <a:lt2>
        <a:srgbClr val="E8E8E8"/>
      </a:lt2>
      <a:accent1>
        <a:srgbClr val="1DA8A5"/>
      </a:accent1>
      <a:accent2>
        <a:srgbClr val="FCB654"/>
      </a:accent2>
      <a:accent3>
        <a:srgbClr val="F16A8B"/>
      </a:accent3>
      <a:accent4>
        <a:srgbClr val="7BC24A"/>
      </a:accent4>
      <a:accent5>
        <a:srgbClr val="1DA8A5"/>
      </a:accent5>
      <a:accent6>
        <a:srgbClr val="FCB654"/>
      </a:accent6>
      <a:hlink>
        <a:srgbClr val="1DA8A5"/>
      </a:hlink>
      <a:folHlink>
        <a:srgbClr val="FCB654"/>
      </a:folHlink>
    </a:clrScheme>
    <a:fontScheme name="AECMM">
      <a:majorFont>
        <a:latin typeface="Comfortaa"/>
        <a:ea typeface=""/>
        <a:cs typeface=""/>
      </a:majorFont>
      <a:minorFont>
        <a:latin typeface="Comfortaa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bad2696-856c-427f-adb4-4f91636745ad" xsi:nil="true"/>
    <lcf76f155ced4ddcb4097134ff3c332f xmlns="f7a1be72-1ee1-4573-8526-e2567369762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67CBD345577C924FAD6CE081492B37E7" ma:contentTypeVersion="10" ma:contentTypeDescription="Crear nuevo documento." ma:contentTypeScope="" ma:versionID="a17d0242e14b74a585cd30a80cd2c11a">
  <xsd:schema xmlns:xsd="http://www.w3.org/2001/XMLSchema" xmlns:xs="http://www.w3.org/2001/XMLSchema" xmlns:p="http://schemas.microsoft.com/office/2006/metadata/properties" xmlns:ns2="f7a1be72-1ee1-4573-8526-e25673697626" xmlns:ns3="8bad2696-856c-427f-adb4-4f91636745ad" targetNamespace="http://schemas.microsoft.com/office/2006/metadata/properties" ma:root="true" ma:fieldsID="adb61429ec29b632726e9c7e3fb77b02" ns2:_="" ns3:_="">
    <xsd:import namespace="f7a1be72-1ee1-4573-8526-e25673697626"/>
    <xsd:import namespace="8bad2696-856c-427f-adb4-4f91636745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a1be72-1ee1-4573-8526-e25673697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6dcdbebf-31f6-4d99-a63e-f639284a5e1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ad2696-856c-427f-adb4-4f91636745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bc3354-f055-483c-8b8a-d191aa2dd01a}" ma:internalName="TaxCatchAll" ma:showField="CatchAllData" ma:web="8bad2696-856c-427f-adb4-4f91636745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C5AACE4E-020B-4FB8-9467-E1D507A78110}">
  <ds:schemaRefs>
    <ds:schemaRef ds:uri="http://schemas.microsoft.com/sharepoint/v3/contenttype/forms"/>
  </ds:schemaRefs>
</ds:datastoreItem>
</file>

<file path=customXml/itemProps3.xml><?xml version="1.0" encoding="utf-8"?>
<ds:datastoreItem xmlns:ds="http://schemas.openxmlformats.org/officeDocument/2006/customXml" ds:itemID="{CEB80B93-D9DC-4699-BAF0-87F0ACFD073B}">
  <ds:schemaRefs>
    <ds:schemaRef ds:uri="http://schemas.microsoft.com/office/2006/metadata/properties"/>
    <ds:schemaRef ds:uri="http://schemas.microsoft.com/office/infopath/2007/PartnerControls"/>
    <ds:schemaRef ds:uri="8bad2696-856c-427f-adb4-4f91636745ad"/>
    <ds:schemaRef ds:uri="f7a1be72-1ee1-4573-8526-e25673697626"/>
  </ds:schemaRefs>
</ds:datastoreItem>
</file>

<file path=customXml/itemProps4.xml><?xml version="1.0" encoding="utf-8"?>
<ds:datastoreItem xmlns:ds="http://schemas.openxmlformats.org/officeDocument/2006/customXml" ds:itemID="{CB1014F5-F05A-4D02-A013-01B98532D2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a1be72-1ee1-4573-8526-e25673697626"/>
    <ds:schemaRef ds:uri="8bad2696-856c-427f-adb4-4f91636745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587</Words>
  <Characters>3233</Characters>
  <Application>Microsoft Office Word</Application>
  <DocSecurity>0</DocSecurity>
  <Lines>26</Lines>
  <Paragraphs>7</Paragraphs>
  <ScaleCrop>false</ScaleCrop>
  <Manager/>
  <Company/>
  <LinksUpToDate>false</LinksUpToDate>
  <CharactersWithSpaces>3813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Sara Cervello Pomar</cp:lastModifiedBy>
  <cp:revision>23</cp:revision>
  <dcterms:created xsi:type="dcterms:W3CDTF">2013-12-23T23:15:00Z</dcterms:created>
  <dcterms:modified xsi:type="dcterms:W3CDTF">2026-09-13T09:57:00Z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0x01010067CBD345577C924FAD6CE081492B37E7</vt:lpwstr>
  </property>
  <property fmtid="{D5CDD505-2E9C-101B-9397-08002B2CF9AE}" pid="3" name="MediaServiceImageTags">
    <vt:lpwstr/>
  </property>
</Properties>
</file>